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B1F6" w14:textId="77777777" w:rsidR="00AD0E4F" w:rsidRDefault="00AD0E4F">
      <w:pPr>
        <w:spacing w:before="4500" w:after="0" w:line="240" w:lineRule="auto"/>
      </w:pPr>
    </w:p>
    <w:p w14:paraId="13E6045C" w14:textId="77777777" w:rsidR="00AD0E4F" w:rsidRDefault="008D426B">
      <w:pPr>
        <w:spacing w:after="0" w:line="240" w:lineRule="auto"/>
        <w:jc w:val="center"/>
        <w:rPr>
          <w:lang w:eastAsia="ja-JP"/>
        </w:rPr>
      </w:pPr>
      <w:r>
        <w:rPr>
          <w:color w:val="000000"/>
          <w:sz w:val="48"/>
          <w:lang w:eastAsia="ja-JP"/>
        </w:rPr>
        <w:t>訪問看護・リハビリ 重要事項説明書</w:t>
      </w:r>
    </w:p>
    <w:p w14:paraId="7A41F6AA" w14:textId="77777777" w:rsidR="00AD0E4F" w:rsidRDefault="008D426B">
      <w:pPr>
        <w:spacing w:after="40" w:line="240" w:lineRule="auto"/>
        <w:jc w:val="center"/>
        <w:rPr>
          <w:lang w:eastAsia="ja-JP"/>
        </w:rPr>
      </w:pPr>
      <w:r>
        <w:rPr>
          <w:color w:val="000000"/>
          <w:sz w:val="26"/>
          <w:lang w:eastAsia="ja-JP"/>
        </w:rPr>
        <w:t>指定訪問看護・指定介護予防訪問看護</w:t>
      </w:r>
    </w:p>
    <w:p w14:paraId="4FA0CF45" w14:textId="77777777" w:rsidR="00AD0E4F" w:rsidRDefault="008D426B">
      <w:pPr>
        <w:spacing w:after="0" w:line="240" w:lineRule="auto"/>
        <w:jc w:val="center"/>
        <w:rPr>
          <w:lang w:eastAsia="ja-JP"/>
        </w:rPr>
      </w:pPr>
      <w:r>
        <w:rPr>
          <w:color w:val="000000"/>
          <w:sz w:val="26"/>
          <w:lang w:eastAsia="ja-JP"/>
        </w:rPr>
        <w:t>医療保険・精神科訪問看護</w:t>
      </w:r>
    </w:p>
    <w:tbl>
      <w:tblPr>
        <w:tblW w:w="0" w:type="auto"/>
        <w:jc w:val="center"/>
        <w:tblLayout w:type="fixed"/>
        <w:tblLook w:val="04A0" w:firstRow="1" w:lastRow="0" w:firstColumn="1" w:lastColumn="0" w:noHBand="0" w:noVBand="1"/>
      </w:tblPr>
      <w:tblGrid>
        <w:gridCol w:w="10318"/>
      </w:tblGrid>
      <w:tr w:rsidR="00AD0E4F" w14:paraId="047DB5C7" w14:textId="77777777">
        <w:trPr>
          <w:jc w:val="center"/>
        </w:trPr>
        <w:tc>
          <w:tcPr>
            <w:tcW w:w="10318" w:type="dxa"/>
            <w:tcBorders>
              <w:top w:val="single" w:sz="8" w:space="0" w:color="777777"/>
              <w:left w:val="single" w:sz="8" w:space="0" w:color="777777"/>
              <w:bottom w:val="single" w:sz="8" w:space="0" w:color="777777"/>
              <w:right w:val="single" w:sz="8" w:space="0" w:color="777777"/>
            </w:tcBorders>
            <w:shd w:val="clear" w:color="auto" w:fill="F7F7F7"/>
            <w:tcMar>
              <w:top w:w="45" w:type="dxa"/>
              <w:left w:w="170" w:type="dxa"/>
              <w:bottom w:w="45" w:type="dxa"/>
              <w:right w:w="170" w:type="dxa"/>
            </w:tcMar>
            <w:vAlign w:val="center"/>
          </w:tcPr>
          <w:p w14:paraId="673C591D" w14:textId="77777777" w:rsidR="00AD0E4F" w:rsidRDefault="008D426B">
            <w:pPr>
              <w:spacing w:after="0" w:line="240" w:lineRule="auto"/>
              <w:rPr>
                <w:lang w:eastAsia="ja-JP"/>
              </w:rPr>
            </w:pPr>
            <w:r>
              <w:rPr>
                <w:color w:val="000000"/>
                <w:sz w:val="17"/>
                <w:lang w:eastAsia="ja-JP"/>
              </w:rPr>
              <w:t>対象地域</w:t>
            </w:r>
          </w:p>
          <w:p w14:paraId="11339F94" w14:textId="77777777" w:rsidR="00AD0E4F" w:rsidRDefault="008D426B">
            <w:pPr>
              <w:spacing w:after="0" w:line="240" w:lineRule="auto"/>
              <w:rPr>
                <w:lang w:eastAsia="ja-JP"/>
              </w:rPr>
            </w:pPr>
            <w:r>
              <w:rPr>
                <w:color w:val="000000"/>
                <w:sz w:val="17"/>
                <w:lang w:eastAsia="ja-JP"/>
              </w:rPr>
              <w:t>周南市・防府市・下松市・光市</w:t>
            </w:r>
            <w:r>
              <w:rPr>
                <w:color w:val="000000"/>
                <w:sz w:val="17"/>
                <w:lang w:eastAsia="ja-JP"/>
              </w:rPr>
              <w:br/>
              <w:t>介護保険の地域単価は、4市とも当事業所所在地の周南市・7級地（1単位10.21円）を適用します。</w:t>
            </w:r>
          </w:p>
        </w:tc>
      </w:tr>
    </w:tbl>
    <w:p w14:paraId="65B351EE" w14:textId="77777777" w:rsidR="00AD0E4F" w:rsidRDefault="00AD0E4F">
      <w:pPr>
        <w:spacing w:after="0" w:line="240" w:lineRule="auto"/>
        <w:rPr>
          <w:lang w:eastAsia="ja-JP"/>
        </w:rPr>
      </w:pP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154"/>
        <w:gridCol w:w="8164"/>
      </w:tblGrid>
      <w:tr w:rsidR="00AD0E4F" w14:paraId="5DC133A9" w14:textId="77777777">
        <w:trPr>
          <w:jc w:val="center"/>
        </w:trPr>
        <w:tc>
          <w:tcPr>
            <w:tcW w:w="2154" w:type="dxa"/>
            <w:shd w:val="clear" w:color="auto" w:fill="F2F2F2"/>
            <w:tcMar>
              <w:top w:w="45" w:type="dxa"/>
              <w:left w:w="100" w:type="dxa"/>
              <w:bottom w:w="45" w:type="dxa"/>
              <w:right w:w="100" w:type="dxa"/>
            </w:tcMar>
            <w:vAlign w:val="center"/>
          </w:tcPr>
          <w:p w14:paraId="2B5B11F8" w14:textId="77777777" w:rsidR="00AD0E4F" w:rsidRDefault="008D426B">
            <w:pPr>
              <w:spacing w:after="0" w:line="240" w:lineRule="auto"/>
            </w:pPr>
            <w:r>
              <w:rPr>
                <w:color w:val="000000"/>
                <w:sz w:val="17"/>
              </w:rPr>
              <w:t>事業所</w:t>
            </w:r>
          </w:p>
        </w:tc>
        <w:tc>
          <w:tcPr>
            <w:tcW w:w="8164" w:type="dxa"/>
            <w:tcMar>
              <w:top w:w="45" w:type="dxa"/>
              <w:left w:w="100" w:type="dxa"/>
              <w:bottom w:w="45" w:type="dxa"/>
              <w:right w:w="100" w:type="dxa"/>
            </w:tcMar>
            <w:vAlign w:val="center"/>
          </w:tcPr>
          <w:p w14:paraId="5FCD3042" w14:textId="77777777" w:rsidR="00AD0E4F" w:rsidRDefault="008D426B">
            <w:pPr>
              <w:spacing w:after="0" w:line="240" w:lineRule="auto"/>
              <w:rPr>
                <w:lang w:eastAsia="ja-JP"/>
              </w:rPr>
            </w:pPr>
            <w:r>
              <w:rPr>
                <w:color w:val="000000"/>
                <w:sz w:val="17"/>
                <w:lang w:eastAsia="ja-JP"/>
              </w:rPr>
              <w:t>訪問看護リハビリステーションあかり</w:t>
            </w:r>
          </w:p>
        </w:tc>
      </w:tr>
      <w:tr w:rsidR="00AD0E4F" w14:paraId="2741D880" w14:textId="77777777">
        <w:trPr>
          <w:jc w:val="center"/>
        </w:trPr>
        <w:tc>
          <w:tcPr>
            <w:tcW w:w="2154" w:type="dxa"/>
            <w:shd w:val="clear" w:color="auto" w:fill="F2F2F2"/>
            <w:tcMar>
              <w:top w:w="45" w:type="dxa"/>
              <w:left w:w="100" w:type="dxa"/>
              <w:bottom w:w="45" w:type="dxa"/>
              <w:right w:w="100" w:type="dxa"/>
            </w:tcMar>
            <w:vAlign w:val="center"/>
          </w:tcPr>
          <w:p w14:paraId="57E7B282" w14:textId="77777777" w:rsidR="00AD0E4F" w:rsidRDefault="008D426B">
            <w:pPr>
              <w:spacing w:after="0" w:line="240" w:lineRule="auto"/>
            </w:pPr>
            <w:r>
              <w:rPr>
                <w:color w:val="000000"/>
                <w:sz w:val="17"/>
              </w:rPr>
              <w:t>事業所番号（介護／医療）</w:t>
            </w:r>
          </w:p>
        </w:tc>
        <w:tc>
          <w:tcPr>
            <w:tcW w:w="8164" w:type="dxa"/>
            <w:tcMar>
              <w:top w:w="45" w:type="dxa"/>
              <w:left w:w="100" w:type="dxa"/>
              <w:bottom w:w="45" w:type="dxa"/>
              <w:right w:w="100" w:type="dxa"/>
            </w:tcMar>
            <w:vAlign w:val="center"/>
          </w:tcPr>
          <w:p w14:paraId="6EB81671" w14:textId="77777777" w:rsidR="00AD0E4F" w:rsidRDefault="008D426B">
            <w:pPr>
              <w:spacing w:after="0" w:line="240" w:lineRule="auto"/>
            </w:pPr>
            <w:r>
              <w:rPr>
                <w:color w:val="000000"/>
                <w:sz w:val="17"/>
              </w:rPr>
              <w:t>介護 3561590203 ／ 医療 1590203</w:t>
            </w:r>
          </w:p>
        </w:tc>
      </w:tr>
      <w:tr w:rsidR="00AD0E4F" w14:paraId="7F5EB17B" w14:textId="77777777">
        <w:trPr>
          <w:jc w:val="center"/>
        </w:trPr>
        <w:tc>
          <w:tcPr>
            <w:tcW w:w="2154" w:type="dxa"/>
            <w:shd w:val="clear" w:color="auto" w:fill="F2F2F2"/>
            <w:tcMar>
              <w:top w:w="45" w:type="dxa"/>
              <w:left w:w="100" w:type="dxa"/>
              <w:bottom w:w="45" w:type="dxa"/>
              <w:right w:w="100" w:type="dxa"/>
            </w:tcMar>
            <w:vAlign w:val="center"/>
          </w:tcPr>
          <w:p w14:paraId="241B6C43" w14:textId="77777777" w:rsidR="00AD0E4F" w:rsidRDefault="008D426B">
            <w:pPr>
              <w:spacing w:after="0" w:line="240" w:lineRule="auto"/>
            </w:pPr>
            <w:r>
              <w:rPr>
                <w:color w:val="000000"/>
                <w:sz w:val="17"/>
              </w:rPr>
              <w:t>運営法人</w:t>
            </w:r>
          </w:p>
        </w:tc>
        <w:tc>
          <w:tcPr>
            <w:tcW w:w="8164" w:type="dxa"/>
            <w:tcMar>
              <w:top w:w="45" w:type="dxa"/>
              <w:left w:w="100" w:type="dxa"/>
              <w:bottom w:w="45" w:type="dxa"/>
              <w:right w:w="100" w:type="dxa"/>
            </w:tcMar>
            <w:vAlign w:val="center"/>
          </w:tcPr>
          <w:p w14:paraId="4B14FDF0" w14:textId="77777777" w:rsidR="00AD0E4F" w:rsidRDefault="008D426B">
            <w:pPr>
              <w:spacing w:after="0" w:line="240" w:lineRule="auto"/>
            </w:pPr>
            <w:r>
              <w:rPr>
                <w:color w:val="000000"/>
                <w:sz w:val="17"/>
              </w:rPr>
              <w:t>合同会社 Re.Life</w:t>
            </w:r>
          </w:p>
        </w:tc>
      </w:tr>
      <w:tr w:rsidR="00AD0E4F" w14:paraId="04259EB3" w14:textId="77777777">
        <w:trPr>
          <w:jc w:val="center"/>
        </w:trPr>
        <w:tc>
          <w:tcPr>
            <w:tcW w:w="2154" w:type="dxa"/>
            <w:shd w:val="clear" w:color="auto" w:fill="F2F2F2"/>
            <w:tcMar>
              <w:top w:w="45" w:type="dxa"/>
              <w:left w:w="100" w:type="dxa"/>
              <w:bottom w:w="45" w:type="dxa"/>
              <w:right w:w="100" w:type="dxa"/>
            </w:tcMar>
            <w:vAlign w:val="center"/>
          </w:tcPr>
          <w:p w14:paraId="6ECBBEF5" w14:textId="77777777" w:rsidR="00AD0E4F" w:rsidRDefault="008D426B">
            <w:pPr>
              <w:spacing w:after="0" w:line="240" w:lineRule="auto"/>
            </w:pPr>
            <w:r>
              <w:rPr>
                <w:color w:val="000000"/>
                <w:sz w:val="17"/>
              </w:rPr>
              <w:t>所在地</w:t>
            </w:r>
          </w:p>
        </w:tc>
        <w:tc>
          <w:tcPr>
            <w:tcW w:w="8164" w:type="dxa"/>
            <w:tcMar>
              <w:top w:w="45" w:type="dxa"/>
              <w:left w:w="100" w:type="dxa"/>
              <w:bottom w:w="45" w:type="dxa"/>
              <w:right w:w="100" w:type="dxa"/>
            </w:tcMar>
            <w:vAlign w:val="center"/>
          </w:tcPr>
          <w:p w14:paraId="19699FD6" w14:textId="77777777" w:rsidR="00AD0E4F" w:rsidRDefault="008D426B">
            <w:pPr>
              <w:spacing w:after="0" w:line="240" w:lineRule="auto"/>
              <w:rPr>
                <w:lang w:eastAsia="ja-JP"/>
              </w:rPr>
            </w:pPr>
            <w:r>
              <w:rPr>
                <w:color w:val="000000"/>
                <w:sz w:val="17"/>
                <w:lang w:eastAsia="ja-JP"/>
              </w:rPr>
              <w:t>〒745-0801 山口県周南市大字久米3015番地の1</w:t>
            </w:r>
          </w:p>
        </w:tc>
      </w:tr>
      <w:tr w:rsidR="00AD0E4F" w14:paraId="00EAA187" w14:textId="77777777">
        <w:trPr>
          <w:jc w:val="center"/>
        </w:trPr>
        <w:tc>
          <w:tcPr>
            <w:tcW w:w="2154" w:type="dxa"/>
            <w:shd w:val="clear" w:color="auto" w:fill="F2F2F2"/>
            <w:tcMar>
              <w:top w:w="45" w:type="dxa"/>
              <w:left w:w="100" w:type="dxa"/>
              <w:bottom w:w="45" w:type="dxa"/>
              <w:right w:w="100" w:type="dxa"/>
            </w:tcMar>
            <w:vAlign w:val="center"/>
          </w:tcPr>
          <w:p w14:paraId="3245F738" w14:textId="77777777" w:rsidR="00AD0E4F" w:rsidRDefault="008D426B">
            <w:pPr>
              <w:spacing w:after="0" w:line="240" w:lineRule="auto"/>
            </w:pPr>
            <w:r>
              <w:rPr>
                <w:color w:val="000000"/>
                <w:sz w:val="17"/>
              </w:rPr>
              <w:t>電話・FAX</w:t>
            </w:r>
          </w:p>
        </w:tc>
        <w:tc>
          <w:tcPr>
            <w:tcW w:w="8164" w:type="dxa"/>
            <w:tcMar>
              <w:top w:w="45" w:type="dxa"/>
              <w:left w:w="100" w:type="dxa"/>
              <w:bottom w:w="45" w:type="dxa"/>
              <w:right w:w="100" w:type="dxa"/>
            </w:tcMar>
            <w:vAlign w:val="center"/>
          </w:tcPr>
          <w:p w14:paraId="4129F00B" w14:textId="77777777" w:rsidR="00AD0E4F" w:rsidRDefault="008D426B">
            <w:pPr>
              <w:spacing w:after="0" w:line="240" w:lineRule="auto"/>
            </w:pPr>
            <w:r>
              <w:rPr>
                <w:color w:val="000000"/>
                <w:sz w:val="17"/>
              </w:rPr>
              <w:t>0834-34-1348（FAX兼用）</w:t>
            </w:r>
          </w:p>
        </w:tc>
      </w:tr>
      <w:tr w:rsidR="00AD0E4F" w14:paraId="33940F84" w14:textId="77777777">
        <w:trPr>
          <w:jc w:val="center"/>
        </w:trPr>
        <w:tc>
          <w:tcPr>
            <w:tcW w:w="2154" w:type="dxa"/>
            <w:shd w:val="clear" w:color="auto" w:fill="F2F2F2"/>
            <w:tcMar>
              <w:top w:w="45" w:type="dxa"/>
              <w:left w:w="100" w:type="dxa"/>
              <w:bottom w:w="45" w:type="dxa"/>
              <w:right w:w="100" w:type="dxa"/>
            </w:tcMar>
            <w:vAlign w:val="center"/>
          </w:tcPr>
          <w:p w14:paraId="44436F1E" w14:textId="77777777" w:rsidR="00AD0E4F" w:rsidRDefault="008D426B">
            <w:pPr>
              <w:spacing w:after="0" w:line="240" w:lineRule="auto"/>
            </w:pPr>
            <w:r>
              <w:rPr>
                <w:color w:val="000000"/>
                <w:sz w:val="17"/>
              </w:rPr>
              <w:t>管理者</w:t>
            </w:r>
          </w:p>
        </w:tc>
        <w:tc>
          <w:tcPr>
            <w:tcW w:w="8164" w:type="dxa"/>
            <w:tcMar>
              <w:top w:w="45" w:type="dxa"/>
              <w:left w:w="100" w:type="dxa"/>
              <w:bottom w:w="45" w:type="dxa"/>
              <w:right w:w="100" w:type="dxa"/>
            </w:tcMar>
            <w:vAlign w:val="center"/>
          </w:tcPr>
          <w:p w14:paraId="6A0A98C8" w14:textId="77777777" w:rsidR="00AD0E4F" w:rsidRDefault="008D426B">
            <w:pPr>
              <w:spacing w:after="0" w:line="240" w:lineRule="auto"/>
            </w:pPr>
            <w:r>
              <w:rPr>
                <w:color w:val="000000"/>
                <w:sz w:val="17"/>
              </w:rPr>
              <w:t>松田 まいか</w:t>
            </w:r>
          </w:p>
        </w:tc>
      </w:tr>
    </w:tbl>
    <w:p w14:paraId="52241325" w14:textId="77777777" w:rsidR="00AD0E4F" w:rsidRDefault="008D426B">
      <w:pPr>
        <w:spacing w:after="0" w:line="240" w:lineRule="auto"/>
      </w:pPr>
      <w:r>
        <w:rPr>
          <w:color w:val="000000"/>
          <w:sz w:val="17"/>
        </w:rPr>
        <w:br w:type="page"/>
      </w:r>
    </w:p>
    <w:p w14:paraId="4CFF4443" w14:textId="77777777" w:rsidR="00AD0E4F" w:rsidRDefault="008D426B">
      <w:pPr>
        <w:spacing w:after="20" w:line="240" w:lineRule="auto"/>
        <w:rPr>
          <w:lang w:eastAsia="ja-JP"/>
        </w:rPr>
      </w:pPr>
      <w:r>
        <w:rPr>
          <w:color w:val="000000"/>
          <w:sz w:val="34"/>
          <w:lang w:eastAsia="ja-JP"/>
        </w:rPr>
        <w:lastRenderedPageBreak/>
        <w:t>01 運営法人・事業所の概要</w:t>
      </w:r>
    </w:p>
    <w:p w14:paraId="77EAA5AA" w14:textId="77777777" w:rsidR="00AD0E4F" w:rsidRDefault="00AD0E4F">
      <w:pPr>
        <w:pBdr>
          <w:bottom w:val="single" w:sz="8" w:space="1" w:color="777777"/>
        </w:pBdr>
        <w:spacing w:before="20" w:after="0" w:line="240" w:lineRule="auto"/>
        <w:rPr>
          <w:lang w:eastAsia="ja-JP"/>
        </w:rPr>
      </w:pPr>
    </w:p>
    <w:p w14:paraId="7FE2571A" w14:textId="77777777" w:rsidR="00AD0E4F" w:rsidRDefault="008D426B">
      <w:pPr>
        <w:spacing w:after="0" w:line="240" w:lineRule="auto"/>
        <w:rPr>
          <w:lang w:eastAsia="ja-JP"/>
        </w:rPr>
      </w:pPr>
      <w:r>
        <w:rPr>
          <w:color w:val="000000"/>
          <w:sz w:val="17"/>
          <w:lang w:eastAsia="ja-JP"/>
        </w:rPr>
        <w:t>ご契約前に、指定訪問看護・指定介護予防訪問看護および医療保険による訪問看護について、事業所の体制、サービス内容、利用料金、相談窓口などの重要事項をご説明します。</w:t>
      </w:r>
    </w:p>
    <w:p w14:paraId="29347376" w14:textId="77777777" w:rsidR="00AD0E4F" w:rsidRDefault="008D426B">
      <w:pPr>
        <w:spacing w:after="20" w:line="240" w:lineRule="auto"/>
      </w:pPr>
      <w:r>
        <w:rPr>
          <w:color w:val="000000"/>
          <w:sz w:val="25"/>
        </w:rPr>
        <w:t>1. 運営法人</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1984"/>
        <w:gridCol w:w="8334"/>
      </w:tblGrid>
      <w:tr w:rsidR="00AD0E4F" w14:paraId="2356B50C" w14:textId="77777777">
        <w:trPr>
          <w:jc w:val="center"/>
        </w:trPr>
        <w:tc>
          <w:tcPr>
            <w:tcW w:w="1984" w:type="dxa"/>
            <w:shd w:val="clear" w:color="auto" w:fill="F2F2F2"/>
            <w:tcMar>
              <w:top w:w="45" w:type="dxa"/>
              <w:left w:w="100" w:type="dxa"/>
              <w:bottom w:w="45" w:type="dxa"/>
              <w:right w:w="100" w:type="dxa"/>
            </w:tcMar>
            <w:vAlign w:val="center"/>
          </w:tcPr>
          <w:p w14:paraId="5C3E48D0" w14:textId="77777777" w:rsidR="00AD0E4F" w:rsidRDefault="008D426B">
            <w:pPr>
              <w:spacing w:after="0" w:line="240" w:lineRule="auto"/>
            </w:pPr>
            <w:r>
              <w:rPr>
                <w:color w:val="000000"/>
                <w:sz w:val="17"/>
              </w:rPr>
              <w:t>法人名称</w:t>
            </w:r>
          </w:p>
        </w:tc>
        <w:tc>
          <w:tcPr>
            <w:tcW w:w="8334" w:type="dxa"/>
            <w:tcMar>
              <w:top w:w="45" w:type="dxa"/>
              <w:left w:w="100" w:type="dxa"/>
              <w:bottom w:w="45" w:type="dxa"/>
              <w:right w:w="100" w:type="dxa"/>
            </w:tcMar>
            <w:vAlign w:val="center"/>
          </w:tcPr>
          <w:p w14:paraId="5C7C3053" w14:textId="77777777" w:rsidR="00AD0E4F" w:rsidRDefault="008D426B">
            <w:pPr>
              <w:spacing w:after="0" w:line="240" w:lineRule="auto"/>
            </w:pPr>
            <w:r>
              <w:rPr>
                <w:color w:val="000000"/>
                <w:sz w:val="17"/>
              </w:rPr>
              <w:t>合同会社 Re.Life</w:t>
            </w:r>
          </w:p>
        </w:tc>
      </w:tr>
      <w:tr w:rsidR="00AD0E4F" w14:paraId="22DAA02E" w14:textId="77777777">
        <w:trPr>
          <w:jc w:val="center"/>
        </w:trPr>
        <w:tc>
          <w:tcPr>
            <w:tcW w:w="1984" w:type="dxa"/>
            <w:shd w:val="clear" w:color="auto" w:fill="F2F2F2"/>
            <w:tcMar>
              <w:top w:w="45" w:type="dxa"/>
              <w:left w:w="100" w:type="dxa"/>
              <w:bottom w:w="45" w:type="dxa"/>
              <w:right w:w="100" w:type="dxa"/>
            </w:tcMar>
            <w:vAlign w:val="center"/>
          </w:tcPr>
          <w:p w14:paraId="506C5F7B" w14:textId="77777777" w:rsidR="00AD0E4F" w:rsidRDefault="008D426B">
            <w:pPr>
              <w:spacing w:after="0" w:line="240" w:lineRule="auto"/>
            </w:pPr>
            <w:r>
              <w:rPr>
                <w:color w:val="000000"/>
                <w:sz w:val="17"/>
              </w:rPr>
              <w:t>代表者</w:t>
            </w:r>
          </w:p>
        </w:tc>
        <w:tc>
          <w:tcPr>
            <w:tcW w:w="8334" w:type="dxa"/>
            <w:tcMar>
              <w:top w:w="45" w:type="dxa"/>
              <w:left w:w="100" w:type="dxa"/>
              <w:bottom w:w="45" w:type="dxa"/>
              <w:right w:w="100" w:type="dxa"/>
            </w:tcMar>
            <w:vAlign w:val="center"/>
          </w:tcPr>
          <w:p w14:paraId="6897CE85" w14:textId="77777777" w:rsidR="00AD0E4F" w:rsidRDefault="008D426B">
            <w:pPr>
              <w:spacing w:after="0" w:line="240" w:lineRule="auto"/>
            </w:pPr>
            <w:r>
              <w:rPr>
                <w:color w:val="000000"/>
                <w:sz w:val="17"/>
              </w:rPr>
              <w:t>代表社員 飯田 理沙</w:t>
            </w:r>
          </w:p>
        </w:tc>
      </w:tr>
      <w:tr w:rsidR="00AD0E4F" w14:paraId="640607DB" w14:textId="77777777">
        <w:trPr>
          <w:jc w:val="center"/>
        </w:trPr>
        <w:tc>
          <w:tcPr>
            <w:tcW w:w="1984" w:type="dxa"/>
            <w:shd w:val="clear" w:color="auto" w:fill="F2F2F2"/>
            <w:tcMar>
              <w:top w:w="45" w:type="dxa"/>
              <w:left w:w="100" w:type="dxa"/>
              <w:bottom w:w="45" w:type="dxa"/>
              <w:right w:w="100" w:type="dxa"/>
            </w:tcMar>
            <w:vAlign w:val="center"/>
          </w:tcPr>
          <w:p w14:paraId="383FD2B6" w14:textId="77777777" w:rsidR="00AD0E4F" w:rsidRDefault="008D426B">
            <w:pPr>
              <w:spacing w:after="0" w:line="240" w:lineRule="auto"/>
            </w:pPr>
            <w:r>
              <w:rPr>
                <w:color w:val="000000"/>
                <w:sz w:val="17"/>
              </w:rPr>
              <w:t>法人所在地</w:t>
            </w:r>
          </w:p>
        </w:tc>
        <w:tc>
          <w:tcPr>
            <w:tcW w:w="8334" w:type="dxa"/>
            <w:tcMar>
              <w:top w:w="45" w:type="dxa"/>
              <w:left w:w="100" w:type="dxa"/>
              <w:bottom w:w="45" w:type="dxa"/>
              <w:right w:w="100" w:type="dxa"/>
            </w:tcMar>
            <w:vAlign w:val="center"/>
          </w:tcPr>
          <w:p w14:paraId="03836D55" w14:textId="77777777" w:rsidR="00AD0E4F" w:rsidRDefault="008D426B">
            <w:pPr>
              <w:spacing w:after="0" w:line="240" w:lineRule="auto"/>
            </w:pPr>
            <w:r>
              <w:rPr>
                <w:color w:val="000000"/>
                <w:sz w:val="17"/>
              </w:rPr>
              <w:t>〒745-0801 山口県周南市大字久米3015番地の1</w:t>
            </w:r>
          </w:p>
        </w:tc>
      </w:tr>
      <w:tr w:rsidR="00AD0E4F" w14:paraId="39A53E53" w14:textId="77777777">
        <w:trPr>
          <w:jc w:val="center"/>
        </w:trPr>
        <w:tc>
          <w:tcPr>
            <w:tcW w:w="1984" w:type="dxa"/>
            <w:shd w:val="clear" w:color="auto" w:fill="F2F2F2"/>
            <w:tcMar>
              <w:top w:w="45" w:type="dxa"/>
              <w:left w:w="100" w:type="dxa"/>
              <w:bottom w:w="45" w:type="dxa"/>
              <w:right w:w="100" w:type="dxa"/>
            </w:tcMar>
            <w:vAlign w:val="center"/>
          </w:tcPr>
          <w:p w14:paraId="56683C51" w14:textId="77777777" w:rsidR="00AD0E4F" w:rsidRDefault="008D426B">
            <w:pPr>
              <w:spacing w:after="0" w:line="240" w:lineRule="auto"/>
            </w:pPr>
            <w:r>
              <w:rPr>
                <w:color w:val="000000"/>
                <w:sz w:val="17"/>
              </w:rPr>
              <w:t>法人番号</w:t>
            </w:r>
          </w:p>
        </w:tc>
        <w:tc>
          <w:tcPr>
            <w:tcW w:w="8334" w:type="dxa"/>
            <w:tcMar>
              <w:top w:w="45" w:type="dxa"/>
              <w:left w:w="100" w:type="dxa"/>
              <w:bottom w:w="45" w:type="dxa"/>
              <w:right w:w="100" w:type="dxa"/>
            </w:tcMar>
            <w:vAlign w:val="center"/>
          </w:tcPr>
          <w:p w14:paraId="77DECE82" w14:textId="77777777" w:rsidR="00AD0E4F" w:rsidRDefault="008D426B">
            <w:pPr>
              <w:spacing w:after="0" w:line="240" w:lineRule="auto"/>
            </w:pPr>
            <w:r>
              <w:rPr>
                <w:color w:val="000000"/>
                <w:sz w:val="17"/>
              </w:rPr>
              <w:t>2250003003964</w:t>
            </w:r>
          </w:p>
        </w:tc>
      </w:tr>
      <w:tr w:rsidR="00AD0E4F" w14:paraId="1AABDF0C" w14:textId="77777777">
        <w:trPr>
          <w:jc w:val="center"/>
        </w:trPr>
        <w:tc>
          <w:tcPr>
            <w:tcW w:w="1984" w:type="dxa"/>
            <w:shd w:val="clear" w:color="auto" w:fill="F2F2F2"/>
            <w:tcMar>
              <w:top w:w="45" w:type="dxa"/>
              <w:left w:w="100" w:type="dxa"/>
              <w:bottom w:w="45" w:type="dxa"/>
              <w:right w:w="100" w:type="dxa"/>
            </w:tcMar>
            <w:vAlign w:val="center"/>
          </w:tcPr>
          <w:p w14:paraId="1354BB9D" w14:textId="77777777" w:rsidR="00AD0E4F" w:rsidRDefault="008D426B">
            <w:pPr>
              <w:spacing w:after="0" w:line="240" w:lineRule="auto"/>
            </w:pPr>
            <w:r>
              <w:rPr>
                <w:color w:val="000000"/>
                <w:sz w:val="17"/>
              </w:rPr>
              <w:t>電話・FAX</w:t>
            </w:r>
          </w:p>
        </w:tc>
        <w:tc>
          <w:tcPr>
            <w:tcW w:w="8334" w:type="dxa"/>
            <w:tcMar>
              <w:top w:w="45" w:type="dxa"/>
              <w:left w:w="100" w:type="dxa"/>
              <w:bottom w:w="45" w:type="dxa"/>
              <w:right w:w="100" w:type="dxa"/>
            </w:tcMar>
            <w:vAlign w:val="center"/>
          </w:tcPr>
          <w:p w14:paraId="34AE381F" w14:textId="77777777" w:rsidR="00AD0E4F" w:rsidRDefault="008D426B">
            <w:pPr>
              <w:spacing w:after="0" w:line="240" w:lineRule="auto"/>
            </w:pPr>
            <w:r>
              <w:rPr>
                <w:color w:val="000000"/>
                <w:sz w:val="17"/>
              </w:rPr>
              <w:t>0834-34-1348（FAX兼用）</w:t>
            </w:r>
          </w:p>
        </w:tc>
      </w:tr>
    </w:tbl>
    <w:p w14:paraId="4E988468" w14:textId="77777777" w:rsidR="00AD0E4F" w:rsidRDefault="008D426B">
      <w:pPr>
        <w:spacing w:after="20" w:line="240" w:lineRule="auto"/>
      </w:pPr>
      <w:r>
        <w:rPr>
          <w:color w:val="000000"/>
          <w:sz w:val="25"/>
        </w:rPr>
        <w:t>2. 事業所</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1984"/>
        <w:gridCol w:w="8334"/>
      </w:tblGrid>
      <w:tr w:rsidR="00AD0E4F" w14:paraId="29038E0A" w14:textId="77777777">
        <w:trPr>
          <w:jc w:val="center"/>
        </w:trPr>
        <w:tc>
          <w:tcPr>
            <w:tcW w:w="1984" w:type="dxa"/>
            <w:shd w:val="clear" w:color="auto" w:fill="F2F2F2"/>
            <w:tcMar>
              <w:top w:w="45" w:type="dxa"/>
              <w:left w:w="100" w:type="dxa"/>
              <w:bottom w:w="45" w:type="dxa"/>
              <w:right w:w="100" w:type="dxa"/>
            </w:tcMar>
            <w:vAlign w:val="center"/>
          </w:tcPr>
          <w:p w14:paraId="4C1C7AB3" w14:textId="77777777" w:rsidR="00AD0E4F" w:rsidRDefault="008D426B">
            <w:pPr>
              <w:spacing w:after="0" w:line="240" w:lineRule="auto"/>
            </w:pPr>
            <w:r>
              <w:rPr>
                <w:color w:val="000000"/>
                <w:sz w:val="17"/>
              </w:rPr>
              <w:t>事業所名称</w:t>
            </w:r>
          </w:p>
        </w:tc>
        <w:tc>
          <w:tcPr>
            <w:tcW w:w="8334" w:type="dxa"/>
            <w:tcMar>
              <w:top w:w="45" w:type="dxa"/>
              <w:left w:w="100" w:type="dxa"/>
              <w:bottom w:w="45" w:type="dxa"/>
              <w:right w:w="100" w:type="dxa"/>
            </w:tcMar>
            <w:vAlign w:val="center"/>
          </w:tcPr>
          <w:p w14:paraId="7B9BF499" w14:textId="77777777" w:rsidR="00AD0E4F" w:rsidRDefault="008D426B">
            <w:pPr>
              <w:spacing w:after="0" w:line="240" w:lineRule="auto"/>
            </w:pPr>
            <w:r>
              <w:rPr>
                <w:color w:val="000000"/>
                <w:sz w:val="17"/>
              </w:rPr>
              <w:t>訪問看護リハビリステーションあかり</w:t>
            </w:r>
          </w:p>
        </w:tc>
      </w:tr>
      <w:tr w:rsidR="00AD0E4F" w14:paraId="4B2DDC47" w14:textId="77777777">
        <w:trPr>
          <w:jc w:val="center"/>
        </w:trPr>
        <w:tc>
          <w:tcPr>
            <w:tcW w:w="1984" w:type="dxa"/>
            <w:shd w:val="clear" w:color="auto" w:fill="F2F2F2"/>
            <w:tcMar>
              <w:top w:w="45" w:type="dxa"/>
              <w:left w:w="100" w:type="dxa"/>
              <w:bottom w:w="45" w:type="dxa"/>
              <w:right w:w="100" w:type="dxa"/>
            </w:tcMar>
            <w:vAlign w:val="center"/>
          </w:tcPr>
          <w:p w14:paraId="086CE43C" w14:textId="77777777" w:rsidR="00AD0E4F" w:rsidRDefault="008D426B">
            <w:pPr>
              <w:spacing w:after="0" w:line="240" w:lineRule="auto"/>
            </w:pPr>
            <w:r>
              <w:rPr>
                <w:color w:val="000000"/>
                <w:sz w:val="17"/>
              </w:rPr>
              <w:t>管理者</w:t>
            </w:r>
          </w:p>
        </w:tc>
        <w:tc>
          <w:tcPr>
            <w:tcW w:w="8334" w:type="dxa"/>
            <w:tcMar>
              <w:top w:w="45" w:type="dxa"/>
              <w:left w:w="100" w:type="dxa"/>
              <w:bottom w:w="45" w:type="dxa"/>
              <w:right w:w="100" w:type="dxa"/>
            </w:tcMar>
            <w:vAlign w:val="center"/>
          </w:tcPr>
          <w:p w14:paraId="547C9A07" w14:textId="77777777" w:rsidR="00AD0E4F" w:rsidRDefault="008D426B">
            <w:pPr>
              <w:spacing w:after="0" w:line="240" w:lineRule="auto"/>
            </w:pPr>
            <w:r>
              <w:rPr>
                <w:color w:val="000000"/>
                <w:sz w:val="17"/>
              </w:rPr>
              <w:t>松田 まいか（看護師・常勤）</w:t>
            </w:r>
          </w:p>
        </w:tc>
      </w:tr>
      <w:tr w:rsidR="00AD0E4F" w14:paraId="3B65500F" w14:textId="77777777">
        <w:trPr>
          <w:jc w:val="center"/>
        </w:trPr>
        <w:tc>
          <w:tcPr>
            <w:tcW w:w="1984" w:type="dxa"/>
            <w:shd w:val="clear" w:color="auto" w:fill="F2F2F2"/>
            <w:tcMar>
              <w:top w:w="45" w:type="dxa"/>
              <w:left w:w="100" w:type="dxa"/>
              <w:bottom w:w="45" w:type="dxa"/>
              <w:right w:w="100" w:type="dxa"/>
            </w:tcMar>
            <w:vAlign w:val="center"/>
          </w:tcPr>
          <w:p w14:paraId="3968728D" w14:textId="77777777" w:rsidR="00AD0E4F" w:rsidRDefault="008D426B">
            <w:pPr>
              <w:spacing w:after="0" w:line="240" w:lineRule="auto"/>
            </w:pPr>
            <w:r>
              <w:rPr>
                <w:color w:val="000000"/>
                <w:sz w:val="17"/>
              </w:rPr>
              <w:t>事業所所在地</w:t>
            </w:r>
          </w:p>
        </w:tc>
        <w:tc>
          <w:tcPr>
            <w:tcW w:w="8334" w:type="dxa"/>
            <w:tcMar>
              <w:top w:w="45" w:type="dxa"/>
              <w:left w:w="100" w:type="dxa"/>
              <w:bottom w:w="45" w:type="dxa"/>
              <w:right w:w="100" w:type="dxa"/>
            </w:tcMar>
            <w:vAlign w:val="center"/>
          </w:tcPr>
          <w:p w14:paraId="76FF4E21" w14:textId="77777777" w:rsidR="00AD0E4F" w:rsidRDefault="008D426B">
            <w:pPr>
              <w:spacing w:after="0" w:line="240" w:lineRule="auto"/>
            </w:pPr>
            <w:r>
              <w:rPr>
                <w:color w:val="000000"/>
                <w:sz w:val="17"/>
              </w:rPr>
              <w:t>〒745-0801 山口県周南市大字久米3015番地の1</w:t>
            </w:r>
          </w:p>
        </w:tc>
      </w:tr>
      <w:tr w:rsidR="00AD0E4F" w14:paraId="463DD1D9" w14:textId="77777777">
        <w:trPr>
          <w:jc w:val="center"/>
        </w:trPr>
        <w:tc>
          <w:tcPr>
            <w:tcW w:w="1984" w:type="dxa"/>
            <w:shd w:val="clear" w:color="auto" w:fill="F2F2F2"/>
            <w:tcMar>
              <w:top w:w="45" w:type="dxa"/>
              <w:left w:w="100" w:type="dxa"/>
              <w:bottom w:w="45" w:type="dxa"/>
              <w:right w:w="100" w:type="dxa"/>
            </w:tcMar>
            <w:vAlign w:val="center"/>
          </w:tcPr>
          <w:p w14:paraId="38BD23E5" w14:textId="77777777" w:rsidR="00AD0E4F" w:rsidRDefault="008D426B">
            <w:pPr>
              <w:spacing w:after="0" w:line="240" w:lineRule="auto"/>
            </w:pPr>
            <w:r>
              <w:rPr>
                <w:color w:val="000000"/>
                <w:sz w:val="17"/>
              </w:rPr>
              <w:t>電話・FAX</w:t>
            </w:r>
          </w:p>
        </w:tc>
        <w:tc>
          <w:tcPr>
            <w:tcW w:w="8334" w:type="dxa"/>
            <w:tcMar>
              <w:top w:w="45" w:type="dxa"/>
              <w:left w:w="100" w:type="dxa"/>
              <w:bottom w:w="45" w:type="dxa"/>
              <w:right w:w="100" w:type="dxa"/>
            </w:tcMar>
            <w:vAlign w:val="center"/>
          </w:tcPr>
          <w:p w14:paraId="4B16D6DE" w14:textId="77777777" w:rsidR="00AD0E4F" w:rsidRDefault="008D426B">
            <w:pPr>
              <w:spacing w:after="0" w:line="240" w:lineRule="auto"/>
            </w:pPr>
            <w:r>
              <w:rPr>
                <w:color w:val="000000"/>
                <w:sz w:val="17"/>
              </w:rPr>
              <w:t>0834-34-1348（FAX兼用）</w:t>
            </w:r>
          </w:p>
        </w:tc>
      </w:tr>
      <w:tr w:rsidR="00AD0E4F" w14:paraId="4C56B540" w14:textId="77777777">
        <w:trPr>
          <w:jc w:val="center"/>
        </w:trPr>
        <w:tc>
          <w:tcPr>
            <w:tcW w:w="1984" w:type="dxa"/>
            <w:shd w:val="clear" w:color="auto" w:fill="F2F2F2"/>
            <w:tcMar>
              <w:top w:w="45" w:type="dxa"/>
              <w:left w:w="100" w:type="dxa"/>
              <w:bottom w:w="45" w:type="dxa"/>
              <w:right w:w="100" w:type="dxa"/>
            </w:tcMar>
            <w:vAlign w:val="center"/>
          </w:tcPr>
          <w:p w14:paraId="4CA84B72" w14:textId="77777777" w:rsidR="00AD0E4F" w:rsidRDefault="008D426B">
            <w:pPr>
              <w:spacing w:after="0" w:line="240" w:lineRule="auto"/>
            </w:pPr>
            <w:r>
              <w:rPr>
                <w:color w:val="000000"/>
                <w:sz w:val="17"/>
              </w:rPr>
              <w:t>連絡用携帯</w:t>
            </w:r>
          </w:p>
        </w:tc>
        <w:tc>
          <w:tcPr>
            <w:tcW w:w="8334" w:type="dxa"/>
            <w:tcMar>
              <w:top w:w="45" w:type="dxa"/>
              <w:left w:w="100" w:type="dxa"/>
              <w:bottom w:w="45" w:type="dxa"/>
              <w:right w:w="100" w:type="dxa"/>
            </w:tcMar>
            <w:vAlign w:val="center"/>
          </w:tcPr>
          <w:p w14:paraId="6F63378B" w14:textId="77777777" w:rsidR="00AD0E4F" w:rsidRDefault="008D426B">
            <w:pPr>
              <w:spacing w:after="0" w:line="240" w:lineRule="auto"/>
            </w:pPr>
            <w:r>
              <w:rPr>
                <w:color w:val="000000"/>
                <w:sz w:val="17"/>
              </w:rPr>
              <w:t>090-1827-2183</w:t>
            </w:r>
          </w:p>
        </w:tc>
      </w:tr>
      <w:tr w:rsidR="00AD0E4F" w14:paraId="0AFE5E4E" w14:textId="77777777">
        <w:trPr>
          <w:jc w:val="center"/>
        </w:trPr>
        <w:tc>
          <w:tcPr>
            <w:tcW w:w="1984" w:type="dxa"/>
            <w:shd w:val="clear" w:color="auto" w:fill="F2F2F2"/>
            <w:tcMar>
              <w:top w:w="45" w:type="dxa"/>
              <w:left w:w="100" w:type="dxa"/>
              <w:bottom w:w="45" w:type="dxa"/>
              <w:right w:w="100" w:type="dxa"/>
            </w:tcMar>
            <w:vAlign w:val="center"/>
          </w:tcPr>
          <w:p w14:paraId="35742581" w14:textId="77777777" w:rsidR="00AD0E4F" w:rsidRDefault="008D426B">
            <w:pPr>
              <w:spacing w:after="0" w:line="240" w:lineRule="auto"/>
            </w:pPr>
            <w:r>
              <w:rPr>
                <w:color w:val="000000"/>
                <w:sz w:val="17"/>
              </w:rPr>
              <w:t>メール</w:t>
            </w:r>
          </w:p>
        </w:tc>
        <w:tc>
          <w:tcPr>
            <w:tcW w:w="8334" w:type="dxa"/>
            <w:tcMar>
              <w:top w:w="45" w:type="dxa"/>
              <w:left w:w="100" w:type="dxa"/>
              <w:bottom w:w="45" w:type="dxa"/>
              <w:right w:w="100" w:type="dxa"/>
            </w:tcMar>
            <w:vAlign w:val="center"/>
          </w:tcPr>
          <w:p w14:paraId="43CF83C1" w14:textId="77777777" w:rsidR="00AD0E4F" w:rsidRDefault="008D426B">
            <w:pPr>
              <w:spacing w:after="0" w:line="240" w:lineRule="auto"/>
            </w:pPr>
            <w:r>
              <w:rPr>
                <w:color w:val="000000"/>
                <w:sz w:val="17"/>
              </w:rPr>
              <w:t>houkan.akari.yamaguchi@gmail.com</w:t>
            </w:r>
          </w:p>
        </w:tc>
      </w:tr>
      <w:tr w:rsidR="00AD0E4F" w14:paraId="0E3D5005" w14:textId="77777777">
        <w:trPr>
          <w:jc w:val="center"/>
        </w:trPr>
        <w:tc>
          <w:tcPr>
            <w:tcW w:w="1984" w:type="dxa"/>
            <w:shd w:val="clear" w:color="auto" w:fill="F2F2F2"/>
            <w:tcMar>
              <w:top w:w="45" w:type="dxa"/>
              <w:left w:w="100" w:type="dxa"/>
              <w:bottom w:w="45" w:type="dxa"/>
              <w:right w:w="100" w:type="dxa"/>
            </w:tcMar>
            <w:vAlign w:val="center"/>
          </w:tcPr>
          <w:p w14:paraId="5B748BFC" w14:textId="77777777" w:rsidR="00AD0E4F" w:rsidRDefault="008D426B">
            <w:pPr>
              <w:spacing w:after="0" w:line="240" w:lineRule="auto"/>
            </w:pPr>
            <w:r>
              <w:rPr>
                <w:color w:val="000000"/>
                <w:sz w:val="17"/>
              </w:rPr>
              <w:t>事業開始日</w:t>
            </w:r>
          </w:p>
        </w:tc>
        <w:tc>
          <w:tcPr>
            <w:tcW w:w="8334" w:type="dxa"/>
            <w:tcMar>
              <w:top w:w="45" w:type="dxa"/>
              <w:left w:w="100" w:type="dxa"/>
              <w:bottom w:w="45" w:type="dxa"/>
              <w:right w:w="100" w:type="dxa"/>
            </w:tcMar>
            <w:vAlign w:val="center"/>
          </w:tcPr>
          <w:p w14:paraId="212B1E7C" w14:textId="77777777" w:rsidR="00AD0E4F" w:rsidRDefault="008D426B">
            <w:pPr>
              <w:spacing w:after="0" w:line="240" w:lineRule="auto"/>
            </w:pPr>
            <w:r>
              <w:rPr>
                <w:color w:val="000000"/>
                <w:sz w:val="17"/>
              </w:rPr>
              <w:t>2026年8月1日</w:t>
            </w:r>
          </w:p>
        </w:tc>
      </w:tr>
      <w:tr w:rsidR="00AD0E4F" w14:paraId="4C69DEDA" w14:textId="77777777">
        <w:trPr>
          <w:jc w:val="center"/>
        </w:trPr>
        <w:tc>
          <w:tcPr>
            <w:tcW w:w="1984" w:type="dxa"/>
            <w:shd w:val="clear" w:color="auto" w:fill="F2F2F2"/>
            <w:tcMar>
              <w:top w:w="45" w:type="dxa"/>
              <w:left w:w="100" w:type="dxa"/>
              <w:bottom w:w="45" w:type="dxa"/>
              <w:right w:w="100" w:type="dxa"/>
            </w:tcMar>
            <w:vAlign w:val="center"/>
          </w:tcPr>
          <w:p w14:paraId="6133828B" w14:textId="77777777" w:rsidR="00AD0E4F" w:rsidRDefault="008D426B">
            <w:pPr>
              <w:spacing w:after="0" w:line="240" w:lineRule="auto"/>
            </w:pPr>
            <w:r>
              <w:rPr>
                <w:color w:val="000000"/>
                <w:sz w:val="17"/>
              </w:rPr>
              <w:t>サービス種類</w:t>
            </w:r>
          </w:p>
        </w:tc>
        <w:tc>
          <w:tcPr>
            <w:tcW w:w="8334" w:type="dxa"/>
            <w:tcMar>
              <w:top w:w="45" w:type="dxa"/>
              <w:left w:w="100" w:type="dxa"/>
              <w:bottom w:w="45" w:type="dxa"/>
              <w:right w:w="100" w:type="dxa"/>
            </w:tcMar>
            <w:vAlign w:val="center"/>
          </w:tcPr>
          <w:p w14:paraId="1023E737" w14:textId="77777777" w:rsidR="00AD0E4F" w:rsidRDefault="008D426B">
            <w:pPr>
              <w:spacing w:after="0" w:line="240" w:lineRule="auto"/>
            </w:pPr>
            <w:r>
              <w:rPr>
                <w:color w:val="000000"/>
                <w:sz w:val="17"/>
              </w:rPr>
              <w:t>指定訪問看護・指定介護予防訪問看護・医療保険による訪問看護・理学療法士等による訪問看護</w:t>
            </w:r>
          </w:p>
        </w:tc>
      </w:tr>
      <w:tr w:rsidR="00AD0E4F" w14:paraId="2272F860" w14:textId="77777777">
        <w:trPr>
          <w:jc w:val="center"/>
        </w:trPr>
        <w:tc>
          <w:tcPr>
            <w:tcW w:w="1984" w:type="dxa"/>
            <w:shd w:val="clear" w:color="auto" w:fill="F2F2F2"/>
            <w:tcMar>
              <w:top w:w="45" w:type="dxa"/>
              <w:left w:w="100" w:type="dxa"/>
              <w:bottom w:w="45" w:type="dxa"/>
              <w:right w:w="100" w:type="dxa"/>
            </w:tcMar>
            <w:vAlign w:val="center"/>
          </w:tcPr>
          <w:p w14:paraId="1497420A" w14:textId="77777777" w:rsidR="00AD0E4F" w:rsidRDefault="008D426B">
            <w:pPr>
              <w:spacing w:after="0" w:line="240" w:lineRule="auto"/>
            </w:pPr>
            <w:r>
              <w:rPr>
                <w:color w:val="000000"/>
                <w:sz w:val="17"/>
              </w:rPr>
              <w:t>事業所番号（介護／医療）</w:t>
            </w:r>
          </w:p>
        </w:tc>
        <w:tc>
          <w:tcPr>
            <w:tcW w:w="8334" w:type="dxa"/>
            <w:tcMar>
              <w:top w:w="45" w:type="dxa"/>
              <w:left w:w="100" w:type="dxa"/>
              <w:bottom w:w="45" w:type="dxa"/>
              <w:right w:w="100" w:type="dxa"/>
            </w:tcMar>
            <w:vAlign w:val="center"/>
          </w:tcPr>
          <w:p w14:paraId="09CD423E" w14:textId="77777777" w:rsidR="00AD0E4F" w:rsidRDefault="008D426B">
            <w:pPr>
              <w:spacing w:after="0" w:line="240" w:lineRule="auto"/>
            </w:pPr>
            <w:r>
              <w:rPr>
                <w:color w:val="000000"/>
                <w:sz w:val="17"/>
              </w:rPr>
              <w:t>介護 3561590203 ／ 医療 1590203</w:t>
            </w:r>
          </w:p>
        </w:tc>
      </w:tr>
    </w:tbl>
    <w:p w14:paraId="2FAF4907" w14:textId="77777777" w:rsidR="00AD0E4F" w:rsidRDefault="008D426B">
      <w:pPr>
        <w:spacing w:after="20" w:line="240" w:lineRule="auto"/>
      </w:pPr>
      <w:r>
        <w:rPr>
          <w:color w:val="000000"/>
          <w:sz w:val="30"/>
        </w:rPr>
        <w:t>02 人員体制・営業時間・実施地域</w:t>
      </w:r>
    </w:p>
    <w:p w14:paraId="72915653" w14:textId="77777777" w:rsidR="00AD0E4F" w:rsidRDefault="00AD0E4F">
      <w:pPr>
        <w:pBdr>
          <w:bottom w:val="single" w:sz="8" w:space="1" w:color="777777"/>
        </w:pBdr>
        <w:spacing w:before="20" w:after="0" w:line="240" w:lineRule="auto"/>
      </w:pPr>
    </w:p>
    <w:p w14:paraId="4CA9A49D" w14:textId="77777777" w:rsidR="00AD0E4F" w:rsidRDefault="008D426B">
      <w:pPr>
        <w:spacing w:after="20" w:line="240" w:lineRule="auto"/>
      </w:pPr>
      <w:r>
        <w:rPr>
          <w:color w:val="000000"/>
          <w:sz w:val="17"/>
        </w:rPr>
        <w:t>1. 職員体制</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551"/>
        <w:gridCol w:w="7767"/>
      </w:tblGrid>
      <w:tr w:rsidR="00AD0E4F" w14:paraId="203B6AE9" w14:textId="77777777">
        <w:trPr>
          <w:tblHeader/>
          <w:jc w:val="center"/>
        </w:trPr>
        <w:tc>
          <w:tcPr>
            <w:tcW w:w="2551" w:type="dxa"/>
            <w:shd w:val="clear" w:color="auto" w:fill="4A4A4A"/>
            <w:tcMar>
              <w:top w:w="45" w:type="dxa"/>
              <w:left w:w="100" w:type="dxa"/>
              <w:bottom w:w="45" w:type="dxa"/>
              <w:right w:w="100" w:type="dxa"/>
            </w:tcMar>
            <w:vAlign w:val="center"/>
          </w:tcPr>
          <w:p w14:paraId="231CFB9F" w14:textId="77777777" w:rsidR="00AD0E4F" w:rsidRDefault="008D426B">
            <w:pPr>
              <w:spacing w:after="0" w:line="240" w:lineRule="auto"/>
              <w:jc w:val="center"/>
            </w:pPr>
            <w:r>
              <w:rPr>
                <w:color w:val="FFFFFF"/>
                <w:sz w:val="17"/>
              </w:rPr>
              <w:t>職種</w:t>
            </w:r>
          </w:p>
        </w:tc>
        <w:tc>
          <w:tcPr>
            <w:tcW w:w="7767" w:type="dxa"/>
            <w:shd w:val="clear" w:color="auto" w:fill="4A4A4A"/>
            <w:tcMar>
              <w:top w:w="45" w:type="dxa"/>
              <w:left w:w="100" w:type="dxa"/>
              <w:bottom w:w="45" w:type="dxa"/>
              <w:right w:w="100" w:type="dxa"/>
            </w:tcMar>
            <w:vAlign w:val="center"/>
          </w:tcPr>
          <w:p w14:paraId="29EDBB69" w14:textId="77777777" w:rsidR="00AD0E4F" w:rsidRDefault="008D426B">
            <w:pPr>
              <w:spacing w:after="0" w:line="240" w:lineRule="auto"/>
              <w:jc w:val="center"/>
            </w:pPr>
            <w:r>
              <w:rPr>
                <w:color w:val="FFFFFF"/>
                <w:sz w:val="17"/>
              </w:rPr>
              <w:t>配置・役割</w:t>
            </w:r>
          </w:p>
        </w:tc>
      </w:tr>
      <w:tr w:rsidR="00AD0E4F" w14:paraId="6732ADF5" w14:textId="77777777">
        <w:trPr>
          <w:jc w:val="center"/>
        </w:trPr>
        <w:tc>
          <w:tcPr>
            <w:tcW w:w="2551" w:type="dxa"/>
            <w:tcMar>
              <w:top w:w="45" w:type="dxa"/>
              <w:left w:w="100" w:type="dxa"/>
              <w:bottom w:w="45" w:type="dxa"/>
              <w:right w:w="100" w:type="dxa"/>
            </w:tcMar>
            <w:vAlign w:val="center"/>
          </w:tcPr>
          <w:p w14:paraId="2281363A" w14:textId="77777777" w:rsidR="00AD0E4F" w:rsidRDefault="008D426B">
            <w:pPr>
              <w:spacing w:after="0" w:line="240" w:lineRule="auto"/>
            </w:pPr>
            <w:r>
              <w:rPr>
                <w:color w:val="000000"/>
                <w:sz w:val="17"/>
              </w:rPr>
              <w:t>管理者</w:t>
            </w:r>
          </w:p>
        </w:tc>
        <w:tc>
          <w:tcPr>
            <w:tcW w:w="7767" w:type="dxa"/>
            <w:tcMar>
              <w:top w:w="45" w:type="dxa"/>
              <w:left w:w="100" w:type="dxa"/>
              <w:bottom w:w="45" w:type="dxa"/>
              <w:right w:w="100" w:type="dxa"/>
            </w:tcMar>
            <w:vAlign w:val="center"/>
          </w:tcPr>
          <w:p w14:paraId="520A10C8" w14:textId="77777777" w:rsidR="00AD0E4F" w:rsidRDefault="008D426B">
            <w:pPr>
              <w:spacing w:after="0" w:line="240" w:lineRule="auto"/>
            </w:pPr>
            <w:r>
              <w:rPr>
                <w:color w:val="000000"/>
                <w:sz w:val="17"/>
              </w:rPr>
              <w:t>常勤の看護師1名。事業所全体の管理、相談対応、提供体制の調整を行います。</w:t>
            </w:r>
          </w:p>
        </w:tc>
      </w:tr>
      <w:tr w:rsidR="00AD0E4F" w14:paraId="44668F1B" w14:textId="77777777">
        <w:trPr>
          <w:jc w:val="center"/>
        </w:trPr>
        <w:tc>
          <w:tcPr>
            <w:tcW w:w="2551" w:type="dxa"/>
            <w:tcMar>
              <w:top w:w="45" w:type="dxa"/>
              <w:left w:w="100" w:type="dxa"/>
              <w:bottom w:w="45" w:type="dxa"/>
              <w:right w:w="100" w:type="dxa"/>
            </w:tcMar>
            <w:vAlign w:val="center"/>
          </w:tcPr>
          <w:p w14:paraId="1E488006" w14:textId="77777777" w:rsidR="00AD0E4F" w:rsidRDefault="008D426B">
            <w:pPr>
              <w:spacing w:after="0" w:line="240" w:lineRule="auto"/>
            </w:pPr>
            <w:r>
              <w:rPr>
                <w:color w:val="000000"/>
                <w:sz w:val="17"/>
              </w:rPr>
              <w:t>看護職員</w:t>
            </w:r>
          </w:p>
        </w:tc>
        <w:tc>
          <w:tcPr>
            <w:tcW w:w="7767" w:type="dxa"/>
            <w:tcMar>
              <w:top w:w="45" w:type="dxa"/>
              <w:left w:w="100" w:type="dxa"/>
              <w:bottom w:w="45" w:type="dxa"/>
              <w:right w:w="100" w:type="dxa"/>
            </w:tcMar>
            <w:vAlign w:val="center"/>
          </w:tcPr>
          <w:p w14:paraId="5E642EDC" w14:textId="77777777" w:rsidR="00AD0E4F" w:rsidRDefault="008D426B">
            <w:pPr>
              <w:spacing w:after="0" w:line="240" w:lineRule="auto"/>
            </w:pPr>
            <w:r>
              <w:rPr>
                <w:color w:val="000000"/>
                <w:sz w:val="17"/>
              </w:rPr>
              <w:t>看護師3名（管理者1名を含む）、准看護師1名。常勤・非常勤を組み合わせ、指定基準および勤務表に基づいて配置します。</w:t>
            </w:r>
          </w:p>
        </w:tc>
      </w:tr>
      <w:tr w:rsidR="00AD0E4F" w14:paraId="132DEE48" w14:textId="77777777">
        <w:trPr>
          <w:jc w:val="center"/>
        </w:trPr>
        <w:tc>
          <w:tcPr>
            <w:tcW w:w="2551" w:type="dxa"/>
            <w:tcMar>
              <w:top w:w="45" w:type="dxa"/>
              <w:left w:w="100" w:type="dxa"/>
              <w:bottom w:w="45" w:type="dxa"/>
              <w:right w:w="100" w:type="dxa"/>
            </w:tcMar>
            <w:vAlign w:val="center"/>
          </w:tcPr>
          <w:p w14:paraId="2D8CC8D7" w14:textId="77777777" w:rsidR="00AD0E4F" w:rsidRDefault="008D426B">
            <w:pPr>
              <w:spacing w:after="0" w:line="240" w:lineRule="auto"/>
            </w:pPr>
            <w:r>
              <w:rPr>
                <w:color w:val="000000"/>
                <w:sz w:val="17"/>
              </w:rPr>
              <w:t>理学療法士等</w:t>
            </w:r>
          </w:p>
        </w:tc>
        <w:tc>
          <w:tcPr>
            <w:tcW w:w="7767" w:type="dxa"/>
            <w:tcMar>
              <w:top w:w="45" w:type="dxa"/>
              <w:left w:w="100" w:type="dxa"/>
              <w:bottom w:w="45" w:type="dxa"/>
              <w:right w:w="100" w:type="dxa"/>
            </w:tcMar>
            <w:vAlign w:val="center"/>
          </w:tcPr>
          <w:p w14:paraId="0D01A545" w14:textId="77777777" w:rsidR="00AD0E4F" w:rsidRDefault="00521CF8">
            <w:pPr>
              <w:spacing w:after="0" w:line="240" w:lineRule="auto"/>
            </w:pPr>
            <w:r>
              <w:rPr>
                <w:rFonts w:hint="eastAsia"/>
                <w:color w:val="000000"/>
                <w:sz w:val="17"/>
                <w:lang w:eastAsia="ja-JP"/>
              </w:rPr>
              <w:t>理学療法士1名</w:t>
            </w:r>
            <w:r w:rsidR="003D6E1C">
              <w:rPr>
                <w:rFonts w:hint="eastAsia"/>
                <w:color w:val="000000"/>
                <w:sz w:val="17"/>
                <w:lang w:eastAsia="ja-JP"/>
              </w:rPr>
              <w:t>。</w:t>
            </w:r>
            <w:r w:rsidR="008D426B">
              <w:rPr>
                <w:color w:val="000000"/>
                <w:sz w:val="17"/>
              </w:rPr>
              <w:t>理学療法士等による訪問を行います。</w:t>
            </w:r>
          </w:p>
        </w:tc>
      </w:tr>
    </w:tbl>
    <w:p w14:paraId="641B0C0F" w14:textId="77777777" w:rsidR="00AD0E4F" w:rsidRDefault="008D426B" w:rsidP="0045796F">
      <w:pPr>
        <w:spacing w:after="0" w:line="240" w:lineRule="auto"/>
      </w:pPr>
      <w:r>
        <w:rPr>
          <w:color w:val="000000"/>
          <w:sz w:val="25"/>
        </w:rPr>
        <w:t>2. 営業時間・サービス提供時間</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098"/>
        <w:gridCol w:w="3628"/>
        <w:gridCol w:w="4592"/>
      </w:tblGrid>
      <w:tr w:rsidR="00AD0E4F" w14:paraId="1870861F" w14:textId="77777777">
        <w:trPr>
          <w:tblHeader/>
          <w:jc w:val="center"/>
        </w:trPr>
        <w:tc>
          <w:tcPr>
            <w:tcW w:w="2098" w:type="dxa"/>
            <w:shd w:val="clear" w:color="auto" w:fill="4A4A4A"/>
            <w:tcMar>
              <w:top w:w="45" w:type="dxa"/>
              <w:left w:w="100" w:type="dxa"/>
              <w:bottom w:w="45" w:type="dxa"/>
              <w:right w:w="100" w:type="dxa"/>
            </w:tcMar>
            <w:vAlign w:val="center"/>
          </w:tcPr>
          <w:p w14:paraId="7CAA755C" w14:textId="77777777" w:rsidR="00AD0E4F" w:rsidRDefault="008D426B">
            <w:pPr>
              <w:spacing w:after="0" w:line="240" w:lineRule="auto"/>
              <w:jc w:val="center"/>
            </w:pPr>
            <w:r>
              <w:rPr>
                <w:color w:val="FFFFFF"/>
                <w:sz w:val="17"/>
              </w:rPr>
              <w:t>区分</w:t>
            </w:r>
          </w:p>
        </w:tc>
        <w:tc>
          <w:tcPr>
            <w:tcW w:w="3628" w:type="dxa"/>
            <w:shd w:val="clear" w:color="auto" w:fill="4A4A4A"/>
            <w:tcMar>
              <w:top w:w="45" w:type="dxa"/>
              <w:left w:w="100" w:type="dxa"/>
              <w:bottom w:w="45" w:type="dxa"/>
              <w:right w:w="100" w:type="dxa"/>
            </w:tcMar>
            <w:vAlign w:val="center"/>
          </w:tcPr>
          <w:p w14:paraId="3265496D" w14:textId="77777777" w:rsidR="00AD0E4F" w:rsidRDefault="008D426B">
            <w:pPr>
              <w:spacing w:after="0" w:line="240" w:lineRule="auto"/>
              <w:jc w:val="center"/>
            </w:pPr>
            <w:r>
              <w:rPr>
                <w:color w:val="FFFFFF"/>
                <w:sz w:val="17"/>
              </w:rPr>
              <w:t>曜日・時間</w:t>
            </w:r>
          </w:p>
        </w:tc>
        <w:tc>
          <w:tcPr>
            <w:tcW w:w="4592" w:type="dxa"/>
            <w:shd w:val="clear" w:color="auto" w:fill="4A4A4A"/>
            <w:tcMar>
              <w:top w:w="45" w:type="dxa"/>
              <w:left w:w="100" w:type="dxa"/>
              <w:bottom w:w="45" w:type="dxa"/>
              <w:right w:w="100" w:type="dxa"/>
            </w:tcMar>
            <w:vAlign w:val="center"/>
          </w:tcPr>
          <w:p w14:paraId="72BEAFF0" w14:textId="77777777" w:rsidR="00AD0E4F" w:rsidRDefault="008D426B">
            <w:pPr>
              <w:spacing w:after="0" w:line="240" w:lineRule="auto"/>
              <w:jc w:val="center"/>
            </w:pPr>
            <w:r>
              <w:rPr>
                <w:color w:val="FFFFFF"/>
                <w:sz w:val="17"/>
              </w:rPr>
              <w:t>対応</w:t>
            </w:r>
          </w:p>
        </w:tc>
      </w:tr>
      <w:tr w:rsidR="00AD0E4F" w14:paraId="472C32B6" w14:textId="77777777">
        <w:trPr>
          <w:jc w:val="center"/>
        </w:trPr>
        <w:tc>
          <w:tcPr>
            <w:tcW w:w="2098" w:type="dxa"/>
            <w:tcMar>
              <w:top w:w="45" w:type="dxa"/>
              <w:left w:w="100" w:type="dxa"/>
              <w:bottom w:w="45" w:type="dxa"/>
              <w:right w:w="100" w:type="dxa"/>
            </w:tcMar>
            <w:vAlign w:val="center"/>
          </w:tcPr>
          <w:p w14:paraId="2FD61786" w14:textId="77777777" w:rsidR="00AD0E4F" w:rsidRDefault="008D426B">
            <w:pPr>
              <w:spacing w:after="0" w:line="240" w:lineRule="auto"/>
            </w:pPr>
            <w:r>
              <w:rPr>
                <w:color w:val="000000"/>
                <w:sz w:val="17"/>
              </w:rPr>
              <w:t>営業・通常訪問</w:t>
            </w:r>
          </w:p>
        </w:tc>
        <w:tc>
          <w:tcPr>
            <w:tcW w:w="3628" w:type="dxa"/>
            <w:tcMar>
              <w:top w:w="45" w:type="dxa"/>
              <w:left w:w="100" w:type="dxa"/>
              <w:bottom w:w="45" w:type="dxa"/>
              <w:right w:w="100" w:type="dxa"/>
            </w:tcMar>
            <w:vAlign w:val="center"/>
          </w:tcPr>
          <w:p w14:paraId="4351355D" w14:textId="77777777" w:rsidR="00AD0E4F" w:rsidRDefault="008D426B">
            <w:pPr>
              <w:spacing w:after="0" w:line="240" w:lineRule="auto"/>
            </w:pPr>
            <w:r>
              <w:rPr>
                <w:color w:val="000000"/>
                <w:sz w:val="17"/>
              </w:rPr>
              <w:t>月曜日-金曜日 8:30-17:30</w:t>
            </w:r>
          </w:p>
        </w:tc>
        <w:tc>
          <w:tcPr>
            <w:tcW w:w="4592" w:type="dxa"/>
            <w:tcMar>
              <w:top w:w="45" w:type="dxa"/>
              <w:left w:w="100" w:type="dxa"/>
              <w:bottom w:w="45" w:type="dxa"/>
              <w:right w:w="100" w:type="dxa"/>
            </w:tcMar>
            <w:vAlign w:val="center"/>
          </w:tcPr>
          <w:p w14:paraId="1D7907C8" w14:textId="77777777" w:rsidR="00AD0E4F" w:rsidRDefault="008D426B">
            <w:pPr>
              <w:spacing w:after="0" w:line="240" w:lineRule="auto"/>
            </w:pPr>
            <w:r>
              <w:rPr>
                <w:color w:val="000000"/>
                <w:sz w:val="17"/>
              </w:rPr>
              <w:t>計画に基づく訪問看護・リハビリ</w:t>
            </w:r>
          </w:p>
        </w:tc>
      </w:tr>
      <w:tr w:rsidR="00AD0E4F" w14:paraId="23CA5CB0" w14:textId="77777777">
        <w:trPr>
          <w:jc w:val="center"/>
        </w:trPr>
        <w:tc>
          <w:tcPr>
            <w:tcW w:w="2098" w:type="dxa"/>
            <w:tcMar>
              <w:top w:w="45" w:type="dxa"/>
              <w:left w:w="100" w:type="dxa"/>
              <w:bottom w:w="45" w:type="dxa"/>
              <w:right w:w="100" w:type="dxa"/>
            </w:tcMar>
            <w:vAlign w:val="center"/>
          </w:tcPr>
          <w:p w14:paraId="05A24CA8" w14:textId="77777777" w:rsidR="00AD0E4F" w:rsidRDefault="008D426B">
            <w:pPr>
              <w:spacing w:after="0" w:line="240" w:lineRule="auto"/>
            </w:pPr>
            <w:r>
              <w:rPr>
                <w:color w:val="000000"/>
                <w:sz w:val="17"/>
              </w:rPr>
              <w:t>土日祝・営業時間外</w:t>
            </w:r>
          </w:p>
        </w:tc>
        <w:tc>
          <w:tcPr>
            <w:tcW w:w="3628" w:type="dxa"/>
            <w:tcMar>
              <w:top w:w="45" w:type="dxa"/>
              <w:left w:w="100" w:type="dxa"/>
              <w:bottom w:w="45" w:type="dxa"/>
              <w:right w:w="100" w:type="dxa"/>
            </w:tcMar>
            <w:vAlign w:val="center"/>
          </w:tcPr>
          <w:p w14:paraId="3E638905" w14:textId="77777777" w:rsidR="00AD0E4F" w:rsidRDefault="008D426B">
            <w:pPr>
              <w:spacing w:after="0" w:line="240" w:lineRule="auto"/>
            </w:pPr>
            <w:r>
              <w:rPr>
                <w:color w:val="000000"/>
                <w:sz w:val="17"/>
              </w:rPr>
              <w:t>通常営業は休業</w:t>
            </w:r>
          </w:p>
        </w:tc>
        <w:tc>
          <w:tcPr>
            <w:tcW w:w="4592" w:type="dxa"/>
            <w:tcMar>
              <w:top w:w="45" w:type="dxa"/>
              <w:left w:w="100" w:type="dxa"/>
              <w:bottom w:w="45" w:type="dxa"/>
              <w:right w:w="100" w:type="dxa"/>
            </w:tcMar>
            <w:vAlign w:val="center"/>
          </w:tcPr>
          <w:p w14:paraId="0B8C634E" w14:textId="77777777" w:rsidR="00AD0E4F" w:rsidRDefault="008D426B">
            <w:pPr>
              <w:spacing w:after="0" w:line="240" w:lineRule="auto"/>
            </w:pPr>
            <w:r>
              <w:rPr>
                <w:color w:val="000000"/>
                <w:sz w:val="17"/>
              </w:rPr>
              <w:t>契約・届出に応じた緊急連絡、必要時の緊急訪問</w:t>
            </w:r>
          </w:p>
        </w:tc>
      </w:tr>
      <w:tr w:rsidR="00AD0E4F" w14:paraId="2AC72AD0" w14:textId="77777777">
        <w:trPr>
          <w:jc w:val="center"/>
        </w:trPr>
        <w:tc>
          <w:tcPr>
            <w:tcW w:w="2098" w:type="dxa"/>
            <w:tcMar>
              <w:top w:w="45" w:type="dxa"/>
              <w:left w:w="100" w:type="dxa"/>
              <w:bottom w:w="45" w:type="dxa"/>
              <w:right w:w="100" w:type="dxa"/>
            </w:tcMar>
            <w:vAlign w:val="center"/>
          </w:tcPr>
          <w:p w14:paraId="25528C01" w14:textId="77777777" w:rsidR="00AD0E4F" w:rsidRDefault="008D426B">
            <w:pPr>
              <w:spacing w:after="0" w:line="240" w:lineRule="auto"/>
            </w:pPr>
            <w:r>
              <w:rPr>
                <w:color w:val="000000"/>
                <w:sz w:val="17"/>
              </w:rPr>
              <w:t>緊急連絡</w:t>
            </w:r>
          </w:p>
        </w:tc>
        <w:tc>
          <w:tcPr>
            <w:tcW w:w="3628" w:type="dxa"/>
            <w:tcMar>
              <w:top w:w="45" w:type="dxa"/>
              <w:left w:w="100" w:type="dxa"/>
              <w:bottom w:w="45" w:type="dxa"/>
              <w:right w:w="100" w:type="dxa"/>
            </w:tcMar>
            <w:vAlign w:val="center"/>
          </w:tcPr>
          <w:p w14:paraId="6AD1C173" w14:textId="77777777" w:rsidR="00AD0E4F" w:rsidRDefault="008D426B">
            <w:pPr>
              <w:spacing w:after="0" w:line="240" w:lineRule="auto"/>
            </w:pPr>
            <w:r>
              <w:rPr>
                <w:color w:val="000000"/>
                <w:sz w:val="17"/>
              </w:rPr>
              <w:t>24時間対応体制</w:t>
            </w:r>
          </w:p>
        </w:tc>
        <w:tc>
          <w:tcPr>
            <w:tcW w:w="4592" w:type="dxa"/>
            <w:tcMar>
              <w:top w:w="45" w:type="dxa"/>
              <w:left w:w="100" w:type="dxa"/>
              <w:bottom w:w="45" w:type="dxa"/>
              <w:right w:w="100" w:type="dxa"/>
            </w:tcMar>
            <w:vAlign w:val="center"/>
          </w:tcPr>
          <w:p w14:paraId="0BF756BC" w14:textId="77777777" w:rsidR="00AD0E4F" w:rsidRDefault="008D426B">
            <w:pPr>
              <w:spacing w:after="0" w:line="240" w:lineRule="auto"/>
            </w:pPr>
            <w:r>
              <w:rPr>
                <w:color w:val="000000"/>
                <w:sz w:val="17"/>
              </w:rPr>
              <w:t>主治医・家族等と連携し、状態に応じて対応</w:t>
            </w:r>
          </w:p>
        </w:tc>
      </w:tr>
    </w:tbl>
    <w:p w14:paraId="35C2301A" w14:textId="77777777" w:rsidR="00AD0E4F" w:rsidRDefault="008D426B">
      <w:pPr>
        <w:spacing w:after="20" w:line="240" w:lineRule="auto"/>
      </w:pPr>
      <w:r>
        <w:rPr>
          <w:color w:val="000000"/>
          <w:sz w:val="25"/>
        </w:rPr>
        <w:lastRenderedPageBreak/>
        <w:t>3. 通常の事業実施地域</w:t>
      </w:r>
    </w:p>
    <w:tbl>
      <w:tblPr>
        <w:tblW w:w="0" w:type="auto"/>
        <w:jc w:val="center"/>
        <w:tblLayout w:type="fixed"/>
        <w:tblLook w:val="04A0" w:firstRow="1" w:lastRow="0" w:firstColumn="1" w:lastColumn="0" w:noHBand="0" w:noVBand="1"/>
      </w:tblPr>
      <w:tblGrid>
        <w:gridCol w:w="10318"/>
      </w:tblGrid>
      <w:tr w:rsidR="00AD0E4F" w14:paraId="56F0A9B3" w14:textId="77777777">
        <w:trPr>
          <w:jc w:val="center"/>
        </w:trPr>
        <w:tc>
          <w:tcPr>
            <w:tcW w:w="10318" w:type="dxa"/>
            <w:tcBorders>
              <w:top w:val="single" w:sz="8" w:space="0" w:color="777777"/>
              <w:left w:val="single" w:sz="8" w:space="0" w:color="777777"/>
              <w:bottom w:val="single" w:sz="8" w:space="0" w:color="777777"/>
              <w:right w:val="single" w:sz="8" w:space="0" w:color="777777"/>
            </w:tcBorders>
            <w:shd w:val="clear" w:color="auto" w:fill="F7F7F7"/>
            <w:tcMar>
              <w:top w:w="45" w:type="dxa"/>
              <w:left w:w="170" w:type="dxa"/>
              <w:bottom w:w="45" w:type="dxa"/>
              <w:right w:w="170" w:type="dxa"/>
            </w:tcMar>
            <w:vAlign w:val="center"/>
          </w:tcPr>
          <w:p w14:paraId="75BC144F" w14:textId="77777777" w:rsidR="00AD0E4F" w:rsidRDefault="008D426B">
            <w:pPr>
              <w:spacing w:after="0" w:line="240" w:lineRule="auto"/>
              <w:rPr>
                <w:lang w:eastAsia="ja-JP"/>
              </w:rPr>
            </w:pPr>
            <w:r>
              <w:rPr>
                <w:color w:val="000000"/>
                <w:sz w:val="17"/>
                <w:lang w:eastAsia="ja-JP"/>
              </w:rPr>
              <w:t>周南市・防府市・下松市・光市</w:t>
            </w:r>
          </w:p>
          <w:p w14:paraId="4B6403C0" w14:textId="77777777" w:rsidR="00AD0E4F" w:rsidRDefault="008D426B">
            <w:pPr>
              <w:spacing w:after="0" w:line="240" w:lineRule="auto"/>
              <w:rPr>
                <w:lang w:eastAsia="ja-JP"/>
              </w:rPr>
            </w:pPr>
            <w:r>
              <w:rPr>
                <w:color w:val="000000"/>
                <w:sz w:val="17"/>
                <w:lang w:eastAsia="ja-JP"/>
              </w:rPr>
              <w:t>訪問可否は、事業所からの移動時間、病状、緊急時の安全な到着体制および職員配置を踏まえて個別に調整します。市内のすべての地域で受入れを保証するものではありません。</w:t>
            </w:r>
          </w:p>
        </w:tc>
      </w:tr>
    </w:tbl>
    <w:p w14:paraId="69AB26C5" w14:textId="77777777" w:rsidR="003E4E14" w:rsidRDefault="003E4E14">
      <w:pPr>
        <w:spacing w:after="20" w:line="240" w:lineRule="auto"/>
        <w:rPr>
          <w:color w:val="000000"/>
          <w:sz w:val="25"/>
          <w:lang w:eastAsia="ja-JP"/>
        </w:rPr>
      </w:pPr>
    </w:p>
    <w:p w14:paraId="65FB3F3D" w14:textId="77777777" w:rsidR="003E4E14" w:rsidRDefault="003E4E14">
      <w:pPr>
        <w:spacing w:after="20" w:line="240" w:lineRule="auto"/>
        <w:rPr>
          <w:color w:val="000000"/>
          <w:sz w:val="25"/>
          <w:lang w:eastAsia="ja-JP"/>
        </w:rPr>
      </w:pPr>
    </w:p>
    <w:p w14:paraId="72B5E1AC" w14:textId="77777777" w:rsidR="00AD0E4F" w:rsidRDefault="008D426B">
      <w:pPr>
        <w:spacing w:after="20" w:line="240" w:lineRule="auto"/>
      </w:pPr>
      <w:r>
        <w:rPr>
          <w:color w:val="000000"/>
          <w:sz w:val="25"/>
        </w:rPr>
        <w:t>4. 運営方針</w:t>
      </w:r>
    </w:p>
    <w:p w14:paraId="469F6D82" w14:textId="77777777" w:rsidR="00AD0E4F" w:rsidRDefault="008D426B">
      <w:pPr>
        <w:spacing w:after="20" w:line="240" w:lineRule="auto"/>
      </w:pPr>
      <w:r>
        <w:rPr>
          <w:color w:val="000000"/>
          <w:sz w:val="17"/>
        </w:rPr>
        <w:t>・主治医の指示と訪問看護計画に基づき、利用者の意思・生活・尊厳を大切にした支援を行います。</w:t>
      </w:r>
    </w:p>
    <w:p w14:paraId="6D38EEF6" w14:textId="77777777" w:rsidR="00AD0E4F" w:rsidRDefault="008D426B">
      <w:pPr>
        <w:spacing w:after="20" w:line="240" w:lineRule="auto"/>
      </w:pPr>
      <w:r>
        <w:rPr>
          <w:color w:val="000000"/>
          <w:sz w:val="17"/>
        </w:rPr>
        <w:t>・ご家族、主治医、ケアマネジャー、相談支援専門員等と連携し、住み慣れた場所での療養を支えます。</w:t>
      </w:r>
    </w:p>
    <w:p w14:paraId="3C34524C" w14:textId="77777777" w:rsidR="00AD0E4F" w:rsidRDefault="008D426B">
      <w:pPr>
        <w:spacing w:after="20" w:line="240" w:lineRule="auto"/>
      </w:pPr>
      <w:r>
        <w:rPr>
          <w:color w:val="000000"/>
          <w:sz w:val="17"/>
        </w:rPr>
        <w:t>・心身の状態を継続して確認し、安全・感染対策・緊急時対応の質の向上に取り組みます。</w:t>
      </w:r>
    </w:p>
    <w:p w14:paraId="3E45FC0F" w14:textId="77777777" w:rsidR="00AD0E4F" w:rsidRDefault="008D426B">
      <w:pPr>
        <w:spacing w:after="20" w:line="240" w:lineRule="auto"/>
      </w:pPr>
      <w:r>
        <w:rPr>
          <w:color w:val="000000"/>
          <w:sz w:val="34"/>
        </w:rPr>
        <w:t>03 提供するサービスの内容</w:t>
      </w:r>
    </w:p>
    <w:p w14:paraId="1DE3AC1C" w14:textId="77777777" w:rsidR="00AD0E4F" w:rsidRDefault="00AD0E4F">
      <w:pPr>
        <w:pBdr>
          <w:bottom w:val="single" w:sz="8" w:space="1" w:color="777777"/>
        </w:pBdr>
        <w:spacing w:before="20" w:after="0" w:line="240" w:lineRule="auto"/>
      </w:pPr>
    </w:p>
    <w:p w14:paraId="424E6DC9" w14:textId="77777777" w:rsidR="00AD0E4F" w:rsidRDefault="008D426B">
      <w:pPr>
        <w:spacing w:after="0" w:line="240" w:lineRule="auto"/>
      </w:pPr>
      <w:r>
        <w:rPr>
          <w:color w:val="000000"/>
          <w:sz w:val="17"/>
        </w:rPr>
        <w:t>病状や暮らしの状況を確認し、主治医の訪問看護指示書およびご本人・ご家族と共有した訪問看護計画の範囲内で、必要な療養上の支援を行います。</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494"/>
        <w:gridCol w:w="7824"/>
        <w:gridCol w:w="70"/>
      </w:tblGrid>
      <w:tr w:rsidR="00AD0E4F" w14:paraId="381B94B1" w14:textId="77777777">
        <w:trPr>
          <w:tblHeader/>
          <w:jc w:val="center"/>
        </w:trPr>
        <w:tc>
          <w:tcPr>
            <w:tcW w:w="2494" w:type="dxa"/>
            <w:shd w:val="clear" w:color="auto" w:fill="4A4A4A"/>
            <w:tcMar>
              <w:top w:w="45" w:type="dxa"/>
              <w:left w:w="100" w:type="dxa"/>
              <w:bottom w:w="45" w:type="dxa"/>
              <w:right w:w="100" w:type="dxa"/>
            </w:tcMar>
            <w:vAlign w:val="center"/>
          </w:tcPr>
          <w:p w14:paraId="55D69A06" w14:textId="77777777" w:rsidR="00AD0E4F" w:rsidRDefault="008D426B">
            <w:pPr>
              <w:spacing w:after="0" w:line="240" w:lineRule="auto"/>
              <w:jc w:val="center"/>
            </w:pPr>
            <w:r>
              <w:rPr>
                <w:color w:val="FFFFFF"/>
                <w:sz w:val="17"/>
              </w:rPr>
              <w:t>支援の区分</w:t>
            </w:r>
          </w:p>
        </w:tc>
        <w:tc>
          <w:tcPr>
            <w:tcW w:w="7824" w:type="dxa"/>
            <w:gridSpan w:val="2"/>
            <w:shd w:val="clear" w:color="auto" w:fill="4A4A4A"/>
            <w:tcMar>
              <w:top w:w="45" w:type="dxa"/>
              <w:left w:w="100" w:type="dxa"/>
              <w:bottom w:w="45" w:type="dxa"/>
              <w:right w:w="100" w:type="dxa"/>
            </w:tcMar>
            <w:vAlign w:val="center"/>
          </w:tcPr>
          <w:p w14:paraId="24DFC880" w14:textId="77777777" w:rsidR="00AD0E4F" w:rsidRDefault="008D426B">
            <w:pPr>
              <w:spacing w:after="0" w:line="240" w:lineRule="auto"/>
              <w:jc w:val="center"/>
            </w:pPr>
            <w:r>
              <w:rPr>
                <w:color w:val="FFFFFF"/>
                <w:sz w:val="17"/>
              </w:rPr>
              <w:t>主な内容</w:t>
            </w:r>
          </w:p>
        </w:tc>
      </w:tr>
      <w:tr w:rsidR="00AD0E4F" w14:paraId="3B310A7B" w14:textId="77777777">
        <w:trPr>
          <w:jc w:val="center"/>
        </w:trPr>
        <w:tc>
          <w:tcPr>
            <w:tcW w:w="2494" w:type="dxa"/>
            <w:tcMar>
              <w:top w:w="45" w:type="dxa"/>
              <w:left w:w="100" w:type="dxa"/>
              <w:bottom w:w="45" w:type="dxa"/>
              <w:right w:w="100" w:type="dxa"/>
            </w:tcMar>
            <w:vAlign w:val="center"/>
          </w:tcPr>
          <w:p w14:paraId="15241B00" w14:textId="77777777" w:rsidR="00AD0E4F" w:rsidRDefault="008D426B">
            <w:pPr>
              <w:spacing w:after="0" w:line="240" w:lineRule="auto"/>
            </w:pPr>
            <w:r>
              <w:rPr>
                <w:color w:val="000000"/>
                <w:sz w:val="17"/>
              </w:rPr>
              <w:t>健康状態の確認</w:t>
            </w:r>
          </w:p>
        </w:tc>
        <w:tc>
          <w:tcPr>
            <w:tcW w:w="7824" w:type="dxa"/>
            <w:gridSpan w:val="2"/>
            <w:tcMar>
              <w:top w:w="45" w:type="dxa"/>
              <w:left w:w="100" w:type="dxa"/>
              <w:bottom w:w="45" w:type="dxa"/>
              <w:right w:w="100" w:type="dxa"/>
            </w:tcMar>
            <w:vAlign w:val="center"/>
          </w:tcPr>
          <w:p w14:paraId="252C9A88" w14:textId="77777777" w:rsidR="00AD0E4F" w:rsidRDefault="008D426B">
            <w:pPr>
              <w:spacing w:after="0" w:line="240" w:lineRule="auto"/>
            </w:pPr>
            <w:r>
              <w:rPr>
                <w:color w:val="000000"/>
                <w:sz w:val="17"/>
              </w:rPr>
              <w:t>体温・血圧・脈拍・呼吸・酸素飽和度の確認、症状の観察、悪化の予防。</w:t>
            </w:r>
          </w:p>
        </w:tc>
      </w:tr>
      <w:tr w:rsidR="00AD0E4F" w14:paraId="2E17F7C0" w14:textId="77777777">
        <w:trPr>
          <w:jc w:val="center"/>
        </w:trPr>
        <w:tc>
          <w:tcPr>
            <w:tcW w:w="2494" w:type="dxa"/>
            <w:tcMar>
              <w:top w:w="45" w:type="dxa"/>
              <w:left w:w="100" w:type="dxa"/>
              <w:bottom w:w="45" w:type="dxa"/>
              <w:right w:w="100" w:type="dxa"/>
            </w:tcMar>
            <w:vAlign w:val="center"/>
          </w:tcPr>
          <w:p w14:paraId="636BD790" w14:textId="77777777" w:rsidR="00AD0E4F" w:rsidRDefault="008D426B">
            <w:pPr>
              <w:spacing w:after="0" w:line="240" w:lineRule="auto"/>
            </w:pPr>
            <w:r>
              <w:rPr>
                <w:color w:val="000000"/>
                <w:sz w:val="17"/>
              </w:rPr>
              <w:t>療養生活の支援</w:t>
            </w:r>
          </w:p>
        </w:tc>
        <w:tc>
          <w:tcPr>
            <w:tcW w:w="7824" w:type="dxa"/>
            <w:gridSpan w:val="2"/>
            <w:tcMar>
              <w:top w:w="45" w:type="dxa"/>
              <w:left w:w="100" w:type="dxa"/>
              <w:bottom w:w="45" w:type="dxa"/>
              <w:right w:w="100" w:type="dxa"/>
            </w:tcMar>
            <w:vAlign w:val="center"/>
          </w:tcPr>
          <w:p w14:paraId="3B39A912" w14:textId="77777777" w:rsidR="00AD0E4F" w:rsidRDefault="008D426B">
            <w:pPr>
              <w:spacing w:after="0" w:line="240" w:lineRule="auto"/>
            </w:pPr>
            <w:r>
              <w:rPr>
                <w:color w:val="000000"/>
                <w:sz w:val="17"/>
              </w:rPr>
              <w:t>清潔・食事・排泄・睡眠・服薬の支援、生活リズムの調整、ご家族への助言。</w:t>
            </w:r>
          </w:p>
        </w:tc>
      </w:tr>
      <w:tr w:rsidR="00AD0E4F" w14:paraId="08825BBC" w14:textId="77777777">
        <w:trPr>
          <w:jc w:val="center"/>
        </w:trPr>
        <w:tc>
          <w:tcPr>
            <w:tcW w:w="2494" w:type="dxa"/>
            <w:tcMar>
              <w:top w:w="45" w:type="dxa"/>
              <w:left w:w="100" w:type="dxa"/>
              <w:bottom w:w="45" w:type="dxa"/>
              <w:right w:w="100" w:type="dxa"/>
            </w:tcMar>
            <w:vAlign w:val="center"/>
          </w:tcPr>
          <w:p w14:paraId="68883CEA" w14:textId="77777777" w:rsidR="00AD0E4F" w:rsidRDefault="008D426B">
            <w:pPr>
              <w:spacing w:after="0" w:line="240" w:lineRule="auto"/>
            </w:pPr>
            <w:r>
              <w:rPr>
                <w:color w:val="000000"/>
                <w:sz w:val="17"/>
              </w:rPr>
              <w:t>医療処置・管理</w:t>
            </w:r>
          </w:p>
        </w:tc>
        <w:tc>
          <w:tcPr>
            <w:tcW w:w="7824" w:type="dxa"/>
            <w:gridSpan w:val="2"/>
            <w:tcMar>
              <w:top w:w="45" w:type="dxa"/>
              <w:left w:w="100" w:type="dxa"/>
              <w:bottom w:w="45" w:type="dxa"/>
              <w:right w:w="100" w:type="dxa"/>
            </w:tcMar>
            <w:vAlign w:val="center"/>
          </w:tcPr>
          <w:p w14:paraId="4D95D7BD" w14:textId="77777777" w:rsidR="00AD0E4F" w:rsidRDefault="008D426B">
            <w:pPr>
              <w:spacing w:after="0" w:line="240" w:lineRule="auto"/>
            </w:pPr>
            <w:r>
              <w:rPr>
                <w:color w:val="000000"/>
                <w:sz w:val="17"/>
              </w:rPr>
              <w:t>創傷・褥瘡の処置、点滴、注射、ストーマ、胃ろう、尿道カテーテル等の管理。</w:t>
            </w:r>
          </w:p>
        </w:tc>
      </w:tr>
      <w:tr w:rsidR="00AD0E4F" w14:paraId="319137D9" w14:textId="77777777">
        <w:trPr>
          <w:jc w:val="center"/>
        </w:trPr>
        <w:tc>
          <w:tcPr>
            <w:tcW w:w="2494" w:type="dxa"/>
            <w:tcMar>
              <w:top w:w="45" w:type="dxa"/>
              <w:left w:w="100" w:type="dxa"/>
              <w:bottom w:w="45" w:type="dxa"/>
              <w:right w:w="100" w:type="dxa"/>
            </w:tcMar>
            <w:vAlign w:val="center"/>
          </w:tcPr>
          <w:p w14:paraId="0C05E842" w14:textId="77777777" w:rsidR="00AD0E4F" w:rsidRDefault="008D426B">
            <w:pPr>
              <w:spacing w:after="0" w:line="240" w:lineRule="auto"/>
            </w:pPr>
            <w:r>
              <w:rPr>
                <w:color w:val="000000"/>
                <w:sz w:val="17"/>
              </w:rPr>
              <w:t>医療機器の管理</w:t>
            </w:r>
          </w:p>
        </w:tc>
        <w:tc>
          <w:tcPr>
            <w:tcW w:w="7824" w:type="dxa"/>
            <w:gridSpan w:val="2"/>
            <w:tcMar>
              <w:top w:w="45" w:type="dxa"/>
              <w:left w:w="100" w:type="dxa"/>
              <w:bottom w:w="45" w:type="dxa"/>
              <w:right w:w="100" w:type="dxa"/>
            </w:tcMar>
            <w:vAlign w:val="center"/>
          </w:tcPr>
          <w:p w14:paraId="59ABDEDA" w14:textId="77777777" w:rsidR="00AD0E4F" w:rsidRDefault="008D426B">
            <w:pPr>
              <w:spacing w:after="0" w:line="240" w:lineRule="auto"/>
            </w:pPr>
            <w:r>
              <w:rPr>
                <w:color w:val="000000"/>
                <w:sz w:val="17"/>
              </w:rPr>
              <w:t>在宅酸素、人工呼吸器、吸引機器等について、主治医の指示に沿った確認と支援。</w:t>
            </w:r>
          </w:p>
        </w:tc>
      </w:tr>
      <w:tr w:rsidR="00AD0E4F" w14:paraId="5006AD73" w14:textId="77777777">
        <w:trPr>
          <w:jc w:val="center"/>
        </w:trPr>
        <w:tc>
          <w:tcPr>
            <w:tcW w:w="2494" w:type="dxa"/>
            <w:tcMar>
              <w:top w:w="45" w:type="dxa"/>
              <w:left w:w="100" w:type="dxa"/>
              <w:bottom w:w="45" w:type="dxa"/>
              <w:right w:w="100" w:type="dxa"/>
            </w:tcMar>
            <w:vAlign w:val="center"/>
          </w:tcPr>
          <w:p w14:paraId="2B1853D4" w14:textId="77777777" w:rsidR="00AD0E4F" w:rsidRDefault="008D426B">
            <w:pPr>
              <w:spacing w:after="0" w:line="240" w:lineRule="auto"/>
            </w:pPr>
            <w:r>
              <w:rPr>
                <w:color w:val="000000"/>
                <w:sz w:val="17"/>
              </w:rPr>
              <w:t>精神科訪問看護</w:t>
            </w:r>
          </w:p>
        </w:tc>
        <w:tc>
          <w:tcPr>
            <w:tcW w:w="7824" w:type="dxa"/>
            <w:gridSpan w:val="2"/>
            <w:tcMar>
              <w:top w:w="45" w:type="dxa"/>
              <w:left w:w="100" w:type="dxa"/>
              <w:bottom w:w="45" w:type="dxa"/>
              <w:right w:w="100" w:type="dxa"/>
            </w:tcMar>
            <w:vAlign w:val="center"/>
          </w:tcPr>
          <w:p w14:paraId="5F54B73E" w14:textId="77777777" w:rsidR="00AD0E4F" w:rsidRDefault="008D426B">
            <w:pPr>
              <w:spacing w:after="0" w:line="240" w:lineRule="auto"/>
            </w:pPr>
            <w:r>
              <w:rPr>
                <w:color w:val="000000"/>
                <w:sz w:val="17"/>
              </w:rPr>
              <w:t>精神症状の観察、服薬管理、再発予防、対人関係・日常生活の支援、ご家族への助言。</w:t>
            </w:r>
          </w:p>
        </w:tc>
      </w:tr>
      <w:tr w:rsidR="00AD0E4F" w14:paraId="3480E68A" w14:textId="77777777">
        <w:trPr>
          <w:jc w:val="center"/>
        </w:trPr>
        <w:tc>
          <w:tcPr>
            <w:tcW w:w="2494" w:type="dxa"/>
            <w:tcMar>
              <w:top w:w="45" w:type="dxa"/>
              <w:left w:w="100" w:type="dxa"/>
              <w:bottom w:w="45" w:type="dxa"/>
              <w:right w:w="100" w:type="dxa"/>
            </w:tcMar>
            <w:vAlign w:val="center"/>
          </w:tcPr>
          <w:p w14:paraId="2B38EC25" w14:textId="77777777" w:rsidR="00AD0E4F" w:rsidRDefault="008D426B">
            <w:pPr>
              <w:spacing w:after="0" w:line="240" w:lineRule="auto"/>
            </w:pPr>
            <w:r>
              <w:rPr>
                <w:color w:val="000000"/>
                <w:sz w:val="17"/>
              </w:rPr>
              <w:t>認知症への支援</w:t>
            </w:r>
          </w:p>
        </w:tc>
        <w:tc>
          <w:tcPr>
            <w:tcW w:w="7824" w:type="dxa"/>
            <w:gridSpan w:val="2"/>
            <w:tcMar>
              <w:top w:w="45" w:type="dxa"/>
              <w:left w:w="100" w:type="dxa"/>
              <w:bottom w:w="45" w:type="dxa"/>
              <w:right w:w="100" w:type="dxa"/>
            </w:tcMar>
            <w:vAlign w:val="center"/>
          </w:tcPr>
          <w:p w14:paraId="41C81957" w14:textId="77777777" w:rsidR="00AD0E4F" w:rsidRDefault="008D426B">
            <w:pPr>
              <w:spacing w:after="0" w:line="240" w:lineRule="auto"/>
            </w:pPr>
            <w:r>
              <w:rPr>
                <w:color w:val="000000"/>
                <w:sz w:val="17"/>
              </w:rPr>
              <w:t>本人の不安や困りごとの把握、生活環境の調整、ご家族の介護負担に関する相談。</w:t>
            </w:r>
          </w:p>
        </w:tc>
      </w:tr>
      <w:tr w:rsidR="00AD0E4F" w14:paraId="2882455E" w14:textId="77777777">
        <w:trPr>
          <w:jc w:val="center"/>
        </w:trPr>
        <w:tc>
          <w:tcPr>
            <w:tcW w:w="2494" w:type="dxa"/>
            <w:tcMar>
              <w:top w:w="45" w:type="dxa"/>
              <w:left w:w="100" w:type="dxa"/>
              <w:bottom w:w="45" w:type="dxa"/>
              <w:right w:w="100" w:type="dxa"/>
            </w:tcMar>
            <w:vAlign w:val="center"/>
          </w:tcPr>
          <w:p w14:paraId="5018FDFE" w14:textId="77777777" w:rsidR="00AD0E4F" w:rsidRDefault="008D426B">
            <w:pPr>
              <w:spacing w:after="0" w:line="240" w:lineRule="auto"/>
            </w:pPr>
            <w:r>
              <w:rPr>
                <w:color w:val="000000"/>
                <w:sz w:val="17"/>
              </w:rPr>
              <w:t>終末期・看取り</w:t>
            </w:r>
          </w:p>
        </w:tc>
        <w:tc>
          <w:tcPr>
            <w:tcW w:w="7824" w:type="dxa"/>
            <w:gridSpan w:val="2"/>
            <w:tcMar>
              <w:top w:w="45" w:type="dxa"/>
              <w:left w:w="100" w:type="dxa"/>
              <w:bottom w:w="45" w:type="dxa"/>
              <w:right w:w="100" w:type="dxa"/>
            </w:tcMar>
            <w:vAlign w:val="center"/>
          </w:tcPr>
          <w:p w14:paraId="69D4EC83" w14:textId="77777777" w:rsidR="00AD0E4F" w:rsidRDefault="008D426B">
            <w:pPr>
              <w:spacing w:after="0" w:line="240" w:lineRule="auto"/>
            </w:pPr>
            <w:r>
              <w:rPr>
                <w:color w:val="000000"/>
                <w:sz w:val="17"/>
              </w:rPr>
              <w:t>苦痛の緩和、希望の確認、ご本人・ご家族の意思決定支援、主治医との連携。</w:t>
            </w:r>
          </w:p>
        </w:tc>
      </w:tr>
      <w:tr w:rsidR="00AD0E4F" w14:paraId="19228677" w14:textId="77777777">
        <w:trPr>
          <w:jc w:val="center"/>
        </w:trPr>
        <w:tc>
          <w:tcPr>
            <w:tcW w:w="2494" w:type="dxa"/>
            <w:tcMar>
              <w:top w:w="45" w:type="dxa"/>
              <w:left w:w="100" w:type="dxa"/>
              <w:bottom w:w="45" w:type="dxa"/>
              <w:right w:w="100" w:type="dxa"/>
            </w:tcMar>
            <w:vAlign w:val="center"/>
          </w:tcPr>
          <w:p w14:paraId="28ABF094" w14:textId="77777777" w:rsidR="00AD0E4F" w:rsidRDefault="008D426B">
            <w:pPr>
              <w:spacing w:after="0" w:line="240" w:lineRule="auto"/>
            </w:pPr>
            <w:r>
              <w:rPr>
                <w:color w:val="000000"/>
                <w:sz w:val="17"/>
              </w:rPr>
              <w:t>リハビリ</w:t>
            </w:r>
          </w:p>
        </w:tc>
        <w:tc>
          <w:tcPr>
            <w:tcW w:w="7824" w:type="dxa"/>
            <w:gridSpan w:val="2"/>
            <w:tcMar>
              <w:top w:w="45" w:type="dxa"/>
              <w:left w:w="100" w:type="dxa"/>
              <w:bottom w:w="45" w:type="dxa"/>
              <w:right w:w="100" w:type="dxa"/>
            </w:tcMar>
            <w:vAlign w:val="center"/>
          </w:tcPr>
          <w:p w14:paraId="673937E7" w14:textId="77777777" w:rsidR="00AD0E4F" w:rsidRDefault="008D426B">
            <w:pPr>
              <w:spacing w:after="0" w:line="240" w:lineRule="auto"/>
            </w:pPr>
            <w:r>
              <w:rPr>
                <w:color w:val="000000"/>
                <w:sz w:val="17"/>
              </w:rPr>
              <w:t>移動・起き上がり等の生活動作の練習、転倒予防、身体機能低下の予防。</w:t>
            </w:r>
          </w:p>
        </w:tc>
      </w:tr>
      <w:tr w:rsidR="00AD0E4F" w14:paraId="4ECD6EB7" w14:textId="77777777">
        <w:trPr>
          <w:jc w:val="center"/>
        </w:trPr>
        <w:tc>
          <w:tcPr>
            <w:tcW w:w="2494" w:type="dxa"/>
            <w:tcMar>
              <w:top w:w="45" w:type="dxa"/>
              <w:left w:w="100" w:type="dxa"/>
              <w:bottom w:w="45" w:type="dxa"/>
              <w:right w:w="100" w:type="dxa"/>
            </w:tcMar>
            <w:vAlign w:val="center"/>
          </w:tcPr>
          <w:p w14:paraId="5C8D4C22" w14:textId="77777777" w:rsidR="00AD0E4F" w:rsidRDefault="008D426B">
            <w:pPr>
              <w:spacing w:after="0" w:line="240" w:lineRule="auto"/>
            </w:pPr>
            <w:r>
              <w:rPr>
                <w:color w:val="000000"/>
                <w:sz w:val="17"/>
              </w:rPr>
              <w:t>退院・地域連携</w:t>
            </w:r>
          </w:p>
        </w:tc>
        <w:tc>
          <w:tcPr>
            <w:tcW w:w="7824" w:type="dxa"/>
            <w:gridSpan w:val="2"/>
            <w:tcMar>
              <w:top w:w="45" w:type="dxa"/>
              <w:left w:w="100" w:type="dxa"/>
              <w:bottom w:w="45" w:type="dxa"/>
              <w:right w:w="100" w:type="dxa"/>
            </w:tcMar>
            <w:vAlign w:val="center"/>
          </w:tcPr>
          <w:p w14:paraId="33AEAA71" w14:textId="77777777" w:rsidR="00AD0E4F" w:rsidRDefault="008D426B">
            <w:pPr>
              <w:spacing w:after="0" w:line="240" w:lineRule="auto"/>
            </w:pPr>
            <w:r>
              <w:rPr>
                <w:color w:val="000000"/>
                <w:sz w:val="17"/>
              </w:rPr>
              <w:t>退院時の情報共有、ケアマネジャー・医療機関・薬局・地域資源との連絡調整。</w:t>
            </w:r>
          </w:p>
        </w:tc>
      </w:tr>
      <w:tr w:rsidR="00AD0E4F" w14:paraId="468945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 w:type="dxa"/>
          <w:jc w:val="center"/>
        </w:trPr>
        <w:tc>
          <w:tcPr>
            <w:tcW w:w="10318" w:type="dxa"/>
            <w:gridSpan w:val="2"/>
            <w:tcBorders>
              <w:top w:val="single" w:sz="8" w:space="0" w:color="777777"/>
              <w:left w:val="single" w:sz="8" w:space="0" w:color="777777"/>
              <w:bottom w:val="single" w:sz="8" w:space="0" w:color="777777"/>
              <w:right w:val="single" w:sz="8" w:space="0" w:color="777777"/>
            </w:tcBorders>
            <w:shd w:val="clear" w:color="auto" w:fill="F7F7F7"/>
            <w:tcMar>
              <w:top w:w="45" w:type="dxa"/>
              <w:left w:w="170" w:type="dxa"/>
              <w:bottom w:w="45" w:type="dxa"/>
              <w:right w:w="170" w:type="dxa"/>
            </w:tcMar>
            <w:vAlign w:val="center"/>
          </w:tcPr>
          <w:p w14:paraId="3A1D4F21" w14:textId="77777777" w:rsidR="00AD0E4F" w:rsidRDefault="008D426B">
            <w:pPr>
              <w:spacing w:after="0" w:line="240" w:lineRule="auto"/>
            </w:pPr>
            <w:r>
              <w:rPr>
                <w:color w:val="000000"/>
                <w:sz w:val="22"/>
              </w:rPr>
              <w:t>精神科訪問看護について</w:t>
            </w:r>
          </w:p>
          <w:p w14:paraId="11716701" w14:textId="77777777" w:rsidR="00AD0E4F" w:rsidRDefault="008D426B">
            <w:pPr>
              <w:spacing w:after="0" w:line="240" w:lineRule="auto"/>
            </w:pPr>
            <w:r>
              <w:rPr>
                <w:color w:val="000000"/>
                <w:sz w:val="22"/>
              </w:rPr>
              <w:t>精神科訪問看護を行う場合は、精神科を担当する主治医による精神科訪問看護指示書と、担当職員が所定の要件を満たすことが必要です。自立支援医療等の利用は、受給資格・指定状況・自己負担上限を確認します。</w:t>
            </w:r>
          </w:p>
        </w:tc>
      </w:tr>
    </w:tbl>
    <w:p w14:paraId="1B481C19" w14:textId="77777777" w:rsidR="00AD0E4F" w:rsidRDefault="008D426B">
      <w:pPr>
        <w:spacing w:after="20" w:line="240" w:lineRule="auto"/>
      </w:pPr>
      <w:r>
        <w:rPr>
          <w:color w:val="000000"/>
          <w:sz w:val="34"/>
        </w:rPr>
        <w:t>04 介護保険の料金と4市の地域単価</w:t>
      </w:r>
    </w:p>
    <w:p w14:paraId="386AB543" w14:textId="77777777" w:rsidR="00AD0E4F" w:rsidRDefault="00AD0E4F">
      <w:pPr>
        <w:pBdr>
          <w:bottom w:val="single" w:sz="8" w:space="1" w:color="777777"/>
        </w:pBdr>
        <w:spacing w:before="20" w:after="0" w:line="240" w:lineRule="auto"/>
      </w:pPr>
    </w:p>
    <w:p w14:paraId="70B89E6F" w14:textId="77777777" w:rsidR="00AD0E4F" w:rsidRDefault="008D426B">
      <w:pPr>
        <w:spacing w:after="0" w:line="240" w:lineRule="auto"/>
      </w:pPr>
      <w:r>
        <w:rPr>
          <w:color w:val="000000"/>
          <w:sz w:val="17"/>
        </w:rPr>
        <w:t>介護保険の訪問看護費は、国が定める単位数に事業所所在地の地域単価を乗じて算定します。地域区分は利用者の住所ではなく、訪問看護ステーションの所在地で判断します。</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948"/>
        <w:gridCol w:w="4082"/>
        <w:gridCol w:w="3288"/>
        <w:gridCol w:w="69"/>
      </w:tblGrid>
      <w:tr w:rsidR="00AD0E4F" w14:paraId="29BFD3EA" w14:textId="77777777">
        <w:trPr>
          <w:tblHeader/>
          <w:jc w:val="center"/>
        </w:trPr>
        <w:tc>
          <w:tcPr>
            <w:tcW w:w="2948" w:type="dxa"/>
            <w:shd w:val="clear" w:color="auto" w:fill="4A4A4A"/>
            <w:tcMar>
              <w:top w:w="45" w:type="dxa"/>
              <w:left w:w="100" w:type="dxa"/>
              <w:bottom w:w="45" w:type="dxa"/>
              <w:right w:w="100" w:type="dxa"/>
            </w:tcMar>
            <w:vAlign w:val="center"/>
          </w:tcPr>
          <w:p w14:paraId="75A2F305" w14:textId="77777777" w:rsidR="00AD0E4F" w:rsidRDefault="008D426B">
            <w:pPr>
              <w:spacing w:after="0" w:line="240" w:lineRule="auto"/>
              <w:jc w:val="center"/>
            </w:pPr>
            <w:r>
              <w:rPr>
                <w:color w:val="FFFFFF"/>
                <w:sz w:val="17"/>
              </w:rPr>
              <w:t>利用者のお住まい</w:t>
            </w:r>
          </w:p>
        </w:tc>
        <w:tc>
          <w:tcPr>
            <w:tcW w:w="4082" w:type="dxa"/>
            <w:shd w:val="clear" w:color="auto" w:fill="4A4A4A"/>
            <w:tcMar>
              <w:top w:w="45" w:type="dxa"/>
              <w:left w:w="100" w:type="dxa"/>
              <w:bottom w:w="45" w:type="dxa"/>
              <w:right w:w="100" w:type="dxa"/>
            </w:tcMar>
            <w:vAlign w:val="center"/>
          </w:tcPr>
          <w:p w14:paraId="0751F9D6" w14:textId="77777777" w:rsidR="00AD0E4F" w:rsidRDefault="008D426B">
            <w:pPr>
              <w:spacing w:after="0" w:line="240" w:lineRule="auto"/>
              <w:jc w:val="center"/>
            </w:pPr>
            <w:r>
              <w:rPr>
                <w:color w:val="FFFFFF"/>
                <w:sz w:val="17"/>
              </w:rPr>
              <w:t>あかりに適用する地域区分</w:t>
            </w:r>
          </w:p>
        </w:tc>
        <w:tc>
          <w:tcPr>
            <w:tcW w:w="3288" w:type="dxa"/>
            <w:gridSpan w:val="2"/>
            <w:shd w:val="clear" w:color="auto" w:fill="4A4A4A"/>
            <w:tcMar>
              <w:top w:w="45" w:type="dxa"/>
              <w:left w:w="100" w:type="dxa"/>
              <w:bottom w:w="45" w:type="dxa"/>
              <w:right w:w="100" w:type="dxa"/>
            </w:tcMar>
            <w:vAlign w:val="center"/>
          </w:tcPr>
          <w:p w14:paraId="6EEA3352" w14:textId="77777777" w:rsidR="00AD0E4F" w:rsidRDefault="008D426B">
            <w:pPr>
              <w:spacing w:after="0" w:line="240" w:lineRule="auto"/>
              <w:jc w:val="center"/>
            </w:pPr>
            <w:r>
              <w:rPr>
                <w:color w:val="FFFFFF"/>
                <w:sz w:val="17"/>
              </w:rPr>
              <w:t>訪問看護の1単位</w:t>
            </w:r>
          </w:p>
        </w:tc>
      </w:tr>
      <w:tr w:rsidR="00AD0E4F" w14:paraId="5ADD8FEF" w14:textId="77777777">
        <w:trPr>
          <w:jc w:val="center"/>
        </w:trPr>
        <w:tc>
          <w:tcPr>
            <w:tcW w:w="2948" w:type="dxa"/>
            <w:tcMar>
              <w:top w:w="45" w:type="dxa"/>
              <w:left w:w="100" w:type="dxa"/>
              <w:bottom w:w="45" w:type="dxa"/>
              <w:right w:w="100" w:type="dxa"/>
            </w:tcMar>
            <w:vAlign w:val="center"/>
          </w:tcPr>
          <w:p w14:paraId="3F318D0D" w14:textId="77777777" w:rsidR="00AD0E4F" w:rsidRDefault="008D426B">
            <w:pPr>
              <w:spacing w:after="0" w:line="240" w:lineRule="auto"/>
            </w:pPr>
            <w:r>
              <w:rPr>
                <w:color w:val="000000"/>
                <w:sz w:val="17"/>
              </w:rPr>
              <w:t>周南市</w:t>
            </w:r>
          </w:p>
        </w:tc>
        <w:tc>
          <w:tcPr>
            <w:tcW w:w="4082" w:type="dxa"/>
            <w:tcMar>
              <w:top w:w="45" w:type="dxa"/>
              <w:left w:w="100" w:type="dxa"/>
              <w:bottom w:w="45" w:type="dxa"/>
              <w:right w:w="100" w:type="dxa"/>
            </w:tcMar>
            <w:vAlign w:val="center"/>
          </w:tcPr>
          <w:p w14:paraId="6AFD0BC7" w14:textId="77777777" w:rsidR="00AD0E4F" w:rsidRDefault="008D426B">
            <w:pPr>
              <w:spacing w:after="0" w:line="240" w:lineRule="auto"/>
            </w:pPr>
            <w:r>
              <w:rPr>
                <w:color w:val="000000"/>
                <w:sz w:val="17"/>
              </w:rPr>
              <w:t>周南市所在・7級地</w:t>
            </w:r>
          </w:p>
        </w:tc>
        <w:tc>
          <w:tcPr>
            <w:tcW w:w="3288" w:type="dxa"/>
            <w:gridSpan w:val="2"/>
            <w:tcMar>
              <w:top w:w="45" w:type="dxa"/>
              <w:left w:w="100" w:type="dxa"/>
              <w:bottom w:w="45" w:type="dxa"/>
              <w:right w:w="100" w:type="dxa"/>
            </w:tcMar>
            <w:vAlign w:val="center"/>
          </w:tcPr>
          <w:p w14:paraId="08B9CC41" w14:textId="77777777" w:rsidR="00AD0E4F" w:rsidRDefault="008D426B">
            <w:pPr>
              <w:spacing w:after="0" w:line="240" w:lineRule="auto"/>
            </w:pPr>
            <w:r>
              <w:rPr>
                <w:color w:val="000000"/>
                <w:sz w:val="17"/>
              </w:rPr>
              <w:t>10.21円</w:t>
            </w:r>
          </w:p>
        </w:tc>
      </w:tr>
      <w:tr w:rsidR="00AD0E4F" w14:paraId="4538C2F6" w14:textId="77777777">
        <w:trPr>
          <w:jc w:val="center"/>
        </w:trPr>
        <w:tc>
          <w:tcPr>
            <w:tcW w:w="2948" w:type="dxa"/>
            <w:tcMar>
              <w:top w:w="45" w:type="dxa"/>
              <w:left w:w="100" w:type="dxa"/>
              <w:bottom w:w="45" w:type="dxa"/>
              <w:right w:w="100" w:type="dxa"/>
            </w:tcMar>
            <w:vAlign w:val="center"/>
          </w:tcPr>
          <w:p w14:paraId="00E7B81E" w14:textId="77777777" w:rsidR="00AD0E4F" w:rsidRDefault="008D426B">
            <w:pPr>
              <w:spacing w:after="0" w:line="240" w:lineRule="auto"/>
            </w:pPr>
            <w:r>
              <w:rPr>
                <w:color w:val="000000"/>
                <w:sz w:val="17"/>
              </w:rPr>
              <w:t>防府市</w:t>
            </w:r>
          </w:p>
        </w:tc>
        <w:tc>
          <w:tcPr>
            <w:tcW w:w="4082" w:type="dxa"/>
            <w:tcMar>
              <w:top w:w="45" w:type="dxa"/>
              <w:left w:w="100" w:type="dxa"/>
              <w:bottom w:w="45" w:type="dxa"/>
              <w:right w:w="100" w:type="dxa"/>
            </w:tcMar>
            <w:vAlign w:val="center"/>
          </w:tcPr>
          <w:p w14:paraId="548F06C7" w14:textId="77777777" w:rsidR="00AD0E4F" w:rsidRDefault="008D426B">
            <w:pPr>
              <w:spacing w:after="0" w:line="240" w:lineRule="auto"/>
            </w:pPr>
            <w:r>
              <w:rPr>
                <w:color w:val="000000"/>
                <w:sz w:val="17"/>
              </w:rPr>
              <w:t>周南市所在・7級地</w:t>
            </w:r>
          </w:p>
        </w:tc>
        <w:tc>
          <w:tcPr>
            <w:tcW w:w="3288" w:type="dxa"/>
            <w:gridSpan w:val="2"/>
            <w:tcMar>
              <w:top w:w="45" w:type="dxa"/>
              <w:left w:w="100" w:type="dxa"/>
              <w:bottom w:w="45" w:type="dxa"/>
              <w:right w:w="100" w:type="dxa"/>
            </w:tcMar>
            <w:vAlign w:val="center"/>
          </w:tcPr>
          <w:p w14:paraId="0E03DCC2" w14:textId="77777777" w:rsidR="00AD0E4F" w:rsidRDefault="008D426B">
            <w:pPr>
              <w:spacing w:after="0" w:line="240" w:lineRule="auto"/>
            </w:pPr>
            <w:r>
              <w:rPr>
                <w:color w:val="000000"/>
                <w:sz w:val="17"/>
              </w:rPr>
              <w:t>10.21円</w:t>
            </w:r>
          </w:p>
        </w:tc>
      </w:tr>
      <w:tr w:rsidR="00AD0E4F" w14:paraId="6C55BBA9" w14:textId="77777777">
        <w:trPr>
          <w:jc w:val="center"/>
        </w:trPr>
        <w:tc>
          <w:tcPr>
            <w:tcW w:w="2948" w:type="dxa"/>
            <w:tcMar>
              <w:top w:w="45" w:type="dxa"/>
              <w:left w:w="100" w:type="dxa"/>
              <w:bottom w:w="45" w:type="dxa"/>
              <w:right w:w="100" w:type="dxa"/>
            </w:tcMar>
            <w:vAlign w:val="center"/>
          </w:tcPr>
          <w:p w14:paraId="2D9C31F5" w14:textId="77777777" w:rsidR="00AD0E4F" w:rsidRDefault="008D426B">
            <w:pPr>
              <w:spacing w:after="0" w:line="240" w:lineRule="auto"/>
            </w:pPr>
            <w:r>
              <w:rPr>
                <w:color w:val="000000"/>
                <w:sz w:val="17"/>
              </w:rPr>
              <w:lastRenderedPageBreak/>
              <w:t>下松市</w:t>
            </w:r>
          </w:p>
        </w:tc>
        <w:tc>
          <w:tcPr>
            <w:tcW w:w="4082" w:type="dxa"/>
            <w:tcMar>
              <w:top w:w="45" w:type="dxa"/>
              <w:left w:w="100" w:type="dxa"/>
              <w:bottom w:w="45" w:type="dxa"/>
              <w:right w:w="100" w:type="dxa"/>
            </w:tcMar>
            <w:vAlign w:val="center"/>
          </w:tcPr>
          <w:p w14:paraId="5C354EA2" w14:textId="77777777" w:rsidR="00AD0E4F" w:rsidRDefault="008D426B">
            <w:pPr>
              <w:spacing w:after="0" w:line="240" w:lineRule="auto"/>
            </w:pPr>
            <w:r>
              <w:rPr>
                <w:color w:val="000000"/>
                <w:sz w:val="17"/>
              </w:rPr>
              <w:t>周南市所在・7級地</w:t>
            </w:r>
          </w:p>
        </w:tc>
        <w:tc>
          <w:tcPr>
            <w:tcW w:w="3288" w:type="dxa"/>
            <w:gridSpan w:val="2"/>
            <w:tcMar>
              <w:top w:w="45" w:type="dxa"/>
              <w:left w:w="100" w:type="dxa"/>
              <w:bottom w:w="45" w:type="dxa"/>
              <w:right w:w="100" w:type="dxa"/>
            </w:tcMar>
            <w:vAlign w:val="center"/>
          </w:tcPr>
          <w:p w14:paraId="04167366" w14:textId="77777777" w:rsidR="00AD0E4F" w:rsidRDefault="008D426B">
            <w:pPr>
              <w:spacing w:after="0" w:line="240" w:lineRule="auto"/>
            </w:pPr>
            <w:r>
              <w:rPr>
                <w:color w:val="000000"/>
                <w:sz w:val="17"/>
              </w:rPr>
              <w:t>10.21円</w:t>
            </w:r>
          </w:p>
        </w:tc>
      </w:tr>
      <w:tr w:rsidR="00AD0E4F" w14:paraId="3F52BCE0" w14:textId="77777777">
        <w:trPr>
          <w:jc w:val="center"/>
        </w:trPr>
        <w:tc>
          <w:tcPr>
            <w:tcW w:w="2948" w:type="dxa"/>
            <w:tcMar>
              <w:top w:w="45" w:type="dxa"/>
              <w:left w:w="100" w:type="dxa"/>
              <w:bottom w:w="45" w:type="dxa"/>
              <w:right w:w="100" w:type="dxa"/>
            </w:tcMar>
            <w:vAlign w:val="center"/>
          </w:tcPr>
          <w:p w14:paraId="300D37A9" w14:textId="77777777" w:rsidR="00AD0E4F" w:rsidRDefault="008D426B">
            <w:pPr>
              <w:spacing w:after="0" w:line="240" w:lineRule="auto"/>
            </w:pPr>
            <w:r>
              <w:rPr>
                <w:color w:val="000000"/>
                <w:sz w:val="17"/>
              </w:rPr>
              <w:t>光市</w:t>
            </w:r>
          </w:p>
        </w:tc>
        <w:tc>
          <w:tcPr>
            <w:tcW w:w="4082" w:type="dxa"/>
            <w:tcMar>
              <w:top w:w="45" w:type="dxa"/>
              <w:left w:w="100" w:type="dxa"/>
              <w:bottom w:w="45" w:type="dxa"/>
              <w:right w:w="100" w:type="dxa"/>
            </w:tcMar>
            <w:vAlign w:val="center"/>
          </w:tcPr>
          <w:p w14:paraId="061D0C37" w14:textId="77777777" w:rsidR="00AD0E4F" w:rsidRDefault="008D426B">
            <w:pPr>
              <w:spacing w:after="0" w:line="240" w:lineRule="auto"/>
            </w:pPr>
            <w:r>
              <w:rPr>
                <w:color w:val="000000"/>
                <w:sz w:val="17"/>
              </w:rPr>
              <w:t>周南市所在・7級地</w:t>
            </w:r>
          </w:p>
        </w:tc>
        <w:tc>
          <w:tcPr>
            <w:tcW w:w="3288" w:type="dxa"/>
            <w:gridSpan w:val="2"/>
            <w:tcMar>
              <w:top w:w="45" w:type="dxa"/>
              <w:left w:w="100" w:type="dxa"/>
              <w:bottom w:w="45" w:type="dxa"/>
              <w:right w:w="100" w:type="dxa"/>
            </w:tcMar>
            <w:vAlign w:val="center"/>
          </w:tcPr>
          <w:p w14:paraId="236A47D7" w14:textId="77777777" w:rsidR="00AD0E4F" w:rsidRDefault="008D426B">
            <w:pPr>
              <w:spacing w:after="0" w:line="240" w:lineRule="auto"/>
            </w:pPr>
            <w:r>
              <w:rPr>
                <w:color w:val="000000"/>
                <w:sz w:val="17"/>
              </w:rPr>
              <w:t>10.21円</w:t>
            </w:r>
          </w:p>
        </w:tc>
      </w:tr>
      <w:tr w:rsidR="00AD0E4F" w14:paraId="3F48858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9" w:type="dxa"/>
          <w:jc w:val="center"/>
        </w:trPr>
        <w:tc>
          <w:tcPr>
            <w:tcW w:w="10318" w:type="dxa"/>
            <w:gridSpan w:val="3"/>
            <w:tcBorders>
              <w:top w:val="single" w:sz="8" w:space="0" w:color="777777"/>
              <w:left w:val="single" w:sz="8" w:space="0" w:color="777777"/>
              <w:bottom w:val="single" w:sz="8" w:space="0" w:color="777777"/>
              <w:right w:val="single" w:sz="8" w:space="0" w:color="777777"/>
            </w:tcBorders>
            <w:shd w:val="clear" w:color="auto" w:fill="F7F7F7"/>
            <w:tcMar>
              <w:top w:w="45" w:type="dxa"/>
              <w:left w:w="170" w:type="dxa"/>
              <w:bottom w:w="45" w:type="dxa"/>
              <w:right w:w="170" w:type="dxa"/>
            </w:tcMar>
            <w:vAlign w:val="center"/>
          </w:tcPr>
          <w:p w14:paraId="6424B8EF" w14:textId="77777777" w:rsidR="00AD0E4F" w:rsidRDefault="008D426B">
            <w:pPr>
              <w:spacing w:after="0" w:line="240" w:lineRule="auto"/>
            </w:pPr>
            <w:r>
              <w:rPr>
                <w:color w:val="000000"/>
                <w:sz w:val="17"/>
              </w:rPr>
              <w:t>4市とも同一料金です</w:t>
            </w:r>
          </w:p>
          <w:p w14:paraId="6FD7A7AD" w14:textId="77777777" w:rsidR="00AD0E4F" w:rsidRDefault="008D426B">
            <w:pPr>
              <w:spacing w:after="0" w:line="240" w:lineRule="auto"/>
            </w:pPr>
            <w:r>
              <w:rPr>
                <w:color w:val="000000"/>
                <w:sz w:val="17"/>
              </w:rPr>
              <w:t>防府市・下松市・光市自体は山口県の区分上「その他」ですが、周南市にある「あかり」が訪問する場合は、いずれの市でも当事業所の周南市・7級地（1単位10.21円）を適用します。</w:t>
            </w:r>
          </w:p>
        </w:tc>
      </w:tr>
    </w:tbl>
    <w:p w14:paraId="5C37FC56" w14:textId="77777777" w:rsidR="00AD0E4F" w:rsidRDefault="008D426B">
      <w:pPr>
        <w:spacing w:after="40" w:line="240" w:lineRule="auto"/>
      </w:pPr>
      <w:r>
        <w:rPr>
          <w:color w:val="000000"/>
          <w:sz w:val="17"/>
        </w:rPr>
        <w:t>利用者負担の考え方</w:t>
      </w:r>
    </w:p>
    <w:p w14:paraId="6AD85D16" w14:textId="77777777" w:rsidR="00AD0E4F" w:rsidRDefault="008D426B">
      <w:pPr>
        <w:spacing w:after="20" w:line="240" w:lineRule="auto"/>
      </w:pPr>
      <w:r>
        <w:rPr>
          <w:color w:val="000000"/>
          <w:sz w:val="17"/>
        </w:rPr>
        <w:t>・介護保険負担割合証に記載された割合に応じ、原則として費用の1割、2割または3割が自己負担です。</w:t>
      </w:r>
    </w:p>
    <w:p w14:paraId="0977F9C6" w14:textId="77777777" w:rsidR="00AD0E4F" w:rsidRDefault="008D426B">
      <w:pPr>
        <w:spacing w:after="20" w:line="240" w:lineRule="auto"/>
      </w:pPr>
      <w:r>
        <w:rPr>
          <w:color w:val="000000"/>
          <w:sz w:val="17"/>
        </w:rPr>
        <w:t>・公費負担、支給限度基準額超過、保険料滞納等がある場合は、負担額が変わることがあります。</w:t>
      </w:r>
    </w:p>
    <w:p w14:paraId="5AB5E03E" w14:textId="77777777" w:rsidR="00AD0E4F" w:rsidRDefault="008D426B">
      <w:pPr>
        <w:spacing w:after="20" w:line="240" w:lineRule="auto"/>
      </w:pPr>
      <w:r>
        <w:rPr>
          <w:color w:val="000000"/>
          <w:sz w:val="17"/>
        </w:rPr>
        <w:t>・次ページ以降の金額は、1単位10.21円で計算した1回・1月ごとの目安です。実際の請求は月単位で合算し、法定の端数処理を行います。</w:t>
      </w:r>
    </w:p>
    <w:p w14:paraId="0E689706" w14:textId="77777777" w:rsidR="00AD0E4F" w:rsidRDefault="008D426B">
      <w:pPr>
        <w:spacing w:after="20" w:line="240" w:lineRule="auto"/>
      </w:pPr>
      <w:r>
        <w:rPr>
          <w:color w:val="000000"/>
          <w:sz w:val="17"/>
        </w:rPr>
        <w:t>・加算は、届出・契約・本人同意・算定要件をすべて満たした場合だけ算定します。</w:t>
      </w:r>
    </w:p>
    <w:p w14:paraId="5D767541" w14:textId="77777777" w:rsidR="003E4E14" w:rsidRDefault="003E4E14">
      <w:pPr>
        <w:spacing w:after="20" w:line="240" w:lineRule="auto"/>
        <w:rPr>
          <w:color w:val="000000"/>
          <w:sz w:val="32"/>
        </w:rPr>
      </w:pPr>
    </w:p>
    <w:p w14:paraId="247D21AC" w14:textId="77777777" w:rsidR="00AD0E4F" w:rsidRDefault="008D426B">
      <w:pPr>
        <w:spacing w:after="20" w:line="240" w:lineRule="auto"/>
      </w:pPr>
      <w:r>
        <w:rPr>
          <w:color w:val="000000"/>
          <w:sz w:val="32"/>
        </w:rPr>
        <w:t>05 介護保険の基本料金 - 看護師</w:t>
      </w:r>
    </w:p>
    <w:p w14:paraId="6F817BE7" w14:textId="77777777" w:rsidR="00AD0E4F" w:rsidRDefault="00AD0E4F">
      <w:pPr>
        <w:pBdr>
          <w:bottom w:val="single" w:sz="8" w:space="1" w:color="777777"/>
        </w:pBdr>
        <w:spacing w:before="20" w:after="0" w:line="240" w:lineRule="auto"/>
      </w:pPr>
    </w:p>
    <w:p w14:paraId="557B4481" w14:textId="77777777" w:rsidR="00AD0E4F" w:rsidRDefault="008D426B">
      <w:pPr>
        <w:spacing w:after="20" w:line="240" w:lineRule="auto"/>
      </w:pPr>
      <w:r>
        <w:rPr>
          <w:color w:val="000000"/>
          <w:sz w:val="17"/>
        </w:rPr>
        <w:t>1. 要介護1-5：指定訪問看護</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948"/>
        <w:gridCol w:w="1020"/>
        <w:gridCol w:w="1701"/>
        <w:gridCol w:w="1531"/>
        <w:gridCol w:w="1531"/>
        <w:gridCol w:w="1587"/>
      </w:tblGrid>
      <w:tr w:rsidR="00AD0E4F" w14:paraId="45911288" w14:textId="77777777">
        <w:trPr>
          <w:tblHeader/>
          <w:jc w:val="center"/>
        </w:trPr>
        <w:tc>
          <w:tcPr>
            <w:tcW w:w="2948" w:type="dxa"/>
            <w:shd w:val="clear" w:color="auto" w:fill="4A4A4A"/>
            <w:tcMar>
              <w:top w:w="45" w:type="dxa"/>
              <w:left w:w="100" w:type="dxa"/>
              <w:bottom w:w="45" w:type="dxa"/>
              <w:right w:w="100" w:type="dxa"/>
            </w:tcMar>
            <w:vAlign w:val="center"/>
          </w:tcPr>
          <w:p w14:paraId="74FFDECE" w14:textId="77777777" w:rsidR="00AD0E4F" w:rsidRDefault="008D426B">
            <w:pPr>
              <w:spacing w:after="0" w:line="240" w:lineRule="auto"/>
              <w:jc w:val="center"/>
            </w:pPr>
            <w:r>
              <w:rPr>
                <w:color w:val="FFFFFF"/>
                <w:sz w:val="17"/>
              </w:rPr>
              <w:t>サービス・所要時間</w:t>
            </w:r>
          </w:p>
        </w:tc>
        <w:tc>
          <w:tcPr>
            <w:tcW w:w="1020" w:type="dxa"/>
            <w:shd w:val="clear" w:color="auto" w:fill="4A4A4A"/>
            <w:tcMar>
              <w:top w:w="45" w:type="dxa"/>
              <w:left w:w="100" w:type="dxa"/>
              <w:bottom w:w="45" w:type="dxa"/>
              <w:right w:w="100" w:type="dxa"/>
            </w:tcMar>
            <w:vAlign w:val="center"/>
          </w:tcPr>
          <w:p w14:paraId="17136BCA" w14:textId="77777777" w:rsidR="00AD0E4F" w:rsidRDefault="008D426B">
            <w:pPr>
              <w:spacing w:after="0" w:line="240" w:lineRule="auto"/>
              <w:jc w:val="center"/>
            </w:pPr>
            <w:r>
              <w:rPr>
                <w:color w:val="FFFFFF"/>
                <w:sz w:val="17"/>
              </w:rPr>
              <w:t>単位</w:t>
            </w:r>
          </w:p>
        </w:tc>
        <w:tc>
          <w:tcPr>
            <w:tcW w:w="1701" w:type="dxa"/>
            <w:shd w:val="clear" w:color="auto" w:fill="4A4A4A"/>
            <w:tcMar>
              <w:top w:w="45" w:type="dxa"/>
              <w:left w:w="100" w:type="dxa"/>
              <w:bottom w:w="45" w:type="dxa"/>
              <w:right w:w="100" w:type="dxa"/>
            </w:tcMar>
            <w:vAlign w:val="center"/>
          </w:tcPr>
          <w:p w14:paraId="5F1AEE09" w14:textId="77777777" w:rsidR="00AD0E4F" w:rsidRDefault="008D426B">
            <w:pPr>
              <w:spacing w:after="0" w:line="240" w:lineRule="auto"/>
              <w:jc w:val="center"/>
            </w:pPr>
            <w:r>
              <w:rPr>
                <w:color w:val="FFFFFF"/>
                <w:sz w:val="17"/>
              </w:rPr>
              <w:t>全額</w:t>
            </w:r>
          </w:p>
        </w:tc>
        <w:tc>
          <w:tcPr>
            <w:tcW w:w="1531" w:type="dxa"/>
            <w:shd w:val="clear" w:color="auto" w:fill="4A4A4A"/>
            <w:tcMar>
              <w:top w:w="45" w:type="dxa"/>
              <w:left w:w="100" w:type="dxa"/>
              <w:bottom w:w="45" w:type="dxa"/>
              <w:right w:w="100" w:type="dxa"/>
            </w:tcMar>
            <w:vAlign w:val="center"/>
          </w:tcPr>
          <w:p w14:paraId="272ABE51" w14:textId="77777777" w:rsidR="00AD0E4F" w:rsidRDefault="008D426B">
            <w:pPr>
              <w:spacing w:after="0" w:line="240" w:lineRule="auto"/>
              <w:jc w:val="center"/>
            </w:pPr>
            <w:r>
              <w:rPr>
                <w:color w:val="FFFFFF"/>
                <w:sz w:val="17"/>
              </w:rPr>
              <w:t>1割</w:t>
            </w:r>
          </w:p>
        </w:tc>
        <w:tc>
          <w:tcPr>
            <w:tcW w:w="1531" w:type="dxa"/>
            <w:shd w:val="clear" w:color="auto" w:fill="4A4A4A"/>
            <w:tcMar>
              <w:top w:w="45" w:type="dxa"/>
              <w:left w:w="100" w:type="dxa"/>
              <w:bottom w:w="45" w:type="dxa"/>
              <w:right w:w="100" w:type="dxa"/>
            </w:tcMar>
            <w:vAlign w:val="center"/>
          </w:tcPr>
          <w:p w14:paraId="2DD3E43F" w14:textId="77777777" w:rsidR="00AD0E4F" w:rsidRDefault="008D426B">
            <w:pPr>
              <w:spacing w:after="0" w:line="240" w:lineRule="auto"/>
              <w:jc w:val="center"/>
            </w:pPr>
            <w:r>
              <w:rPr>
                <w:color w:val="FFFFFF"/>
                <w:sz w:val="17"/>
              </w:rPr>
              <w:t>2割</w:t>
            </w:r>
          </w:p>
        </w:tc>
        <w:tc>
          <w:tcPr>
            <w:tcW w:w="1587" w:type="dxa"/>
            <w:shd w:val="clear" w:color="auto" w:fill="4A4A4A"/>
            <w:tcMar>
              <w:top w:w="45" w:type="dxa"/>
              <w:left w:w="100" w:type="dxa"/>
              <w:bottom w:w="45" w:type="dxa"/>
              <w:right w:w="100" w:type="dxa"/>
            </w:tcMar>
            <w:vAlign w:val="center"/>
          </w:tcPr>
          <w:p w14:paraId="34E80EEB" w14:textId="77777777" w:rsidR="00AD0E4F" w:rsidRDefault="008D426B">
            <w:pPr>
              <w:spacing w:after="0" w:line="240" w:lineRule="auto"/>
              <w:jc w:val="center"/>
            </w:pPr>
            <w:r>
              <w:rPr>
                <w:color w:val="FFFFFF"/>
                <w:sz w:val="17"/>
              </w:rPr>
              <w:t>3割</w:t>
            </w:r>
          </w:p>
        </w:tc>
      </w:tr>
      <w:tr w:rsidR="00AD0E4F" w14:paraId="2E0BA00F" w14:textId="77777777">
        <w:trPr>
          <w:jc w:val="center"/>
        </w:trPr>
        <w:tc>
          <w:tcPr>
            <w:tcW w:w="2948" w:type="dxa"/>
            <w:tcMar>
              <w:top w:w="45" w:type="dxa"/>
              <w:left w:w="100" w:type="dxa"/>
              <w:bottom w:w="45" w:type="dxa"/>
              <w:right w:w="100" w:type="dxa"/>
            </w:tcMar>
            <w:vAlign w:val="center"/>
          </w:tcPr>
          <w:p w14:paraId="6980B7FB" w14:textId="77777777" w:rsidR="00AD0E4F" w:rsidRDefault="008D426B">
            <w:pPr>
              <w:spacing w:after="0" w:line="240" w:lineRule="auto"/>
            </w:pPr>
            <w:r>
              <w:rPr>
                <w:color w:val="000000"/>
                <w:sz w:val="17"/>
              </w:rPr>
              <w:t>20分未満</w:t>
            </w:r>
          </w:p>
        </w:tc>
        <w:tc>
          <w:tcPr>
            <w:tcW w:w="1020" w:type="dxa"/>
            <w:tcMar>
              <w:top w:w="45" w:type="dxa"/>
              <w:left w:w="100" w:type="dxa"/>
              <w:bottom w:w="45" w:type="dxa"/>
              <w:right w:w="100" w:type="dxa"/>
            </w:tcMar>
            <w:vAlign w:val="center"/>
          </w:tcPr>
          <w:p w14:paraId="0A1F0A74" w14:textId="77777777" w:rsidR="00AD0E4F" w:rsidRDefault="008D426B">
            <w:pPr>
              <w:spacing w:after="0" w:line="240" w:lineRule="auto"/>
            </w:pPr>
            <w:r>
              <w:rPr>
                <w:color w:val="000000"/>
                <w:sz w:val="17"/>
              </w:rPr>
              <w:t>314</w:t>
            </w:r>
          </w:p>
        </w:tc>
        <w:tc>
          <w:tcPr>
            <w:tcW w:w="1701" w:type="dxa"/>
            <w:tcMar>
              <w:top w:w="45" w:type="dxa"/>
              <w:left w:w="100" w:type="dxa"/>
              <w:bottom w:w="45" w:type="dxa"/>
              <w:right w:w="100" w:type="dxa"/>
            </w:tcMar>
            <w:vAlign w:val="center"/>
          </w:tcPr>
          <w:p w14:paraId="63E0B7B0" w14:textId="77777777" w:rsidR="00AD0E4F" w:rsidRDefault="008D426B">
            <w:pPr>
              <w:spacing w:after="0" w:line="240" w:lineRule="auto"/>
            </w:pPr>
            <w:r>
              <w:rPr>
                <w:color w:val="000000"/>
                <w:sz w:val="17"/>
              </w:rPr>
              <w:t>3,205円</w:t>
            </w:r>
          </w:p>
        </w:tc>
        <w:tc>
          <w:tcPr>
            <w:tcW w:w="1531" w:type="dxa"/>
            <w:tcMar>
              <w:top w:w="45" w:type="dxa"/>
              <w:left w:w="100" w:type="dxa"/>
              <w:bottom w:w="45" w:type="dxa"/>
              <w:right w:w="100" w:type="dxa"/>
            </w:tcMar>
            <w:vAlign w:val="center"/>
          </w:tcPr>
          <w:p w14:paraId="3EF3D9F1" w14:textId="77777777" w:rsidR="00AD0E4F" w:rsidRDefault="008D426B">
            <w:pPr>
              <w:spacing w:after="0" w:line="240" w:lineRule="auto"/>
            </w:pPr>
            <w:r>
              <w:rPr>
                <w:color w:val="000000"/>
                <w:sz w:val="17"/>
              </w:rPr>
              <w:t>321円</w:t>
            </w:r>
          </w:p>
        </w:tc>
        <w:tc>
          <w:tcPr>
            <w:tcW w:w="1531" w:type="dxa"/>
            <w:tcMar>
              <w:top w:w="45" w:type="dxa"/>
              <w:left w:w="100" w:type="dxa"/>
              <w:bottom w:w="45" w:type="dxa"/>
              <w:right w:w="100" w:type="dxa"/>
            </w:tcMar>
            <w:vAlign w:val="center"/>
          </w:tcPr>
          <w:p w14:paraId="2BFCC7D2" w14:textId="77777777" w:rsidR="00AD0E4F" w:rsidRDefault="008D426B">
            <w:pPr>
              <w:spacing w:after="0" w:line="240" w:lineRule="auto"/>
            </w:pPr>
            <w:r>
              <w:rPr>
                <w:color w:val="000000"/>
                <w:sz w:val="17"/>
              </w:rPr>
              <w:t>641円</w:t>
            </w:r>
          </w:p>
        </w:tc>
        <w:tc>
          <w:tcPr>
            <w:tcW w:w="1587" w:type="dxa"/>
            <w:tcMar>
              <w:top w:w="45" w:type="dxa"/>
              <w:left w:w="100" w:type="dxa"/>
              <w:bottom w:w="45" w:type="dxa"/>
              <w:right w:w="100" w:type="dxa"/>
            </w:tcMar>
            <w:vAlign w:val="center"/>
          </w:tcPr>
          <w:p w14:paraId="1B8A91E4" w14:textId="77777777" w:rsidR="00AD0E4F" w:rsidRDefault="008D426B">
            <w:pPr>
              <w:spacing w:after="0" w:line="240" w:lineRule="auto"/>
            </w:pPr>
            <w:r>
              <w:rPr>
                <w:color w:val="000000"/>
                <w:sz w:val="17"/>
              </w:rPr>
              <w:t>962円</w:t>
            </w:r>
          </w:p>
        </w:tc>
      </w:tr>
      <w:tr w:rsidR="00AD0E4F" w14:paraId="0DD5C882" w14:textId="77777777">
        <w:trPr>
          <w:jc w:val="center"/>
        </w:trPr>
        <w:tc>
          <w:tcPr>
            <w:tcW w:w="2948" w:type="dxa"/>
            <w:tcMar>
              <w:top w:w="45" w:type="dxa"/>
              <w:left w:w="100" w:type="dxa"/>
              <w:bottom w:w="45" w:type="dxa"/>
              <w:right w:w="100" w:type="dxa"/>
            </w:tcMar>
            <w:vAlign w:val="center"/>
          </w:tcPr>
          <w:p w14:paraId="0F083D30" w14:textId="77777777" w:rsidR="00AD0E4F" w:rsidRDefault="008D426B">
            <w:pPr>
              <w:spacing w:after="0" w:line="240" w:lineRule="auto"/>
            </w:pPr>
            <w:r>
              <w:rPr>
                <w:color w:val="000000"/>
                <w:sz w:val="17"/>
              </w:rPr>
              <w:t>20分以上30分未満</w:t>
            </w:r>
          </w:p>
        </w:tc>
        <w:tc>
          <w:tcPr>
            <w:tcW w:w="1020" w:type="dxa"/>
            <w:tcMar>
              <w:top w:w="45" w:type="dxa"/>
              <w:left w:w="100" w:type="dxa"/>
              <w:bottom w:w="45" w:type="dxa"/>
              <w:right w:w="100" w:type="dxa"/>
            </w:tcMar>
            <w:vAlign w:val="center"/>
          </w:tcPr>
          <w:p w14:paraId="4A2016D4" w14:textId="77777777" w:rsidR="00AD0E4F" w:rsidRDefault="008D426B">
            <w:pPr>
              <w:spacing w:after="0" w:line="240" w:lineRule="auto"/>
            </w:pPr>
            <w:r>
              <w:rPr>
                <w:color w:val="000000"/>
                <w:sz w:val="17"/>
              </w:rPr>
              <w:t>471</w:t>
            </w:r>
          </w:p>
        </w:tc>
        <w:tc>
          <w:tcPr>
            <w:tcW w:w="1701" w:type="dxa"/>
            <w:tcMar>
              <w:top w:w="45" w:type="dxa"/>
              <w:left w:w="100" w:type="dxa"/>
              <w:bottom w:w="45" w:type="dxa"/>
              <w:right w:w="100" w:type="dxa"/>
            </w:tcMar>
            <w:vAlign w:val="center"/>
          </w:tcPr>
          <w:p w14:paraId="4C18AC4A" w14:textId="77777777" w:rsidR="00AD0E4F" w:rsidRDefault="008D426B">
            <w:pPr>
              <w:spacing w:after="0" w:line="240" w:lineRule="auto"/>
            </w:pPr>
            <w:r>
              <w:rPr>
                <w:color w:val="000000"/>
                <w:sz w:val="17"/>
              </w:rPr>
              <w:t>4,808円</w:t>
            </w:r>
          </w:p>
        </w:tc>
        <w:tc>
          <w:tcPr>
            <w:tcW w:w="1531" w:type="dxa"/>
            <w:tcMar>
              <w:top w:w="45" w:type="dxa"/>
              <w:left w:w="100" w:type="dxa"/>
              <w:bottom w:w="45" w:type="dxa"/>
              <w:right w:w="100" w:type="dxa"/>
            </w:tcMar>
            <w:vAlign w:val="center"/>
          </w:tcPr>
          <w:p w14:paraId="69967496" w14:textId="77777777" w:rsidR="00AD0E4F" w:rsidRDefault="008D426B">
            <w:pPr>
              <w:spacing w:after="0" w:line="240" w:lineRule="auto"/>
            </w:pPr>
            <w:r>
              <w:rPr>
                <w:color w:val="000000"/>
                <w:sz w:val="17"/>
              </w:rPr>
              <w:t>481円</w:t>
            </w:r>
          </w:p>
        </w:tc>
        <w:tc>
          <w:tcPr>
            <w:tcW w:w="1531" w:type="dxa"/>
            <w:tcMar>
              <w:top w:w="45" w:type="dxa"/>
              <w:left w:w="100" w:type="dxa"/>
              <w:bottom w:w="45" w:type="dxa"/>
              <w:right w:w="100" w:type="dxa"/>
            </w:tcMar>
            <w:vAlign w:val="center"/>
          </w:tcPr>
          <w:p w14:paraId="4C03994D" w14:textId="77777777" w:rsidR="00AD0E4F" w:rsidRDefault="008D426B">
            <w:pPr>
              <w:spacing w:after="0" w:line="240" w:lineRule="auto"/>
            </w:pPr>
            <w:r>
              <w:rPr>
                <w:color w:val="000000"/>
                <w:sz w:val="17"/>
              </w:rPr>
              <w:t>962円</w:t>
            </w:r>
          </w:p>
        </w:tc>
        <w:tc>
          <w:tcPr>
            <w:tcW w:w="1587" w:type="dxa"/>
            <w:tcMar>
              <w:top w:w="45" w:type="dxa"/>
              <w:left w:w="100" w:type="dxa"/>
              <w:bottom w:w="45" w:type="dxa"/>
              <w:right w:w="100" w:type="dxa"/>
            </w:tcMar>
            <w:vAlign w:val="center"/>
          </w:tcPr>
          <w:p w14:paraId="411CEDA6" w14:textId="77777777" w:rsidR="00AD0E4F" w:rsidRDefault="008D426B">
            <w:pPr>
              <w:spacing w:after="0" w:line="240" w:lineRule="auto"/>
            </w:pPr>
            <w:r>
              <w:rPr>
                <w:color w:val="000000"/>
                <w:sz w:val="17"/>
              </w:rPr>
              <w:t>1,443円</w:t>
            </w:r>
          </w:p>
        </w:tc>
      </w:tr>
      <w:tr w:rsidR="00AD0E4F" w14:paraId="5570FF6F" w14:textId="77777777">
        <w:trPr>
          <w:jc w:val="center"/>
        </w:trPr>
        <w:tc>
          <w:tcPr>
            <w:tcW w:w="2948" w:type="dxa"/>
            <w:tcMar>
              <w:top w:w="45" w:type="dxa"/>
              <w:left w:w="100" w:type="dxa"/>
              <w:bottom w:w="45" w:type="dxa"/>
              <w:right w:w="100" w:type="dxa"/>
            </w:tcMar>
            <w:vAlign w:val="center"/>
          </w:tcPr>
          <w:p w14:paraId="5D79D67A" w14:textId="77777777" w:rsidR="00AD0E4F" w:rsidRDefault="008D426B">
            <w:pPr>
              <w:spacing w:after="0" w:line="240" w:lineRule="auto"/>
            </w:pPr>
            <w:r>
              <w:rPr>
                <w:color w:val="000000"/>
                <w:sz w:val="17"/>
              </w:rPr>
              <w:t>30分以上60分未満</w:t>
            </w:r>
          </w:p>
        </w:tc>
        <w:tc>
          <w:tcPr>
            <w:tcW w:w="1020" w:type="dxa"/>
            <w:tcMar>
              <w:top w:w="45" w:type="dxa"/>
              <w:left w:w="100" w:type="dxa"/>
              <w:bottom w:w="45" w:type="dxa"/>
              <w:right w:w="100" w:type="dxa"/>
            </w:tcMar>
            <w:vAlign w:val="center"/>
          </w:tcPr>
          <w:p w14:paraId="2625E974" w14:textId="77777777" w:rsidR="00AD0E4F" w:rsidRDefault="008D426B">
            <w:pPr>
              <w:spacing w:after="0" w:line="240" w:lineRule="auto"/>
            </w:pPr>
            <w:r>
              <w:rPr>
                <w:color w:val="000000"/>
                <w:sz w:val="17"/>
              </w:rPr>
              <w:t>823</w:t>
            </w:r>
          </w:p>
        </w:tc>
        <w:tc>
          <w:tcPr>
            <w:tcW w:w="1701" w:type="dxa"/>
            <w:tcMar>
              <w:top w:w="45" w:type="dxa"/>
              <w:left w:w="100" w:type="dxa"/>
              <w:bottom w:w="45" w:type="dxa"/>
              <w:right w:w="100" w:type="dxa"/>
            </w:tcMar>
            <w:vAlign w:val="center"/>
          </w:tcPr>
          <w:p w14:paraId="1779C688" w14:textId="77777777" w:rsidR="00AD0E4F" w:rsidRDefault="008D426B">
            <w:pPr>
              <w:spacing w:after="0" w:line="240" w:lineRule="auto"/>
            </w:pPr>
            <w:r>
              <w:rPr>
                <w:color w:val="000000"/>
                <w:sz w:val="17"/>
              </w:rPr>
              <w:t>8,402円</w:t>
            </w:r>
          </w:p>
        </w:tc>
        <w:tc>
          <w:tcPr>
            <w:tcW w:w="1531" w:type="dxa"/>
            <w:tcMar>
              <w:top w:w="45" w:type="dxa"/>
              <w:left w:w="100" w:type="dxa"/>
              <w:bottom w:w="45" w:type="dxa"/>
              <w:right w:w="100" w:type="dxa"/>
            </w:tcMar>
            <w:vAlign w:val="center"/>
          </w:tcPr>
          <w:p w14:paraId="35C21C82" w14:textId="77777777" w:rsidR="00AD0E4F" w:rsidRDefault="008D426B">
            <w:pPr>
              <w:spacing w:after="0" w:line="240" w:lineRule="auto"/>
            </w:pPr>
            <w:r>
              <w:rPr>
                <w:color w:val="000000"/>
                <w:sz w:val="17"/>
              </w:rPr>
              <w:t>841円</w:t>
            </w:r>
          </w:p>
        </w:tc>
        <w:tc>
          <w:tcPr>
            <w:tcW w:w="1531" w:type="dxa"/>
            <w:tcMar>
              <w:top w:w="45" w:type="dxa"/>
              <w:left w:w="100" w:type="dxa"/>
              <w:bottom w:w="45" w:type="dxa"/>
              <w:right w:w="100" w:type="dxa"/>
            </w:tcMar>
            <w:vAlign w:val="center"/>
          </w:tcPr>
          <w:p w14:paraId="72CC7D8B" w14:textId="77777777" w:rsidR="00AD0E4F" w:rsidRDefault="008D426B">
            <w:pPr>
              <w:spacing w:after="0" w:line="240" w:lineRule="auto"/>
            </w:pPr>
            <w:r>
              <w:rPr>
                <w:color w:val="000000"/>
                <w:sz w:val="17"/>
              </w:rPr>
              <w:t>1,681円</w:t>
            </w:r>
          </w:p>
        </w:tc>
        <w:tc>
          <w:tcPr>
            <w:tcW w:w="1587" w:type="dxa"/>
            <w:tcMar>
              <w:top w:w="45" w:type="dxa"/>
              <w:left w:w="100" w:type="dxa"/>
              <w:bottom w:w="45" w:type="dxa"/>
              <w:right w:w="100" w:type="dxa"/>
            </w:tcMar>
            <w:vAlign w:val="center"/>
          </w:tcPr>
          <w:p w14:paraId="29F920ED" w14:textId="77777777" w:rsidR="00AD0E4F" w:rsidRDefault="008D426B">
            <w:pPr>
              <w:spacing w:after="0" w:line="240" w:lineRule="auto"/>
            </w:pPr>
            <w:r>
              <w:rPr>
                <w:color w:val="000000"/>
                <w:sz w:val="17"/>
              </w:rPr>
              <w:t>2,521円</w:t>
            </w:r>
          </w:p>
        </w:tc>
      </w:tr>
      <w:tr w:rsidR="00AD0E4F" w14:paraId="066C6BEE" w14:textId="77777777">
        <w:trPr>
          <w:jc w:val="center"/>
        </w:trPr>
        <w:tc>
          <w:tcPr>
            <w:tcW w:w="2948" w:type="dxa"/>
            <w:tcMar>
              <w:top w:w="45" w:type="dxa"/>
              <w:left w:w="100" w:type="dxa"/>
              <w:bottom w:w="45" w:type="dxa"/>
              <w:right w:w="100" w:type="dxa"/>
            </w:tcMar>
            <w:vAlign w:val="center"/>
          </w:tcPr>
          <w:p w14:paraId="6B042F45" w14:textId="77777777" w:rsidR="00AD0E4F" w:rsidRDefault="008D426B">
            <w:pPr>
              <w:spacing w:after="0" w:line="240" w:lineRule="auto"/>
            </w:pPr>
            <w:r>
              <w:rPr>
                <w:color w:val="000000"/>
                <w:sz w:val="17"/>
              </w:rPr>
              <w:t>60分以上90分未満</w:t>
            </w:r>
          </w:p>
        </w:tc>
        <w:tc>
          <w:tcPr>
            <w:tcW w:w="1020" w:type="dxa"/>
            <w:tcMar>
              <w:top w:w="45" w:type="dxa"/>
              <w:left w:w="100" w:type="dxa"/>
              <w:bottom w:w="45" w:type="dxa"/>
              <w:right w:w="100" w:type="dxa"/>
            </w:tcMar>
            <w:vAlign w:val="center"/>
          </w:tcPr>
          <w:p w14:paraId="1A966421" w14:textId="77777777" w:rsidR="00AD0E4F" w:rsidRDefault="008D426B">
            <w:pPr>
              <w:spacing w:after="0" w:line="240" w:lineRule="auto"/>
            </w:pPr>
            <w:r>
              <w:rPr>
                <w:color w:val="000000"/>
                <w:sz w:val="17"/>
              </w:rPr>
              <w:t>1,128</w:t>
            </w:r>
          </w:p>
        </w:tc>
        <w:tc>
          <w:tcPr>
            <w:tcW w:w="1701" w:type="dxa"/>
            <w:tcMar>
              <w:top w:w="45" w:type="dxa"/>
              <w:left w:w="100" w:type="dxa"/>
              <w:bottom w:w="45" w:type="dxa"/>
              <w:right w:w="100" w:type="dxa"/>
            </w:tcMar>
            <w:vAlign w:val="center"/>
          </w:tcPr>
          <w:p w14:paraId="168BF56C" w14:textId="77777777" w:rsidR="00AD0E4F" w:rsidRDefault="008D426B">
            <w:pPr>
              <w:spacing w:after="0" w:line="240" w:lineRule="auto"/>
            </w:pPr>
            <w:r>
              <w:rPr>
                <w:color w:val="000000"/>
                <w:sz w:val="17"/>
              </w:rPr>
              <w:t>11,516円</w:t>
            </w:r>
          </w:p>
        </w:tc>
        <w:tc>
          <w:tcPr>
            <w:tcW w:w="1531" w:type="dxa"/>
            <w:tcMar>
              <w:top w:w="45" w:type="dxa"/>
              <w:left w:w="100" w:type="dxa"/>
              <w:bottom w:w="45" w:type="dxa"/>
              <w:right w:w="100" w:type="dxa"/>
            </w:tcMar>
            <w:vAlign w:val="center"/>
          </w:tcPr>
          <w:p w14:paraId="1252E2E4" w14:textId="77777777" w:rsidR="00AD0E4F" w:rsidRDefault="008D426B">
            <w:pPr>
              <w:spacing w:after="0" w:line="240" w:lineRule="auto"/>
            </w:pPr>
            <w:r>
              <w:rPr>
                <w:color w:val="000000"/>
                <w:sz w:val="17"/>
              </w:rPr>
              <w:t>1,152円</w:t>
            </w:r>
          </w:p>
        </w:tc>
        <w:tc>
          <w:tcPr>
            <w:tcW w:w="1531" w:type="dxa"/>
            <w:tcMar>
              <w:top w:w="45" w:type="dxa"/>
              <w:left w:w="100" w:type="dxa"/>
              <w:bottom w:w="45" w:type="dxa"/>
              <w:right w:w="100" w:type="dxa"/>
            </w:tcMar>
            <w:vAlign w:val="center"/>
          </w:tcPr>
          <w:p w14:paraId="10D6F037" w14:textId="77777777" w:rsidR="00AD0E4F" w:rsidRDefault="008D426B">
            <w:pPr>
              <w:spacing w:after="0" w:line="240" w:lineRule="auto"/>
            </w:pPr>
            <w:r>
              <w:rPr>
                <w:color w:val="000000"/>
                <w:sz w:val="17"/>
              </w:rPr>
              <w:t>2,304円</w:t>
            </w:r>
          </w:p>
        </w:tc>
        <w:tc>
          <w:tcPr>
            <w:tcW w:w="1587" w:type="dxa"/>
            <w:tcMar>
              <w:top w:w="45" w:type="dxa"/>
              <w:left w:w="100" w:type="dxa"/>
              <w:bottom w:w="45" w:type="dxa"/>
              <w:right w:w="100" w:type="dxa"/>
            </w:tcMar>
            <w:vAlign w:val="center"/>
          </w:tcPr>
          <w:p w14:paraId="20CA27FA" w14:textId="77777777" w:rsidR="00AD0E4F" w:rsidRDefault="008D426B">
            <w:pPr>
              <w:spacing w:after="0" w:line="240" w:lineRule="auto"/>
            </w:pPr>
            <w:r>
              <w:rPr>
                <w:color w:val="000000"/>
                <w:sz w:val="17"/>
              </w:rPr>
              <w:t>3,455円</w:t>
            </w:r>
          </w:p>
        </w:tc>
      </w:tr>
    </w:tbl>
    <w:p w14:paraId="08752F3B" w14:textId="77777777" w:rsidR="00AD0E4F" w:rsidRDefault="008D426B">
      <w:pPr>
        <w:spacing w:after="20" w:line="240" w:lineRule="auto"/>
      </w:pPr>
      <w:r>
        <w:rPr>
          <w:color w:val="000000"/>
          <w:sz w:val="24"/>
        </w:rPr>
        <w:t>2. 要支援1・2：介護予防訪問看護</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948"/>
        <w:gridCol w:w="1020"/>
        <w:gridCol w:w="1701"/>
        <w:gridCol w:w="1531"/>
        <w:gridCol w:w="1531"/>
        <w:gridCol w:w="1587"/>
        <w:gridCol w:w="72"/>
      </w:tblGrid>
      <w:tr w:rsidR="00AD0E4F" w14:paraId="7927A02A" w14:textId="77777777">
        <w:trPr>
          <w:tblHeader/>
          <w:jc w:val="center"/>
        </w:trPr>
        <w:tc>
          <w:tcPr>
            <w:tcW w:w="2948" w:type="dxa"/>
            <w:shd w:val="clear" w:color="auto" w:fill="4A4A4A"/>
            <w:tcMar>
              <w:top w:w="45" w:type="dxa"/>
              <w:left w:w="100" w:type="dxa"/>
              <w:bottom w:w="45" w:type="dxa"/>
              <w:right w:w="100" w:type="dxa"/>
            </w:tcMar>
            <w:vAlign w:val="center"/>
          </w:tcPr>
          <w:p w14:paraId="12A18C87" w14:textId="77777777" w:rsidR="00AD0E4F" w:rsidRDefault="008D426B">
            <w:pPr>
              <w:spacing w:after="0" w:line="240" w:lineRule="auto"/>
              <w:jc w:val="center"/>
            </w:pPr>
            <w:r>
              <w:rPr>
                <w:color w:val="FFFFFF"/>
                <w:sz w:val="17"/>
              </w:rPr>
              <w:t>サービス・所要時間</w:t>
            </w:r>
          </w:p>
        </w:tc>
        <w:tc>
          <w:tcPr>
            <w:tcW w:w="1020" w:type="dxa"/>
            <w:shd w:val="clear" w:color="auto" w:fill="4A4A4A"/>
            <w:tcMar>
              <w:top w:w="45" w:type="dxa"/>
              <w:left w:w="100" w:type="dxa"/>
              <w:bottom w:w="45" w:type="dxa"/>
              <w:right w:w="100" w:type="dxa"/>
            </w:tcMar>
            <w:vAlign w:val="center"/>
          </w:tcPr>
          <w:p w14:paraId="5A98E352" w14:textId="77777777" w:rsidR="00AD0E4F" w:rsidRDefault="008D426B">
            <w:pPr>
              <w:spacing w:after="0" w:line="240" w:lineRule="auto"/>
              <w:jc w:val="center"/>
            </w:pPr>
            <w:r>
              <w:rPr>
                <w:color w:val="FFFFFF"/>
                <w:sz w:val="17"/>
              </w:rPr>
              <w:t>単位</w:t>
            </w:r>
          </w:p>
        </w:tc>
        <w:tc>
          <w:tcPr>
            <w:tcW w:w="1701" w:type="dxa"/>
            <w:shd w:val="clear" w:color="auto" w:fill="4A4A4A"/>
            <w:tcMar>
              <w:top w:w="45" w:type="dxa"/>
              <w:left w:w="100" w:type="dxa"/>
              <w:bottom w:w="45" w:type="dxa"/>
              <w:right w:w="100" w:type="dxa"/>
            </w:tcMar>
            <w:vAlign w:val="center"/>
          </w:tcPr>
          <w:p w14:paraId="3655972F" w14:textId="77777777" w:rsidR="00AD0E4F" w:rsidRDefault="008D426B">
            <w:pPr>
              <w:spacing w:after="0" w:line="240" w:lineRule="auto"/>
              <w:jc w:val="center"/>
            </w:pPr>
            <w:r>
              <w:rPr>
                <w:color w:val="FFFFFF"/>
                <w:sz w:val="17"/>
              </w:rPr>
              <w:t>全額</w:t>
            </w:r>
          </w:p>
        </w:tc>
        <w:tc>
          <w:tcPr>
            <w:tcW w:w="1531" w:type="dxa"/>
            <w:shd w:val="clear" w:color="auto" w:fill="4A4A4A"/>
            <w:tcMar>
              <w:top w:w="45" w:type="dxa"/>
              <w:left w:w="100" w:type="dxa"/>
              <w:bottom w:w="45" w:type="dxa"/>
              <w:right w:w="100" w:type="dxa"/>
            </w:tcMar>
            <w:vAlign w:val="center"/>
          </w:tcPr>
          <w:p w14:paraId="0C95AA1D" w14:textId="77777777" w:rsidR="00AD0E4F" w:rsidRDefault="008D426B">
            <w:pPr>
              <w:spacing w:after="0" w:line="240" w:lineRule="auto"/>
              <w:jc w:val="center"/>
            </w:pPr>
            <w:r>
              <w:rPr>
                <w:color w:val="FFFFFF"/>
                <w:sz w:val="17"/>
              </w:rPr>
              <w:t>1割</w:t>
            </w:r>
          </w:p>
        </w:tc>
        <w:tc>
          <w:tcPr>
            <w:tcW w:w="1531" w:type="dxa"/>
            <w:shd w:val="clear" w:color="auto" w:fill="4A4A4A"/>
            <w:tcMar>
              <w:top w:w="45" w:type="dxa"/>
              <w:left w:w="100" w:type="dxa"/>
              <w:bottom w:w="45" w:type="dxa"/>
              <w:right w:w="100" w:type="dxa"/>
            </w:tcMar>
            <w:vAlign w:val="center"/>
          </w:tcPr>
          <w:p w14:paraId="64ABCB50" w14:textId="77777777" w:rsidR="00AD0E4F" w:rsidRDefault="008D426B">
            <w:pPr>
              <w:spacing w:after="0" w:line="240" w:lineRule="auto"/>
              <w:jc w:val="center"/>
            </w:pPr>
            <w:r>
              <w:rPr>
                <w:color w:val="FFFFFF"/>
                <w:sz w:val="17"/>
              </w:rPr>
              <w:t>2割</w:t>
            </w:r>
          </w:p>
        </w:tc>
        <w:tc>
          <w:tcPr>
            <w:tcW w:w="1587" w:type="dxa"/>
            <w:gridSpan w:val="2"/>
            <w:shd w:val="clear" w:color="auto" w:fill="4A4A4A"/>
            <w:tcMar>
              <w:top w:w="45" w:type="dxa"/>
              <w:left w:w="100" w:type="dxa"/>
              <w:bottom w:w="45" w:type="dxa"/>
              <w:right w:w="100" w:type="dxa"/>
            </w:tcMar>
            <w:vAlign w:val="center"/>
          </w:tcPr>
          <w:p w14:paraId="2DA39F6B" w14:textId="77777777" w:rsidR="00AD0E4F" w:rsidRDefault="008D426B">
            <w:pPr>
              <w:spacing w:after="0" w:line="240" w:lineRule="auto"/>
              <w:jc w:val="center"/>
            </w:pPr>
            <w:r>
              <w:rPr>
                <w:color w:val="FFFFFF"/>
                <w:sz w:val="17"/>
              </w:rPr>
              <w:t>3割</w:t>
            </w:r>
          </w:p>
        </w:tc>
      </w:tr>
      <w:tr w:rsidR="00AD0E4F" w14:paraId="54442839" w14:textId="77777777">
        <w:trPr>
          <w:jc w:val="center"/>
        </w:trPr>
        <w:tc>
          <w:tcPr>
            <w:tcW w:w="2948" w:type="dxa"/>
            <w:tcMar>
              <w:top w:w="45" w:type="dxa"/>
              <w:left w:w="100" w:type="dxa"/>
              <w:bottom w:w="45" w:type="dxa"/>
              <w:right w:w="100" w:type="dxa"/>
            </w:tcMar>
            <w:vAlign w:val="center"/>
          </w:tcPr>
          <w:p w14:paraId="0038525D" w14:textId="77777777" w:rsidR="00AD0E4F" w:rsidRDefault="008D426B">
            <w:pPr>
              <w:spacing w:after="0" w:line="240" w:lineRule="auto"/>
            </w:pPr>
            <w:r>
              <w:rPr>
                <w:color w:val="000000"/>
                <w:sz w:val="17"/>
              </w:rPr>
              <w:t>20分未満</w:t>
            </w:r>
          </w:p>
        </w:tc>
        <w:tc>
          <w:tcPr>
            <w:tcW w:w="1020" w:type="dxa"/>
            <w:tcMar>
              <w:top w:w="45" w:type="dxa"/>
              <w:left w:w="100" w:type="dxa"/>
              <w:bottom w:w="45" w:type="dxa"/>
              <w:right w:w="100" w:type="dxa"/>
            </w:tcMar>
            <w:vAlign w:val="center"/>
          </w:tcPr>
          <w:p w14:paraId="0BBC6ADE" w14:textId="77777777" w:rsidR="00AD0E4F" w:rsidRDefault="008D426B">
            <w:pPr>
              <w:spacing w:after="0" w:line="240" w:lineRule="auto"/>
            </w:pPr>
            <w:r>
              <w:rPr>
                <w:color w:val="000000"/>
                <w:sz w:val="17"/>
              </w:rPr>
              <w:t>303</w:t>
            </w:r>
          </w:p>
        </w:tc>
        <w:tc>
          <w:tcPr>
            <w:tcW w:w="1701" w:type="dxa"/>
            <w:tcMar>
              <w:top w:w="45" w:type="dxa"/>
              <w:left w:w="100" w:type="dxa"/>
              <w:bottom w:w="45" w:type="dxa"/>
              <w:right w:w="100" w:type="dxa"/>
            </w:tcMar>
            <w:vAlign w:val="center"/>
          </w:tcPr>
          <w:p w14:paraId="565C7927" w14:textId="77777777" w:rsidR="00AD0E4F" w:rsidRDefault="008D426B">
            <w:pPr>
              <w:spacing w:after="0" w:line="240" w:lineRule="auto"/>
            </w:pPr>
            <w:r>
              <w:rPr>
                <w:color w:val="000000"/>
                <w:sz w:val="17"/>
              </w:rPr>
              <w:t>3,093円</w:t>
            </w:r>
          </w:p>
        </w:tc>
        <w:tc>
          <w:tcPr>
            <w:tcW w:w="1531" w:type="dxa"/>
            <w:tcMar>
              <w:top w:w="45" w:type="dxa"/>
              <w:left w:w="100" w:type="dxa"/>
              <w:bottom w:w="45" w:type="dxa"/>
              <w:right w:w="100" w:type="dxa"/>
            </w:tcMar>
            <w:vAlign w:val="center"/>
          </w:tcPr>
          <w:p w14:paraId="34A09F5B" w14:textId="77777777" w:rsidR="00AD0E4F" w:rsidRDefault="008D426B">
            <w:pPr>
              <w:spacing w:after="0" w:line="240" w:lineRule="auto"/>
            </w:pPr>
            <w:r>
              <w:rPr>
                <w:color w:val="000000"/>
                <w:sz w:val="17"/>
              </w:rPr>
              <w:t>310円</w:t>
            </w:r>
          </w:p>
        </w:tc>
        <w:tc>
          <w:tcPr>
            <w:tcW w:w="1531" w:type="dxa"/>
            <w:tcMar>
              <w:top w:w="45" w:type="dxa"/>
              <w:left w:w="100" w:type="dxa"/>
              <w:bottom w:w="45" w:type="dxa"/>
              <w:right w:w="100" w:type="dxa"/>
            </w:tcMar>
            <w:vAlign w:val="center"/>
          </w:tcPr>
          <w:p w14:paraId="110E3A95" w14:textId="77777777" w:rsidR="00AD0E4F" w:rsidRDefault="008D426B">
            <w:pPr>
              <w:spacing w:after="0" w:line="240" w:lineRule="auto"/>
            </w:pPr>
            <w:r>
              <w:rPr>
                <w:color w:val="000000"/>
                <w:sz w:val="17"/>
              </w:rPr>
              <w:t>619円</w:t>
            </w:r>
          </w:p>
        </w:tc>
        <w:tc>
          <w:tcPr>
            <w:tcW w:w="1587" w:type="dxa"/>
            <w:gridSpan w:val="2"/>
            <w:tcMar>
              <w:top w:w="45" w:type="dxa"/>
              <w:left w:w="100" w:type="dxa"/>
              <w:bottom w:w="45" w:type="dxa"/>
              <w:right w:w="100" w:type="dxa"/>
            </w:tcMar>
            <w:vAlign w:val="center"/>
          </w:tcPr>
          <w:p w14:paraId="69EA1568" w14:textId="77777777" w:rsidR="00AD0E4F" w:rsidRDefault="008D426B">
            <w:pPr>
              <w:spacing w:after="0" w:line="240" w:lineRule="auto"/>
            </w:pPr>
            <w:r>
              <w:rPr>
                <w:color w:val="000000"/>
                <w:sz w:val="17"/>
              </w:rPr>
              <w:t>928円</w:t>
            </w:r>
          </w:p>
        </w:tc>
      </w:tr>
      <w:tr w:rsidR="00AD0E4F" w14:paraId="6ABCB26D" w14:textId="77777777">
        <w:trPr>
          <w:jc w:val="center"/>
        </w:trPr>
        <w:tc>
          <w:tcPr>
            <w:tcW w:w="2948" w:type="dxa"/>
            <w:tcMar>
              <w:top w:w="45" w:type="dxa"/>
              <w:left w:w="100" w:type="dxa"/>
              <w:bottom w:w="45" w:type="dxa"/>
              <w:right w:w="100" w:type="dxa"/>
            </w:tcMar>
            <w:vAlign w:val="center"/>
          </w:tcPr>
          <w:p w14:paraId="55C7ECB2" w14:textId="77777777" w:rsidR="00AD0E4F" w:rsidRDefault="008D426B">
            <w:pPr>
              <w:spacing w:after="0" w:line="240" w:lineRule="auto"/>
            </w:pPr>
            <w:r>
              <w:rPr>
                <w:color w:val="000000"/>
                <w:sz w:val="17"/>
              </w:rPr>
              <w:t>20分以上30分未満</w:t>
            </w:r>
          </w:p>
        </w:tc>
        <w:tc>
          <w:tcPr>
            <w:tcW w:w="1020" w:type="dxa"/>
            <w:tcMar>
              <w:top w:w="45" w:type="dxa"/>
              <w:left w:w="100" w:type="dxa"/>
              <w:bottom w:w="45" w:type="dxa"/>
              <w:right w:w="100" w:type="dxa"/>
            </w:tcMar>
            <w:vAlign w:val="center"/>
          </w:tcPr>
          <w:p w14:paraId="71D04845" w14:textId="77777777" w:rsidR="00AD0E4F" w:rsidRDefault="008D426B">
            <w:pPr>
              <w:spacing w:after="0" w:line="240" w:lineRule="auto"/>
            </w:pPr>
            <w:r>
              <w:rPr>
                <w:color w:val="000000"/>
                <w:sz w:val="17"/>
              </w:rPr>
              <w:t>451</w:t>
            </w:r>
          </w:p>
        </w:tc>
        <w:tc>
          <w:tcPr>
            <w:tcW w:w="1701" w:type="dxa"/>
            <w:tcMar>
              <w:top w:w="45" w:type="dxa"/>
              <w:left w:w="100" w:type="dxa"/>
              <w:bottom w:w="45" w:type="dxa"/>
              <w:right w:w="100" w:type="dxa"/>
            </w:tcMar>
            <w:vAlign w:val="center"/>
          </w:tcPr>
          <w:p w14:paraId="5E717693" w14:textId="77777777" w:rsidR="00AD0E4F" w:rsidRDefault="008D426B">
            <w:pPr>
              <w:spacing w:after="0" w:line="240" w:lineRule="auto"/>
            </w:pPr>
            <w:r>
              <w:rPr>
                <w:color w:val="000000"/>
                <w:sz w:val="17"/>
              </w:rPr>
              <w:t>4,604円</w:t>
            </w:r>
          </w:p>
        </w:tc>
        <w:tc>
          <w:tcPr>
            <w:tcW w:w="1531" w:type="dxa"/>
            <w:tcMar>
              <w:top w:w="45" w:type="dxa"/>
              <w:left w:w="100" w:type="dxa"/>
              <w:bottom w:w="45" w:type="dxa"/>
              <w:right w:w="100" w:type="dxa"/>
            </w:tcMar>
            <w:vAlign w:val="center"/>
          </w:tcPr>
          <w:p w14:paraId="41DEDAD1" w14:textId="77777777" w:rsidR="00AD0E4F" w:rsidRDefault="008D426B">
            <w:pPr>
              <w:spacing w:after="0" w:line="240" w:lineRule="auto"/>
            </w:pPr>
            <w:r>
              <w:rPr>
                <w:color w:val="000000"/>
                <w:sz w:val="17"/>
              </w:rPr>
              <w:t>461円</w:t>
            </w:r>
          </w:p>
        </w:tc>
        <w:tc>
          <w:tcPr>
            <w:tcW w:w="1531" w:type="dxa"/>
            <w:tcMar>
              <w:top w:w="45" w:type="dxa"/>
              <w:left w:w="100" w:type="dxa"/>
              <w:bottom w:w="45" w:type="dxa"/>
              <w:right w:w="100" w:type="dxa"/>
            </w:tcMar>
            <w:vAlign w:val="center"/>
          </w:tcPr>
          <w:p w14:paraId="1D7D4F9B" w14:textId="77777777" w:rsidR="00AD0E4F" w:rsidRDefault="008D426B">
            <w:pPr>
              <w:spacing w:after="0" w:line="240" w:lineRule="auto"/>
            </w:pPr>
            <w:r>
              <w:rPr>
                <w:color w:val="000000"/>
                <w:sz w:val="17"/>
              </w:rPr>
              <w:t>921円</w:t>
            </w:r>
          </w:p>
        </w:tc>
        <w:tc>
          <w:tcPr>
            <w:tcW w:w="1587" w:type="dxa"/>
            <w:gridSpan w:val="2"/>
            <w:tcMar>
              <w:top w:w="45" w:type="dxa"/>
              <w:left w:w="100" w:type="dxa"/>
              <w:bottom w:w="45" w:type="dxa"/>
              <w:right w:w="100" w:type="dxa"/>
            </w:tcMar>
            <w:vAlign w:val="center"/>
          </w:tcPr>
          <w:p w14:paraId="6B63B251" w14:textId="77777777" w:rsidR="00AD0E4F" w:rsidRDefault="008D426B">
            <w:pPr>
              <w:spacing w:after="0" w:line="240" w:lineRule="auto"/>
            </w:pPr>
            <w:r>
              <w:rPr>
                <w:color w:val="000000"/>
                <w:sz w:val="17"/>
              </w:rPr>
              <w:t>1,382円</w:t>
            </w:r>
          </w:p>
        </w:tc>
      </w:tr>
      <w:tr w:rsidR="00AD0E4F" w14:paraId="092A6767" w14:textId="77777777">
        <w:trPr>
          <w:jc w:val="center"/>
        </w:trPr>
        <w:tc>
          <w:tcPr>
            <w:tcW w:w="2948" w:type="dxa"/>
            <w:tcMar>
              <w:top w:w="45" w:type="dxa"/>
              <w:left w:w="100" w:type="dxa"/>
              <w:bottom w:w="45" w:type="dxa"/>
              <w:right w:w="100" w:type="dxa"/>
            </w:tcMar>
            <w:vAlign w:val="center"/>
          </w:tcPr>
          <w:p w14:paraId="6415FA1B" w14:textId="77777777" w:rsidR="00AD0E4F" w:rsidRDefault="008D426B">
            <w:pPr>
              <w:spacing w:after="0" w:line="240" w:lineRule="auto"/>
            </w:pPr>
            <w:r>
              <w:rPr>
                <w:color w:val="000000"/>
                <w:sz w:val="17"/>
              </w:rPr>
              <w:t>30分以上60分未満</w:t>
            </w:r>
          </w:p>
        </w:tc>
        <w:tc>
          <w:tcPr>
            <w:tcW w:w="1020" w:type="dxa"/>
            <w:tcMar>
              <w:top w:w="45" w:type="dxa"/>
              <w:left w:w="100" w:type="dxa"/>
              <w:bottom w:w="45" w:type="dxa"/>
              <w:right w:w="100" w:type="dxa"/>
            </w:tcMar>
            <w:vAlign w:val="center"/>
          </w:tcPr>
          <w:p w14:paraId="3A28B6F9" w14:textId="77777777" w:rsidR="00AD0E4F" w:rsidRDefault="008D426B">
            <w:pPr>
              <w:spacing w:after="0" w:line="240" w:lineRule="auto"/>
            </w:pPr>
            <w:r>
              <w:rPr>
                <w:color w:val="000000"/>
                <w:sz w:val="17"/>
              </w:rPr>
              <w:t>794</w:t>
            </w:r>
          </w:p>
        </w:tc>
        <w:tc>
          <w:tcPr>
            <w:tcW w:w="1701" w:type="dxa"/>
            <w:tcMar>
              <w:top w:w="45" w:type="dxa"/>
              <w:left w:w="100" w:type="dxa"/>
              <w:bottom w:w="45" w:type="dxa"/>
              <w:right w:w="100" w:type="dxa"/>
            </w:tcMar>
            <w:vAlign w:val="center"/>
          </w:tcPr>
          <w:p w14:paraId="47004E24" w14:textId="77777777" w:rsidR="00AD0E4F" w:rsidRDefault="008D426B">
            <w:pPr>
              <w:spacing w:after="0" w:line="240" w:lineRule="auto"/>
            </w:pPr>
            <w:r>
              <w:rPr>
                <w:color w:val="000000"/>
                <w:sz w:val="17"/>
              </w:rPr>
              <w:t>8,106円</w:t>
            </w:r>
          </w:p>
        </w:tc>
        <w:tc>
          <w:tcPr>
            <w:tcW w:w="1531" w:type="dxa"/>
            <w:tcMar>
              <w:top w:w="45" w:type="dxa"/>
              <w:left w:w="100" w:type="dxa"/>
              <w:bottom w:w="45" w:type="dxa"/>
              <w:right w:w="100" w:type="dxa"/>
            </w:tcMar>
            <w:vAlign w:val="center"/>
          </w:tcPr>
          <w:p w14:paraId="71C29331" w14:textId="77777777" w:rsidR="00AD0E4F" w:rsidRDefault="008D426B">
            <w:pPr>
              <w:spacing w:after="0" w:line="240" w:lineRule="auto"/>
            </w:pPr>
            <w:r>
              <w:rPr>
                <w:color w:val="000000"/>
                <w:sz w:val="17"/>
              </w:rPr>
              <w:t>811円</w:t>
            </w:r>
          </w:p>
        </w:tc>
        <w:tc>
          <w:tcPr>
            <w:tcW w:w="1531" w:type="dxa"/>
            <w:tcMar>
              <w:top w:w="45" w:type="dxa"/>
              <w:left w:w="100" w:type="dxa"/>
              <w:bottom w:w="45" w:type="dxa"/>
              <w:right w:w="100" w:type="dxa"/>
            </w:tcMar>
            <w:vAlign w:val="center"/>
          </w:tcPr>
          <w:p w14:paraId="5095B004" w14:textId="77777777" w:rsidR="00AD0E4F" w:rsidRDefault="008D426B">
            <w:pPr>
              <w:spacing w:after="0" w:line="240" w:lineRule="auto"/>
            </w:pPr>
            <w:r>
              <w:rPr>
                <w:color w:val="000000"/>
                <w:sz w:val="17"/>
              </w:rPr>
              <w:t>1,622円</w:t>
            </w:r>
          </w:p>
        </w:tc>
        <w:tc>
          <w:tcPr>
            <w:tcW w:w="1587" w:type="dxa"/>
            <w:gridSpan w:val="2"/>
            <w:tcMar>
              <w:top w:w="45" w:type="dxa"/>
              <w:left w:w="100" w:type="dxa"/>
              <w:bottom w:w="45" w:type="dxa"/>
              <w:right w:w="100" w:type="dxa"/>
            </w:tcMar>
            <w:vAlign w:val="center"/>
          </w:tcPr>
          <w:p w14:paraId="198E74FA" w14:textId="77777777" w:rsidR="00AD0E4F" w:rsidRDefault="008D426B">
            <w:pPr>
              <w:spacing w:after="0" w:line="240" w:lineRule="auto"/>
            </w:pPr>
            <w:r>
              <w:rPr>
                <w:color w:val="000000"/>
                <w:sz w:val="17"/>
              </w:rPr>
              <w:t>2,432円</w:t>
            </w:r>
          </w:p>
        </w:tc>
      </w:tr>
      <w:tr w:rsidR="00AD0E4F" w14:paraId="25A810FA" w14:textId="77777777">
        <w:trPr>
          <w:jc w:val="center"/>
        </w:trPr>
        <w:tc>
          <w:tcPr>
            <w:tcW w:w="2948" w:type="dxa"/>
            <w:tcMar>
              <w:top w:w="45" w:type="dxa"/>
              <w:left w:w="100" w:type="dxa"/>
              <w:bottom w:w="45" w:type="dxa"/>
              <w:right w:w="100" w:type="dxa"/>
            </w:tcMar>
            <w:vAlign w:val="center"/>
          </w:tcPr>
          <w:p w14:paraId="3ACD7FF5" w14:textId="77777777" w:rsidR="00AD0E4F" w:rsidRDefault="008D426B">
            <w:pPr>
              <w:spacing w:after="0" w:line="240" w:lineRule="auto"/>
            </w:pPr>
            <w:r>
              <w:rPr>
                <w:color w:val="000000"/>
                <w:sz w:val="17"/>
              </w:rPr>
              <w:t>60分以上90分未満</w:t>
            </w:r>
          </w:p>
        </w:tc>
        <w:tc>
          <w:tcPr>
            <w:tcW w:w="1020" w:type="dxa"/>
            <w:tcMar>
              <w:top w:w="45" w:type="dxa"/>
              <w:left w:w="100" w:type="dxa"/>
              <w:bottom w:w="45" w:type="dxa"/>
              <w:right w:w="100" w:type="dxa"/>
            </w:tcMar>
            <w:vAlign w:val="center"/>
          </w:tcPr>
          <w:p w14:paraId="78B2B3EA" w14:textId="77777777" w:rsidR="00AD0E4F" w:rsidRDefault="008D426B">
            <w:pPr>
              <w:spacing w:after="0" w:line="240" w:lineRule="auto"/>
            </w:pPr>
            <w:r>
              <w:rPr>
                <w:color w:val="000000"/>
                <w:sz w:val="17"/>
              </w:rPr>
              <w:t>1,090</w:t>
            </w:r>
          </w:p>
        </w:tc>
        <w:tc>
          <w:tcPr>
            <w:tcW w:w="1701" w:type="dxa"/>
            <w:tcMar>
              <w:top w:w="45" w:type="dxa"/>
              <w:left w:w="100" w:type="dxa"/>
              <w:bottom w:w="45" w:type="dxa"/>
              <w:right w:w="100" w:type="dxa"/>
            </w:tcMar>
            <w:vAlign w:val="center"/>
          </w:tcPr>
          <w:p w14:paraId="7AAD1702" w14:textId="77777777" w:rsidR="00AD0E4F" w:rsidRDefault="008D426B">
            <w:pPr>
              <w:spacing w:after="0" w:line="240" w:lineRule="auto"/>
            </w:pPr>
            <w:r>
              <w:rPr>
                <w:color w:val="000000"/>
                <w:sz w:val="17"/>
              </w:rPr>
              <w:t>11,128円</w:t>
            </w:r>
          </w:p>
        </w:tc>
        <w:tc>
          <w:tcPr>
            <w:tcW w:w="1531" w:type="dxa"/>
            <w:tcMar>
              <w:top w:w="45" w:type="dxa"/>
              <w:left w:w="100" w:type="dxa"/>
              <w:bottom w:w="45" w:type="dxa"/>
              <w:right w:w="100" w:type="dxa"/>
            </w:tcMar>
            <w:vAlign w:val="center"/>
          </w:tcPr>
          <w:p w14:paraId="5D58A36F" w14:textId="77777777" w:rsidR="00AD0E4F" w:rsidRDefault="008D426B">
            <w:pPr>
              <w:spacing w:after="0" w:line="240" w:lineRule="auto"/>
            </w:pPr>
            <w:r>
              <w:rPr>
                <w:color w:val="000000"/>
                <w:sz w:val="17"/>
              </w:rPr>
              <w:t>1,113円</w:t>
            </w:r>
          </w:p>
        </w:tc>
        <w:tc>
          <w:tcPr>
            <w:tcW w:w="1531" w:type="dxa"/>
            <w:tcMar>
              <w:top w:w="45" w:type="dxa"/>
              <w:left w:w="100" w:type="dxa"/>
              <w:bottom w:w="45" w:type="dxa"/>
              <w:right w:w="100" w:type="dxa"/>
            </w:tcMar>
            <w:vAlign w:val="center"/>
          </w:tcPr>
          <w:p w14:paraId="2C82AEF8" w14:textId="77777777" w:rsidR="00AD0E4F" w:rsidRDefault="008D426B">
            <w:pPr>
              <w:spacing w:after="0" w:line="240" w:lineRule="auto"/>
            </w:pPr>
            <w:r>
              <w:rPr>
                <w:color w:val="000000"/>
                <w:sz w:val="17"/>
              </w:rPr>
              <w:t>2,226円</w:t>
            </w:r>
          </w:p>
        </w:tc>
        <w:tc>
          <w:tcPr>
            <w:tcW w:w="1587" w:type="dxa"/>
            <w:gridSpan w:val="2"/>
            <w:tcMar>
              <w:top w:w="45" w:type="dxa"/>
              <w:left w:w="100" w:type="dxa"/>
              <w:bottom w:w="45" w:type="dxa"/>
              <w:right w:w="100" w:type="dxa"/>
            </w:tcMar>
            <w:vAlign w:val="center"/>
          </w:tcPr>
          <w:p w14:paraId="2C7F2B2C" w14:textId="77777777" w:rsidR="00AD0E4F" w:rsidRDefault="008D426B">
            <w:pPr>
              <w:spacing w:after="0" w:line="240" w:lineRule="auto"/>
            </w:pPr>
            <w:r>
              <w:rPr>
                <w:color w:val="000000"/>
                <w:sz w:val="17"/>
              </w:rPr>
              <w:t>3,339円</w:t>
            </w:r>
          </w:p>
        </w:tc>
      </w:tr>
      <w:tr w:rsidR="00AD0E4F" w14:paraId="281C082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2" w:type="dxa"/>
          <w:jc w:val="center"/>
        </w:trPr>
        <w:tc>
          <w:tcPr>
            <w:tcW w:w="10318" w:type="dxa"/>
            <w:gridSpan w:val="6"/>
            <w:tcBorders>
              <w:top w:val="single" w:sz="8" w:space="0" w:color="777777"/>
              <w:left w:val="single" w:sz="8" w:space="0" w:color="777777"/>
              <w:bottom w:val="single" w:sz="8" w:space="0" w:color="777777"/>
              <w:right w:val="single" w:sz="8" w:space="0" w:color="777777"/>
            </w:tcBorders>
            <w:shd w:val="clear" w:color="auto" w:fill="F7F7F7"/>
            <w:tcMar>
              <w:top w:w="45" w:type="dxa"/>
              <w:left w:w="170" w:type="dxa"/>
              <w:bottom w:w="45" w:type="dxa"/>
              <w:right w:w="170" w:type="dxa"/>
            </w:tcMar>
            <w:vAlign w:val="center"/>
          </w:tcPr>
          <w:p w14:paraId="3BA00011" w14:textId="77777777" w:rsidR="00AD0E4F" w:rsidRDefault="008D426B">
            <w:pPr>
              <w:spacing w:after="0" w:line="240" w:lineRule="auto"/>
            </w:pPr>
            <w:r>
              <w:rPr>
                <w:color w:val="000000"/>
                <w:sz w:val="22"/>
              </w:rPr>
              <w:t>料金例：要介護・30分以上60分未満</w:t>
            </w:r>
          </w:p>
          <w:p w14:paraId="042F5D54" w14:textId="77777777" w:rsidR="00AD0E4F" w:rsidRDefault="008D426B">
            <w:pPr>
              <w:spacing w:after="0" w:line="240" w:lineRule="auto"/>
            </w:pPr>
            <w:r>
              <w:rPr>
                <w:color w:val="000000"/>
                <w:sz w:val="17"/>
              </w:rPr>
              <w:t>823単位×10.21円＝8,402円（総費用の目安）。1割負担841円、2割負担1,681円、3割負担2,521円です。周南・防府・下松・光のいずれにお住まいでも同一です。</w:t>
            </w:r>
          </w:p>
        </w:tc>
      </w:tr>
    </w:tbl>
    <w:p w14:paraId="56709EB2" w14:textId="77777777" w:rsidR="00AD0E4F" w:rsidRDefault="008D426B">
      <w:pPr>
        <w:spacing w:after="40" w:line="240" w:lineRule="auto"/>
      </w:pPr>
      <w:r>
        <w:rPr>
          <w:color w:val="000000"/>
          <w:sz w:val="17"/>
        </w:rPr>
        <w:t>算定に関する注意</w:t>
      </w:r>
    </w:p>
    <w:p w14:paraId="39850228" w14:textId="77777777" w:rsidR="00AD0E4F" w:rsidRDefault="008D426B">
      <w:pPr>
        <w:spacing w:after="20" w:line="240" w:lineRule="auto"/>
      </w:pPr>
      <w:r>
        <w:rPr>
          <w:color w:val="000000"/>
          <w:sz w:val="17"/>
        </w:rPr>
        <w:t>・20分未満の訪問は、所定の提供体制や、週1回以上の20分以上の訪問など、必要な算定要件を満たす場合に限ります。</w:t>
      </w:r>
    </w:p>
    <w:p w14:paraId="3EB09D29" w14:textId="77777777" w:rsidR="00AD0E4F" w:rsidRDefault="008D426B">
      <w:pPr>
        <w:spacing w:after="20" w:line="240" w:lineRule="auto"/>
      </w:pPr>
      <w:r>
        <w:rPr>
          <w:color w:val="000000"/>
          <w:sz w:val="17"/>
        </w:rPr>
        <w:t>・訪問時間は実際の滞在時間だけでなく、主治医の指示と訪問看護計画に定めた標準的な所要時間で判断します。</w:t>
      </w:r>
    </w:p>
    <w:p w14:paraId="188A0590" w14:textId="77777777" w:rsidR="00AD0E4F" w:rsidRDefault="008D426B">
      <w:pPr>
        <w:spacing w:after="20" w:line="240" w:lineRule="auto"/>
      </w:pPr>
      <w:r>
        <w:rPr>
          <w:color w:val="000000"/>
          <w:sz w:val="30"/>
        </w:rPr>
        <w:t>06 介護保険の基本料金 - 准看護師・理学療法士等</w:t>
      </w:r>
    </w:p>
    <w:p w14:paraId="02042CB9" w14:textId="77777777" w:rsidR="00AD0E4F" w:rsidRDefault="00AD0E4F">
      <w:pPr>
        <w:pBdr>
          <w:bottom w:val="single" w:sz="8" w:space="1" w:color="777777"/>
        </w:pBdr>
        <w:spacing w:before="20" w:after="0" w:line="240" w:lineRule="auto"/>
      </w:pPr>
    </w:p>
    <w:p w14:paraId="75346CA7" w14:textId="77777777" w:rsidR="00AD0E4F" w:rsidRDefault="008D426B">
      <w:pPr>
        <w:spacing w:after="20" w:line="240" w:lineRule="auto"/>
      </w:pPr>
      <w:r>
        <w:rPr>
          <w:color w:val="000000"/>
          <w:sz w:val="17"/>
        </w:rPr>
        <w:t>1. 准看護師による訪問 - 要介護</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948"/>
        <w:gridCol w:w="1020"/>
        <w:gridCol w:w="1701"/>
        <w:gridCol w:w="1531"/>
        <w:gridCol w:w="1531"/>
        <w:gridCol w:w="1587"/>
      </w:tblGrid>
      <w:tr w:rsidR="00AD0E4F" w14:paraId="658CA555" w14:textId="77777777">
        <w:trPr>
          <w:tblHeader/>
          <w:jc w:val="center"/>
        </w:trPr>
        <w:tc>
          <w:tcPr>
            <w:tcW w:w="2948" w:type="dxa"/>
            <w:shd w:val="clear" w:color="auto" w:fill="4A4A4A"/>
            <w:tcMar>
              <w:top w:w="45" w:type="dxa"/>
              <w:left w:w="100" w:type="dxa"/>
              <w:bottom w:w="45" w:type="dxa"/>
              <w:right w:w="100" w:type="dxa"/>
            </w:tcMar>
            <w:vAlign w:val="center"/>
          </w:tcPr>
          <w:p w14:paraId="77392C64" w14:textId="77777777" w:rsidR="00AD0E4F" w:rsidRDefault="008D426B">
            <w:pPr>
              <w:spacing w:after="0" w:line="240" w:lineRule="auto"/>
              <w:jc w:val="center"/>
            </w:pPr>
            <w:r>
              <w:rPr>
                <w:color w:val="FFFFFF"/>
                <w:sz w:val="17"/>
              </w:rPr>
              <w:lastRenderedPageBreak/>
              <w:t>サービス・所要時間</w:t>
            </w:r>
          </w:p>
        </w:tc>
        <w:tc>
          <w:tcPr>
            <w:tcW w:w="1020" w:type="dxa"/>
            <w:shd w:val="clear" w:color="auto" w:fill="4A4A4A"/>
            <w:tcMar>
              <w:top w:w="45" w:type="dxa"/>
              <w:left w:w="100" w:type="dxa"/>
              <w:bottom w:w="45" w:type="dxa"/>
              <w:right w:w="100" w:type="dxa"/>
            </w:tcMar>
            <w:vAlign w:val="center"/>
          </w:tcPr>
          <w:p w14:paraId="6768F47B" w14:textId="77777777" w:rsidR="00AD0E4F" w:rsidRDefault="008D426B">
            <w:pPr>
              <w:spacing w:after="0" w:line="240" w:lineRule="auto"/>
              <w:jc w:val="center"/>
            </w:pPr>
            <w:r>
              <w:rPr>
                <w:color w:val="FFFFFF"/>
                <w:sz w:val="17"/>
              </w:rPr>
              <w:t>単位</w:t>
            </w:r>
          </w:p>
        </w:tc>
        <w:tc>
          <w:tcPr>
            <w:tcW w:w="1701" w:type="dxa"/>
            <w:shd w:val="clear" w:color="auto" w:fill="4A4A4A"/>
            <w:tcMar>
              <w:top w:w="45" w:type="dxa"/>
              <w:left w:w="100" w:type="dxa"/>
              <w:bottom w:w="45" w:type="dxa"/>
              <w:right w:w="100" w:type="dxa"/>
            </w:tcMar>
            <w:vAlign w:val="center"/>
          </w:tcPr>
          <w:p w14:paraId="40781223" w14:textId="77777777" w:rsidR="00AD0E4F" w:rsidRDefault="008D426B">
            <w:pPr>
              <w:spacing w:after="0" w:line="240" w:lineRule="auto"/>
              <w:jc w:val="center"/>
            </w:pPr>
            <w:r>
              <w:rPr>
                <w:color w:val="FFFFFF"/>
                <w:sz w:val="17"/>
              </w:rPr>
              <w:t>全額</w:t>
            </w:r>
          </w:p>
        </w:tc>
        <w:tc>
          <w:tcPr>
            <w:tcW w:w="1531" w:type="dxa"/>
            <w:shd w:val="clear" w:color="auto" w:fill="4A4A4A"/>
            <w:tcMar>
              <w:top w:w="45" w:type="dxa"/>
              <w:left w:w="100" w:type="dxa"/>
              <w:bottom w:w="45" w:type="dxa"/>
              <w:right w:w="100" w:type="dxa"/>
            </w:tcMar>
            <w:vAlign w:val="center"/>
          </w:tcPr>
          <w:p w14:paraId="595CA16E" w14:textId="77777777" w:rsidR="00AD0E4F" w:rsidRDefault="008D426B">
            <w:pPr>
              <w:spacing w:after="0" w:line="240" w:lineRule="auto"/>
              <w:jc w:val="center"/>
            </w:pPr>
            <w:r>
              <w:rPr>
                <w:color w:val="FFFFFF"/>
                <w:sz w:val="17"/>
              </w:rPr>
              <w:t>1割</w:t>
            </w:r>
          </w:p>
        </w:tc>
        <w:tc>
          <w:tcPr>
            <w:tcW w:w="1531" w:type="dxa"/>
            <w:shd w:val="clear" w:color="auto" w:fill="4A4A4A"/>
            <w:tcMar>
              <w:top w:w="45" w:type="dxa"/>
              <w:left w:w="100" w:type="dxa"/>
              <w:bottom w:w="45" w:type="dxa"/>
              <w:right w:w="100" w:type="dxa"/>
            </w:tcMar>
            <w:vAlign w:val="center"/>
          </w:tcPr>
          <w:p w14:paraId="51A9D532" w14:textId="77777777" w:rsidR="00AD0E4F" w:rsidRDefault="008D426B">
            <w:pPr>
              <w:spacing w:after="0" w:line="240" w:lineRule="auto"/>
              <w:jc w:val="center"/>
            </w:pPr>
            <w:r>
              <w:rPr>
                <w:color w:val="FFFFFF"/>
                <w:sz w:val="17"/>
              </w:rPr>
              <w:t>2割</w:t>
            </w:r>
          </w:p>
        </w:tc>
        <w:tc>
          <w:tcPr>
            <w:tcW w:w="1587" w:type="dxa"/>
            <w:shd w:val="clear" w:color="auto" w:fill="4A4A4A"/>
            <w:tcMar>
              <w:top w:w="45" w:type="dxa"/>
              <w:left w:w="100" w:type="dxa"/>
              <w:bottom w:w="45" w:type="dxa"/>
              <w:right w:w="100" w:type="dxa"/>
            </w:tcMar>
            <w:vAlign w:val="center"/>
          </w:tcPr>
          <w:p w14:paraId="7B64D001" w14:textId="77777777" w:rsidR="00AD0E4F" w:rsidRDefault="008D426B">
            <w:pPr>
              <w:spacing w:after="0" w:line="240" w:lineRule="auto"/>
              <w:jc w:val="center"/>
            </w:pPr>
            <w:r>
              <w:rPr>
                <w:color w:val="FFFFFF"/>
                <w:sz w:val="17"/>
              </w:rPr>
              <w:t>3割</w:t>
            </w:r>
          </w:p>
        </w:tc>
      </w:tr>
      <w:tr w:rsidR="00AD0E4F" w14:paraId="18E4043D" w14:textId="77777777">
        <w:trPr>
          <w:jc w:val="center"/>
        </w:trPr>
        <w:tc>
          <w:tcPr>
            <w:tcW w:w="2948" w:type="dxa"/>
            <w:tcMar>
              <w:top w:w="45" w:type="dxa"/>
              <w:left w:w="100" w:type="dxa"/>
              <w:bottom w:w="45" w:type="dxa"/>
              <w:right w:w="100" w:type="dxa"/>
            </w:tcMar>
            <w:vAlign w:val="center"/>
          </w:tcPr>
          <w:p w14:paraId="5FAF882A" w14:textId="77777777" w:rsidR="00AD0E4F" w:rsidRDefault="008D426B">
            <w:pPr>
              <w:spacing w:after="0" w:line="240" w:lineRule="auto"/>
            </w:pPr>
            <w:r>
              <w:rPr>
                <w:color w:val="000000"/>
                <w:sz w:val="17"/>
              </w:rPr>
              <w:t>20分未満</w:t>
            </w:r>
          </w:p>
        </w:tc>
        <w:tc>
          <w:tcPr>
            <w:tcW w:w="1020" w:type="dxa"/>
            <w:tcMar>
              <w:top w:w="45" w:type="dxa"/>
              <w:left w:w="100" w:type="dxa"/>
              <w:bottom w:w="45" w:type="dxa"/>
              <w:right w:w="100" w:type="dxa"/>
            </w:tcMar>
            <w:vAlign w:val="center"/>
          </w:tcPr>
          <w:p w14:paraId="6C07AEBD" w14:textId="77777777" w:rsidR="00AD0E4F" w:rsidRDefault="008D426B">
            <w:pPr>
              <w:spacing w:after="0" w:line="240" w:lineRule="auto"/>
            </w:pPr>
            <w:r>
              <w:rPr>
                <w:color w:val="000000"/>
                <w:sz w:val="17"/>
              </w:rPr>
              <w:t>283</w:t>
            </w:r>
          </w:p>
        </w:tc>
        <w:tc>
          <w:tcPr>
            <w:tcW w:w="1701" w:type="dxa"/>
            <w:tcMar>
              <w:top w:w="45" w:type="dxa"/>
              <w:left w:w="100" w:type="dxa"/>
              <w:bottom w:w="45" w:type="dxa"/>
              <w:right w:w="100" w:type="dxa"/>
            </w:tcMar>
            <w:vAlign w:val="center"/>
          </w:tcPr>
          <w:p w14:paraId="7DC76FAF" w14:textId="77777777" w:rsidR="00AD0E4F" w:rsidRDefault="008D426B">
            <w:pPr>
              <w:spacing w:after="0" w:line="240" w:lineRule="auto"/>
            </w:pPr>
            <w:r>
              <w:rPr>
                <w:color w:val="000000"/>
                <w:sz w:val="17"/>
              </w:rPr>
              <w:t>2,889円</w:t>
            </w:r>
          </w:p>
        </w:tc>
        <w:tc>
          <w:tcPr>
            <w:tcW w:w="1531" w:type="dxa"/>
            <w:tcMar>
              <w:top w:w="45" w:type="dxa"/>
              <w:left w:w="100" w:type="dxa"/>
              <w:bottom w:w="45" w:type="dxa"/>
              <w:right w:w="100" w:type="dxa"/>
            </w:tcMar>
            <w:vAlign w:val="center"/>
          </w:tcPr>
          <w:p w14:paraId="6714837C" w14:textId="77777777" w:rsidR="00AD0E4F" w:rsidRDefault="008D426B">
            <w:pPr>
              <w:spacing w:after="0" w:line="240" w:lineRule="auto"/>
            </w:pPr>
            <w:r>
              <w:rPr>
                <w:color w:val="000000"/>
                <w:sz w:val="17"/>
              </w:rPr>
              <w:t>289円</w:t>
            </w:r>
          </w:p>
        </w:tc>
        <w:tc>
          <w:tcPr>
            <w:tcW w:w="1531" w:type="dxa"/>
            <w:tcMar>
              <w:top w:w="45" w:type="dxa"/>
              <w:left w:w="100" w:type="dxa"/>
              <w:bottom w:w="45" w:type="dxa"/>
              <w:right w:w="100" w:type="dxa"/>
            </w:tcMar>
            <w:vAlign w:val="center"/>
          </w:tcPr>
          <w:p w14:paraId="19051014" w14:textId="77777777" w:rsidR="00AD0E4F" w:rsidRDefault="008D426B">
            <w:pPr>
              <w:spacing w:after="0" w:line="240" w:lineRule="auto"/>
            </w:pPr>
            <w:r>
              <w:rPr>
                <w:color w:val="000000"/>
                <w:sz w:val="17"/>
              </w:rPr>
              <w:t>578円</w:t>
            </w:r>
          </w:p>
        </w:tc>
        <w:tc>
          <w:tcPr>
            <w:tcW w:w="1587" w:type="dxa"/>
            <w:tcMar>
              <w:top w:w="45" w:type="dxa"/>
              <w:left w:w="100" w:type="dxa"/>
              <w:bottom w:w="45" w:type="dxa"/>
              <w:right w:w="100" w:type="dxa"/>
            </w:tcMar>
            <w:vAlign w:val="center"/>
          </w:tcPr>
          <w:p w14:paraId="7246958C" w14:textId="77777777" w:rsidR="00AD0E4F" w:rsidRDefault="008D426B">
            <w:pPr>
              <w:spacing w:after="0" w:line="240" w:lineRule="auto"/>
            </w:pPr>
            <w:r>
              <w:rPr>
                <w:color w:val="000000"/>
                <w:sz w:val="17"/>
              </w:rPr>
              <w:t>867円</w:t>
            </w:r>
          </w:p>
        </w:tc>
      </w:tr>
      <w:tr w:rsidR="00AD0E4F" w14:paraId="1EEB5D54" w14:textId="77777777">
        <w:trPr>
          <w:jc w:val="center"/>
        </w:trPr>
        <w:tc>
          <w:tcPr>
            <w:tcW w:w="2948" w:type="dxa"/>
            <w:tcMar>
              <w:top w:w="45" w:type="dxa"/>
              <w:left w:w="100" w:type="dxa"/>
              <w:bottom w:w="45" w:type="dxa"/>
              <w:right w:w="100" w:type="dxa"/>
            </w:tcMar>
            <w:vAlign w:val="center"/>
          </w:tcPr>
          <w:p w14:paraId="7E834CAE" w14:textId="77777777" w:rsidR="00AD0E4F" w:rsidRDefault="008D426B">
            <w:pPr>
              <w:spacing w:after="0" w:line="240" w:lineRule="auto"/>
            </w:pPr>
            <w:r>
              <w:rPr>
                <w:color w:val="000000"/>
                <w:sz w:val="17"/>
              </w:rPr>
              <w:t>20分以上30分未満</w:t>
            </w:r>
          </w:p>
        </w:tc>
        <w:tc>
          <w:tcPr>
            <w:tcW w:w="1020" w:type="dxa"/>
            <w:tcMar>
              <w:top w:w="45" w:type="dxa"/>
              <w:left w:w="100" w:type="dxa"/>
              <w:bottom w:w="45" w:type="dxa"/>
              <w:right w:w="100" w:type="dxa"/>
            </w:tcMar>
            <w:vAlign w:val="center"/>
          </w:tcPr>
          <w:p w14:paraId="0E21BC14" w14:textId="77777777" w:rsidR="00AD0E4F" w:rsidRDefault="008D426B">
            <w:pPr>
              <w:spacing w:after="0" w:line="240" w:lineRule="auto"/>
            </w:pPr>
            <w:r>
              <w:rPr>
                <w:color w:val="000000"/>
                <w:sz w:val="17"/>
              </w:rPr>
              <w:t>424</w:t>
            </w:r>
          </w:p>
        </w:tc>
        <w:tc>
          <w:tcPr>
            <w:tcW w:w="1701" w:type="dxa"/>
            <w:tcMar>
              <w:top w:w="45" w:type="dxa"/>
              <w:left w:w="100" w:type="dxa"/>
              <w:bottom w:w="45" w:type="dxa"/>
              <w:right w:w="100" w:type="dxa"/>
            </w:tcMar>
            <w:vAlign w:val="center"/>
          </w:tcPr>
          <w:p w14:paraId="3F391153" w14:textId="77777777" w:rsidR="00AD0E4F" w:rsidRDefault="008D426B">
            <w:pPr>
              <w:spacing w:after="0" w:line="240" w:lineRule="auto"/>
            </w:pPr>
            <w:r>
              <w:rPr>
                <w:color w:val="000000"/>
                <w:sz w:val="17"/>
              </w:rPr>
              <w:t>4,329円</w:t>
            </w:r>
          </w:p>
        </w:tc>
        <w:tc>
          <w:tcPr>
            <w:tcW w:w="1531" w:type="dxa"/>
            <w:tcMar>
              <w:top w:w="45" w:type="dxa"/>
              <w:left w:w="100" w:type="dxa"/>
              <w:bottom w:w="45" w:type="dxa"/>
              <w:right w:w="100" w:type="dxa"/>
            </w:tcMar>
            <w:vAlign w:val="center"/>
          </w:tcPr>
          <w:p w14:paraId="0B5A70A0" w14:textId="77777777" w:rsidR="00AD0E4F" w:rsidRDefault="008D426B">
            <w:pPr>
              <w:spacing w:after="0" w:line="240" w:lineRule="auto"/>
            </w:pPr>
            <w:r>
              <w:rPr>
                <w:color w:val="000000"/>
                <w:sz w:val="17"/>
              </w:rPr>
              <w:t>433円</w:t>
            </w:r>
          </w:p>
        </w:tc>
        <w:tc>
          <w:tcPr>
            <w:tcW w:w="1531" w:type="dxa"/>
            <w:tcMar>
              <w:top w:w="45" w:type="dxa"/>
              <w:left w:w="100" w:type="dxa"/>
              <w:bottom w:w="45" w:type="dxa"/>
              <w:right w:w="100" w:type="dxa"/>
            </w:tcMar>
            <w:vAlign w:val="center"/>
          </w:tcPr>
          <w:p w14:paraId="279F6AF1" w14:textId="77777777" w:rsidR="00AD0E4F" w:rsidRDefault="008D426B">
            <w:pPr>
              <w:spacing w:after="0" w:line="240" w:lineRule="auto"/>
            </w:pPr>
            <w:r>
              <w:rPr>
                <w:color w:val="000000"/>
                <w:sz w:val="17"/>
              </w:rPr>
              <w:t>866円</w:t>
            </w:r>
          </w:p>
        </w:tc>
        <w:tc>
          <w:tcPr>
            <w:tcW w:w="1587" w:type="dxa"/>
            <w:tcMar>
              <w:top w:w="45" w:type="dxa"/>
              <w:left w:w="100" w:type="dxa"/>
              <w:bottom w:w="45" w:type="dxa"/>
              <w:right w:w="100" w:type="dxa"/>
            </w:tcMar>
            <w:vAlign w:val="center"/>
          </w:tcPr>
          <w:p w14:paraId="29D65799" w14:textId="77777777" w:rsidR="00AD0E4F" w:rsidRDefault="008D426B">
            <w:pPr>
              <w:spacing w:after="0" w:line="240" w:lineRule="auto"/>
            </w:pPr>
            <w:r>
              <w:rPr>
                <w:color w:val="000000"/>
                <w:sz w:val="17"/>
              </w:rPr>
              <w:t>1,299円</w:t>
            </w:r>
          </w:p>
        </w:tc>
      </w:tr>
      <w:tr w:rsidR="00AD0E4F" w14:paraId="187A6550" w14:textId="77777777">
        <w:trPr>
          <w:jc w:val="center"/>
        </w:trPr>
        <w:tc>
          <w:tcPr>
            <w:tcW w:w="2948" w:type="dxa"/>
            <w:tcMar>
              <w:top w:w="45" w:type="dxa"/>
              <w:left w:w="100" w:type="dxa"/>
              <w:bottom w:w="45" w:type="dxa"/>
              <w:right w:w="100" w:type="dxa"/>
            </w:tcMar>
            <w:vAlign w:val="center"/>
          </w:tcPr>
          <w:p w14:paraId="466823B3" w14:textId="77777777" w:rsidR="00AD0E4F" w:rsidRDefault="008D426B">
            <w:pPr>
              <w:spacing w:after="0" w:line="240" w:lineRule="auto"/>
            </w:pPr>
            <w:r>
              <w:rPr>
                <w:color w:val="000000"/>
                <w:sz w:val="17"/>
              </w:rPr>
              <w:t>30分以上60分未満</w:t>
            </w:r>
          </w:p>
        </w:tc>
        <w:tc>
          <w:tcPr>
            <w:tcW w:w="1020" w:type="dxa"/>
            <w:tcMar>
              <w:top w:w="45" w:type="dxa"/>
              <w:left w:w="100" w:type="dxa"/>
              <w:bottom w:w="45" w:type="dxa"/>
              <w:right w:w="100" w:type="dxa"/>
            </w:tcMar>
            <w:vAlign w:val="center"/>
          </w:tcPr>
          <w:p w14:paraId="242E6F1C" w14:textId="77777777" w:rsidR="00AD0E4F" w:rsidRDefault="008D426B">
            <w:pPr>
              <w:spacing w:after="0" w:line="240" w:lineRule="auto"/>
            </w:pPr>
            <w:r>
              <w:rPr>
                <w:color w:val="000000"/>
                <w:sz w:val="17"/>
              </w:rPr>
              <w:t>741</w:t>
            </w:r>
          </w:p>
        </w:tc>
        <w:tc>
          <w:tcPr>
            <w:tcW w:w="1701" w:type="dxa"/>
            <w:tcMar>
              <w:top w:w="45" w:type="dxa"/>
              <w:left w:w="100" w:type="dxa"/>
              <w:bottom w:w="45" w:type="dxa"/>
              <w:right w:w="100" w:type="dxa"/>
            </w:tcMar>
            <w:vAlign w:val="center"/>
          </w:tcPr>
          <w:p w14:paraId="246939EC" w14:textId="77777777" w:rsidR="00AD0E4F" w:rsidRDefault="008D426B">
            <w:pPr>
              <w:spacing w:after="0" w:line="240" w:lineRule="auto"/>
            </w:pPr>
            <w:r>
              <w:rPr>
                <w:color w:val="000000"/>
                <w:sz w:val="17"/>
              </w:rPr>
              <w:t>7,565円</w:t>
            </w:r>
          </w:p>
        </w:tc>
        <w:tc>
          <w:tcPr>
            <w:tcW w:w="1531" w:type="dxa"/>
            <w:tcMar>
              <w:top w:w="45" w:type="dxa"/>
              <w:left w:w="100" w:type="dxa"/>
              <w:bottom w:w="45" w:type="dxa"/>
              <w:right w:w="100" w:type="dxa"/>
            </w:tcMar>
            <w:vAlign w:val="center"/>
          </w:tcPr>
          <w:p w14:paraId="73DFE7C6" w14:textId="77777777" w:rsidR="00AD0E4F" w:rsidRDefault="008D426B">
            <w:pPr>
              <w:spacing w:after="0" w:line="240" w:lineRule="auto"/>
            </w:pPr>
            <w:r>
              <w:rPr>
                <w:color w:val="000000"/>
                <w:sz w:val="17"/>
              </w:rPr>
              <w:t>757円</w:t>
            </w:r>
          </w:p>
        </w:tc>
        <w:tc>
          <w:tcPr>
            <w:tcW w:w="1531" w:type="dxa"/>
            <w:tcMar>
              <w:top w:w="45" w:type="dxa"/>
              <w:left w:w="100" w:type="dxa"/>
              <w:bottom w:w="45" w:type="dxa"/>
              <w:right w:w="100" w:type="dxa"/>
            </w:tcMar>
            <w:vAlign w:val="center"/>
          </w:tcPr>
          <w:p w14:paraId="6FCB9D59" w14:textId="77777777" w:rsidR="00AD0E4F" w:rsidRDefault="008D426B">
            <w:pPr>
              <w:spacing w:after="0" w:line="240" w:lineRule="auto"/>
            </w:pPr>
            <w:r>
              <w:rPr>
                <w:color w:val="000000"/>
                <w:sz w:val="17"/>
              </w:rPr>
              <w:t>1,513円</w:t>
            </w:r>
          </w:p>
        </w:tc>
        <w:tc>
          <w:tcPr>
            <w:tcW w:w="1587" w:type="dxa"/>
            <w:tcMar>
              <w:top w:w="45" w:type="dxa"/>
              <w:left w:w="100" w:type="dxa"/>
              <w:bottom w:w="45" w:type="dxa"/>
              <w:right w:w="100" w:type="dxa"/>
            </w:tcMar>
            <w:vAlign w:val="center"/>
          </w:tcPr>
          <w:p w14:paraId="71605A70" w14:textId="77777777" w:rsidR="00AD0E4F" w:rsidRDefault="008D426B">
            <w:pPr>
              <w:spacing w:after="0" w:line="240" w:lineRule="auto"/>
            </w:pPr>
            <w:r>
              <w:rPr>
                <w:color w:val="000000"/>
                <w:sz w:val="17"/>
              </w:rPr>
              <w:t>2,270円</w:t>
            </w:r>
          </w:p>
        </w:tc>
      </w:tr>
      <w:tr w:rsidR="00AD0E4F" w14:paraId="275AD490" w14:textId="77777777">
        <w:trPr>
          <w:jc w:val="center"/>
        </w:trPr>
        <w:tc>
          <w:tcPr>
            <w:tcW w:w="2948" w:type="dxa"/>
            <w:tcMar>
              <w:top w:w="45" w:type="dxa"/>
              <w:left w:w="100" w:type="dxa"/>
              <w:bottom w:w="45" w:type="dxa"/>
              <w:right w:w="100" w:type="dxa"/>
            </w:tcMar>
            <w:vAlign w:val="center"/>
          </w:tcPr>
          <w:p w14:paraId="2A8D73D3" w14:textId="77777777" w:rsidR="00AD0E4F" w:rsidRDefault="008D426B">
            <w:pPr>
              <w:spacing w:after="0" w:line="240" w:lineRule="auto"/>
            </w:pPr>
            <w:r>
              <w:rPr>
                <w:color w:val="000000"/>
                <w:sz w:val="17"/>
              </w:rPr>
              <w:t>60分以上90分未満</w:t>
            </w:r>
          </w:p>
        </w:tc>
        <w:tc>
          <w:tcPr>
            <w:tcW w:w="1020" w:type="dxa"/>
            <w:tcMar>
              <w:top w:w="45" w:type="dxa"/>
              <w:left w:w="100" w:type="dxa"/>
              <w:bottom w:w="45" w:type="dxa"/>
              <w:right w:w="100" w:type="dxa"/>
            </w:tcMar>
            <w:vAlign w:val="center"/>
          </w:tcPr>
          <w:p w14:paraId="0FA11D41" w14:textId="77777777" w:rsidR="00AD0E4F" w:rsidRDefault="008D426B">
            <w:pPr>
              <w:spacing w:after="0" w:line="240" w:lineRule="auto"/>
            </w:pPr>
            <w:r>
              <w:rPr>
                <w:color w:val="000000"/>
                <w:sz w:val="17"/>
              </w:rPr>
              <w:t>1,015</w:t>
            </w:r>
          </w:p>
        </w:tc>
        <w:tc>
          <w:tcPr>
            <w:tcW w:w="1701" w:type="dxa"/>
            <w:tcMar>
              <w:top w:w="45" w:type="dxa"/>
              <w:left w:w="100" w:type="dxa"/>
              <w:bottom w:w="45" w:type="dxa"/>
              <w:right w:w="100" w:type="dxa"/>
            </w:tcMar>
            <w:vAlign w:val="center"/>
          </w:tcPr>
          <w:p w14:paraId="32EBF18C" w14:textId="77777777" w:rsidR="00AD0E4F" w:rsidRDefault="008D426B">
            <w:pPr>
              <w:spacing w:after="0" w:line="240" w:lineRule="auto"/>
            </w:pPr>
            <w:r>
              <w:rPr>
                <w:color w:val="000000"/>
                <w:sz w:val="17"/>
              </w:rPr>
              <w:t>10,363円</w:t>
            </w:r>
          </w:p>
        </w:tc>
        <w:tc>
          <w:tcPr>
            <w:tcW w:w="1531" w:type="dxa"/>
            <w:tcMar>
              <w:top w:w="45" w:type="dxa"/>
              <w:left w:w="100" w:type="dxa"/>
              <w:bottom w:w="45" w:type="dxa"/>
              <w:right w:w="100" w:type="dxa"/>
            </w:tcMar>
            <w:vAlign w:val="center"/>
          </w:tcPr>
          <w:p w14:paraId="209E64C6" w14:textId="77777777" w:rsidR="00AD0E4F" w:rsidRDefault="008D426B">
            <w:pPr>
              <w:spacing w:after="0" w:line="240" w:lineRule="auto"/>
            </w:pPr>
            <w:r>
              <w:rPr>
                <w:color w:val="000000"/>
                <w:sz w:val="17"/>
              </w:rPr>
              <w:t>1,037円</w:t>
            </w:r>
          </w:p>
        </w:tc>
        <w:tc>
          <w:tcPr>
            <w:tcW w:w="1531" w:type="dxa"/>
            <w:tcMar>
              <w:top w:w="45" w:type="dxa"/>
              <w:left w:w="100" w:type="dxa"/>
              <w:bottom w:w="45" w:type="dxa"/>
              <w:right w:w="100" w:type="dxa"/>
            </w:tcMar>
            <w:vAlign w:val="center"/>
          </w:tcPr>
          <w:p w14:paraId="778CBC65" w14:textId="77777777" w:rsidR="00AD0E4F" w:rsidRDefault="008D426B">
            <w:pPr>
              <w:spacing w:after="0" w:line="240" w:lineRule="auto"/>
            </w:pPr>
            <w:r>
              <w:rPr>
                <w:color w:val="000000"/>
                <w:sz w:val="17"/>
              </w:rPr>
              <w:t>2,073円</w:t>
            </w:r>
          </w:p>
        </w:tc>
        <w:tc>
          <w:tcPr>
            <w:tcW w:w="1587" w:type="dxa"/>
            <w:tcMar>
              <w:top w:w="45" w:type="dxa"/>
              <w:left w:w="100" w:type="dxa"/>
              <w:bottom w:w="45" w:type="dxa"/>
              <w:right w:w="100" w:type="dxa"/>
            </w:tcMar>
            <w:vAlign w:val="center"/>
          </w:tcPr>
          <w:p w14:paraId="6D245EEE" w14:textId="77777777" w:rsidR="00AD0E4F" w:rsidRDefault="008D426B">
            <w:pPr>
              <w:spacing w:after="0" w:line="240" w:lineRule="auto"/>
            </w:pPr>
            <w:r>
              <w:rPr>
                <w:color w:val="000000"/>
                <w:sz w:val="17"/>
              </w:rPr>
              <w:t>3,109円</w:t>
            </w:r>
          </w:p>
        </w:tc>
      </w:tr>
    </w:tbl>
    <w:p w14:paraId="629954C7" w14:textId="77777777" w:rsidR="00AD0E4F" w:rsidRDefault="008D426B">
      <w:pPr>
        <w:spacing w:after="20" w:line="240" w:lineRule="auto"/>
      </w:pPr>
      <w:r>
        <w:rPr>
          <w:color w:val="000000"/>
          <w:sz w:val="17"/>
        </w:rPr>
        <w:t>2. 准看護師による訪問 - 要支援</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948"/>
        <w:gridCol w:w="1020"/>
        <w:gridCol w:w="1701"/>
        <w:gridCol w:w="1531"/>
        <w:gridCol w:w="1531"/>
        <w:gridCol w:w="1587"/>
      </w:tblGrid>
      <w:tr w:rsidR="00AD0E4F" w14:paraId="2EF7961D" w14:textId="77777777">
        <w:trPr>
          <w:tblHeader/>
          <w:jc w:val="center"/>
        </w:trPr>
        <w:tc>
          <w:tcPr>
            <w:tcW w:w="2948" w:type="dxa"/>
            <w:shd w:val="clear" w:color="auto" w:fill="4A4A4A"/>
            <w:tcMar>
              <w:top w:w="45" w:type="dxa"/>
              <w:left w:w="100" w:type="dxa"/>
              <w:bottom w:w="45" w:type="dxa"/>
              <w:right w:w="100" w:type="dxa"/>
            </w:tcMar>
            <w:vAlign w:val="center"/>
          </w:tcPr>
          <w:p w14:paraId="2F564689" w14:textId="77777777" w:rsidR="00AD0E4F" w:rsidRDefault="008D426B">
            <w:pPr>
              <w:spacing w:after="0" w:line="240" w:lineRule="auto"/>
              <w:jc w:val="center"/>
            </w:pPr>
            <w:r>
              <w:rPr>
                <w:color w:val="FFFFFF"/>
                <w:sz w:val="17"/>
              </w:rPr>
              <w:t>サービス・所要時間</w:t>
            </w:r>
          </w:p>
        </w:tc>
        <w:tc>
          <w:tcPr>
            <w:tcW w:w="1020" w:type="dxa"/>
            <w:shd w:val="clear" w:color="auto" w:fill="4A4A4A"/>
            <w:tcMar>
              <w:top w:w="45" w:type="dxa"/>
              <w:left w:w="100" w:type="dxa"/>
              <w:bottom w:w="45" w:type="dxa"/>
              <w:right w:w="100" w:type="dxa"/>
            </w:tcMar>
            <w:vAlign w:val="center"/>
          </w:tcPr>
          <w:p w14:paraId="1BDCD35C" w14:textId="77777777" w:rsidR="00AD0E4F" w:rsidRDefault="008D426B">
            <w:pPr>
              <w:spacing w:after="0" w:line="240" w:lineRule="auto"/>
              <w:jc w:val="center"/>
            </w:pPr>
            <w:r>
              <w:rPr>
                <w:color w:val="FFFFFF"/>
                <w:sz w:val="17"/>
              </w:rPr>
              <w:t>単位</w:t>
            </w:r>
          </w:p>
        </w:tc>
        <w:tc>
          <w:tcPr>
            <w:tcW w:w="1701" w:type="dxa"/>
            <w:shd w:val="clear" w:color="auto" w:fill="4A4A4A"/>
            <w:tcMar>
              <w:top w:w="45" w:type="dxa"/>
              <w:left w:w="100" w:type="dxa"/>
              <w:bottom w:w="45" w:type="dxa"/>
              <w:right w:w="100" w:type="dxa"/>
            </w:tcMar>
            <w:vAlign w:val="center"/>
          </w:tcPr>
          <w:p w14:paraId="01A51EE2" w14:textId="77777777" w:rsidR="00AD0E4F" w:rsidRDefault="008D426B">
            <w:pPr>
              <w:spacing w:after="0" w:line="240" w:lineRule="auto"/>
              <w:jc w:val="center"/>
            </w:pPr>
            <w:r>
              <w:rPr>
                <w:color w:val="FFFFFF"/>
                <w:sz w:val="17"/>
              </w:rPr>
              <w:t>全額</w:t>
            </w:r>
          </w:p>
        </w:tc>
        <w:tc>
          <w:tcPr>
            <w:tcW w:w="1531" w:type="dxa"/>
            <w:shd w:val="clear" w:color="auto" w:fill="4A4A4A"/>
            <w:tcMar>
              <w:top w:w="45" w:type="dxa"/>
              <w:left w:w="100" w:type="dxa"/>
              <w:bottom w:w="45" w:type="dxa"/>
              <w:right w:w="100" w:type="dxa"/>
            </w:tcMar>
            <w:vAlign w:val="center"/>
          </w:tcPr>
          <w:p w14:paraId="369E68E4" w14:textId="77777777" w:rsidR="00AD0E4F" w:rsidRDefault="008D426B">
            <w:pPr>
              <w:spacing w:after="0" w:line="240" w:lineRule="auto"/>
              <w:jc w:val="center"/>
            </w:pPr>
            <w:r>
              <w:rPr>
                <w:color w:val="FFFFFF"/>
                <w:sz w:val="17"/>
              </w:rPr>
              <w:t>1割</w:t>
            </w:r>
          </w:p>
        </w:tc>
        <w:tc>
          <w:tcPr>
            <w:tcW w:w="1531" w:type="dxa"/>
            <w:shd w:val="clear" w:color="auto" w:fill="4A4A4A"/>
            <w:tcMar>
              <w:top w:w="45" w:type="dxa"/>
              <w:left w:w="100" w:type="dxa"/>
              <w:bottom w:w="45" w:type="dxa"/>
              <w:right w:w="100" w:type="dxa"/>
            </w:tcMar>
            <w:vAlign w:val="center"/>
          </w:tcPr>
          <w:p w14:paraId="762AD3C9" w14:textId="77777777" w:rsidR="00AD0E4F" w:rsidRDefault="008D426B">
            <w:pPr>
              <w:spacing w:after="0" w:line="240" w:lineRule="auto"/>
              <w:jc w:val="center"/>
            </w:pPr>
            <w:r>
              <w:rPr>
                <w:color w:val="FFFFFF"/>
                <w:sz w:val="17"/>
              </w:rPr>
              <w:t>2割</w:t>
            </w:r>
          </w:p>
        </w:tc>
        <w:tc>
          <w:tcPr>
            <w:tcW w:w="1587" w:type="dxa"/>
            <w:shd w:val="clear" w:color="auto" w:fill="4A4A4A"/>
            <w:tcMar>
              <w:top w:w="45" w:type="dxa"/>
              <w:left w:w="100" w:type="dxa"/>
              <w:bottom w:w="45" w:type="dxa"/>
              <w:right w:w="100" w:type="dxa"/>
            </w:tcMar>
            <w:vAlign w:val="center"/>
          </w:tcPr>
          <w:p w14:paraId="640BACF8" w14:textId="77777777" w:rsidR="00AD0E4F" w:rsidRDefault="008D426B">
            <w:pPr>
              <w:spacing w:after="0" w:line="240" w:lineRule="auto"/>
              <w:jc w:val="center"/>
            </w:pPr>
            <w:r>
              <w:rPr>
                <w:color w:val="FFFFFF"/>
                <w:sz w:val="17"/>
              </w:rPr>
              <w:t>3割</w:t>
            </w:r>
          </w:p>
        </w:tc>
      </w:tr>
      <w:tr w:rsidR="00AD0E4F" w14:paraId="23F9359F" w14:textId="77777777">
        <w:trPr>
          <w:jc w:val="center"/>
        </w:trPr>
        <w:tc>
          <w:tcPr>
            <w:tcW w:w="2948" w:type="dxa"/>
            <w:tcMar>
              <w:top w:w="45" w:type="dxa"/>
              <w:left w:w="100" w:type="dxa"/>
              <w:bottom w:w="45" w:type="dxa"/>
              <w:right w:w="100" w:type="dxa"/>
            </w:tcMar>
            <w:vAlign w:val="center"/>
          </w:tcPr>
          <w:p w14:paraId="6B469F37" w14:textId="77777777" w:rsidR="00AD0E4F" w:rsidRDefault="008D426B">
            <w:pPr>
              <w:spacing w:after="0" w:line="240" w:lineRule="auto"/>
            </w:pPr>
            <w:r>
              <w:rPr>
                <w:color w:val="000000"/>
                <w:sz w:val="17"/>
              </w:rPr>
              <w:t>20分未満</w:t>
            </w:r>
          </w:p>
        </w:tc>
        <w:tc>
          <w:tcPr>
            <w:tcW w:w="1020" w:type="dxa"/>
            <w:tcMar>
              <w:top w:w="45" w:type="dxa"/>
              <w:left w:w="100" w:type="dxa"/>
              <w:bottom w:w="45" w:type="dxa"/>
              <w:right w:w="100" w:type="dxa"/>
            </w:tcMar>
            <w:vAlign w:val="center"/>
          </w:tcPr>
          <w:p w14:paraId="0F56E22A" w14:textId="77777777" w:rsidR="00AD0E4F" w:rsidRDefault="008D426B">
            <w:pPr>
              <w:spacing w:after="0" w:line="240" w:lineRule="auto"/>
            </w:pPr>
            <w:r>
              <w:rPr>
                <w:color w:val="000000"/>
                <w:sz w:val="17"/>
              </w:rPr>
              <w:t>273</w:t>
            </w:r>
          </w:p>
        </w:tc>
        <w:tc>
          <w:tcPr>
            <w:tcW w:w="1701" w:type="dxa"/>
            <w:tcMar>
              <w:top w:w="45" w:type="dxa"/>
              <w:left w:w="100" w:type="dxa"/>
              <w:bottom w:w="45" w:type="dxa"/>
              <w:right w:w="100" w:type="dxa"/>
            </w:tcMar>
            <w:vAlign w:val="center"/>
          </w:tcPr>
          <w:p w14:paraId="132F2F5D" w14:textId="77777777" w:rsidR="00AD0E4F" w:rsidRDefault="008D426B">
            <w:pPr>
              <w:spacing w:after="0" w:line="240" w:lineRule="auto"/>
            </w:pPr>
            <w:r>
              <w:rPr>
                <w:color w:val="000000"/>
                <w:sz w:val="17"/>
              </w:rPr>
              <w:t>2,787円</w:t>
            </w:r>
          </w:p>
        </w:tc>
        <w:tc>
          <w:tcPr>
            <w:tcW w:w="1531" w:type="dxa"/>
            <w:tcMar>
              <w:top w:w="45" w:type="dxa"/>
              <w:left w:w="100" w:type="dxa"/>
              <w:bottom w:w="45" w:type="dxa"/>
              <w:right w:w="100" w:type="dxa"/>
            </w:tcMar>
            <w:vAlign w:val="center"/>
          </w:tcPr>
          <w:p w14:paraId="1438CEEA" w14:textId="77777777" w:rsidR="00AD0E4F" w:rsidRDefault="008D426B">
            <w:pPr>
              <w:spacing w:after="0" w:line="240" w:lineRule="auto"/>
            </w:pPr>
            <w:r>
              <w:rPr>
                <w:color w:val="000000"/>
                <w:sz w:val="17"/>
              </w:rPr>
              <w:t>279円</w:t>
            </w:r>
          </w:p>
        </w:tc>
        <w:tc>
          <w:tcPr>
            <w:tcW w:w="1531" w:type="dxa"/>
            <w:tcMar>
              <w:top w:w="45" w:type="dxa"/>
              <w:left w:w="100" w:type="dxa"/>
              <w:bottom w:w="45" w:type="dxa"/>
              <w:right w:w="100" w:type="dxa"/>
            </w:tcMar>
            <w:vAlign w:val="center"/>
          </w:tcPr>
          <w:p w14:paraId="6266AF76" w14:textId="77777777" w:rsidR="00AD0E4F" w:rsidRDefault="008D426B">
            <w:pPr>
              <w:spacing w:after="0" w:line="240" w:lineRule="auto"/>
            </w:pPr>
            <w:r>
              <w:rPr>
                <w:color w:val="000000"/>
                <w:sz w:val="17"/>
              </w:rPr>
              <w:t>558円</w:t>
            </w:r>
          </w:p>
        </w:tc>
        <w:tc>
          <w:tcPr>
            <w:tcW w:w="1587" w:type="dxa"/>
            <w:tcMar>
              <w:top w:w="45" w:type="dxa"/>
              <w:left w:w="100" w:type="dxa"/>
              <w:bottom w:w="45" w:type="dxa"/>
              <w:right w:w="100" w:type="dxa"/>
            </w:tcMar>
            <w:vAlign w:val="center"/>
          </w:tcPr>
          <w:p w14:paraId="18663483" w14:textId="77777777" w:rsidR="00AD0E4F" w:rsidRDefault="008D426B">
            <w:pPr>
              <w:spacing w:after="0" w:line="240" w:lineRule="auto"/>
            </w:pPr>
            <w:r>
              <w:rPr>
                <w:color w:val="000000"/>
                <w:sz w:val="17"/>
              </w:rPr>
              <w:t>837円</w:t>
            </w:r>
          </w:p>
        </w:tc>
      </w:tr>
      <w:tr w:rsidR="00AD0E4F" w14:paraId="68F3723A" w14:textId="77777777">
        <w:trPr>
          <w:jc w:val="center"/>
        </w:trPr>
        <w:tc>
          <w:tcPr>
            <w:tcW w:w="2948" w:type="dxa"/>
            <w:tcMar>
              <w:top w:w="45" w:type="dxa"/>
              <w:left w:w="100" w:type="dxa"/>
              <w:bottom w:w="45" w:type="dxa"/>
              <w:right w:w="100" w:type="dxa"/>
            </w:tcMar>
            <w:vAlign w:val="center"/>
          </w:tcPr>
          <w:p w14:paraId="2A8AD8CC" w14:textId="77777777" w:rsidR="00AD0E4F" w:rsidRDefault="008D426B">
            <w:pPr>
              <w:spacing w:after="0" w:line="240" w:lineRule="auto"/>
            </w:pPr>
            <w:r>
              <w:rPr>
                <w:color w:val="000000"/>
                <w:sz w:val="17"/>
              </w:rPr>
              <w:t>20分以上30分未満</w:t>
            </w:r>
          </w:p>
        </w:tc>
        <w:tc>
          <w:tcPr>
            <w:tcW w:w="1020" w:type="dxa"/>
            <w:tcMar>
              <w:top w:w="45" w:type="dxa"/>
              <w:left w:w="100" w:type="dxa"/>
              <w:bottom w:w="45" w:type="dxa"/>
              <w:right w:w="100" w:type="dxa"/>
            </w:tcMar>
            <w:vAlign w:val="center"/>
          </w:tcPr>
          <w:p w14:paraId="2BABE141" w14:textId="77777777" w:rsidR="00AD0E4F" w:rsidRDefault="008D426B">
            <w:pPr>
              <w:spacing w:after="0" w:line="240" w:lineRule="auto"/>
            </w:pPr>
            <w:r>
              <w:rPr>
                <w:color w:val="000000"/>
                <w:sz w:val="17"/>
              </w:rPr>
              <w:t>406</w:t>
            </w:r>
          </w:p>
        </w:tc>
        <w:tc>
          <w:tcPr>
            <w:tcW w:w="1701" w:type="dxa"/>
            <w:tcMar>
              <w:top w:w="45" w:type="dxa"/>
              <w:left w:w="100" w:type="dxa"/>
              <w:bottom w:w="45" w:type="dxa"/>
              <w:right w:w="100" w:type="dxa"/>
            </w:tcMar>
            <w:vAlign w:val="center"/>
          </w:tcPr>
          <w:p w14:paraId="7BED379A" w14:textId="77777777" w:rsidR="00AD0E4F" w:rsidRDefault="008D426B">
            <w:pPr>
              <w:spacing w:after="0" w:line="240" w:lineRule="auto"/>
            </w:pPr>
            <w:r>
              <w:rPr>
                <w:color w:val="000000"/>
                <w:sz w:val="17"/>
              </w:rPr>
              <w:t>4,145円</w:t>
            </w:r>
          </w:p>
        </w:tc>
        <w:tc>
          <w:tcPr>
            <w:tcW w:w="1531" w:type="dxa"/>
            <w:tcMar>
              <w:top w:w="45" w:type="dxa"/>
              <w:left w:w="100" w:type="dxa"/>
              <w:bottom w:w="45" w:type="dxa"/>
              <w:right w:w="100" w:type="dxa"/>
            </w:tcMar>
            <w:vAlign w:val="center"/>
          </w:tcPr>
          <w:p w14:paraId="567B099A" w14:textId="77777777" w:rsidR="00AD0E4F" w:rsidRDefault="008D426B">
            <w:pPr>
              <w:spacing w:after="0" w:line="240" w:lineRule="auto"/>
            </w:pPr>
            <w:r>
              <w:rPr>
                <w:color w:val="000000"/>
                <w:sz w:val="17"/>
              </w:rPr>
              <w:t>415円</w:t>
            </w:r>
          </w:p>
        </w:tc>
        <w:tc>
          <w:tcPr>
            <w:tcW w:w="1531" w:type="dxa"/>
            <w:tcMar>
              <w:top w:w="45" w:type="dxa"/>
              <w:left w:w="100" w:type="dxa"/>
              <w:bottom w:w="45" w:type="dxa"/>
              <w:right w:w="100" w:type="dxa"/>
            </w:tcMar>
            <w:vAlign w:val="center"/>
          </w:tcPr>
          <w:p w14:paraId="492C401F" w14:textId="77777777" w:rsidR="00AD0E4F" w:rsidRDefault="008D426B">
            <w:pPr>
              <w:spacing w:after="0" w:line="240" w:lineRule="auto"/>
            </w:pPr>
            <w:r>
              <w:rPr>
                <w:color w:val="000000"/>
                <w:sz w:val="17"/>
              </w:rPr>
              <w:t>829円</w:t>
            </w:r>
          </w:p>
        </w:tc>
        <w:tc>
          <w:tcPr>
            <w:tcW w:w="1587" w:type="dxa"/>
            <w:tcMar>
              <w:top w:w="45" w:type="dxa"/>
              <w:left w:w="100" w:type="dxa"/>
              <w:bottom w:w="45" w:type="dxa"/>
              <w:right w:w="100" w:type="dxa"/>
            </w:tcMar>
            <w:vAlign w:val="center"/>
          </w:tcPr>
          <w:p w14:paraId="41A4C3AC" w14:textId="77777777" w:rsidR="00AD0E4F" w:rsidRDefault="008D426B">
            <w:pPr>
              <w:spacing w:after="0" w:line="240" w:lineRule="auto"/>
            </w:pPr>
            <w:r>
              <w:rPr>
                <w:color w:val="000000"/>
                <w:sz w:val="17"/>
              </w:rPr>
              <w:t>1,244円</w:t>
            </w:r>
          </w:p>
        </w:tc>
      </w:tr>
      <w:tr w:rsidR="00AD0E4F" w14:paraId="0A580F56" w14:textId="77777777">
        <w:trPr>
          <w:jc w:val="center"/>
        </w:trPr>
        <w:tc>
          <w:tcPr>
            <w:tcW w:w="2948" w:type="dxa"/>
            <w:tcMar>
              <w:top w:w="45" w:type="dxa"/>
              <w:left w:w="100" w:type="dxa"/>
              <w:bottom w:w="45" w:type="dxa"/>
              <w:right w:w="100" w:type="dxa"/>
            </w:tcMar>
            <w:vAlign w:val="center"/>
          </w:tcPr>
          <w:p w14:paraId="5E72059E" w14:textId="77777777" w:rsidR="00AD0E4F" w:rsidRDefault="008D426B">
            <w:pPr>
              <w:spacing w:after="0" w:line="240" w:lineRule="auto"/>
            </w:pPr>
            <w:r>
              <w:rPr>
                <w:color w:val="000000"/>
                <w:sz w:val="17"/>
              </w:rPr>
              <w:t>30分以上60分未満</w:t>
            </w:r>
          </w:p>
        </w:tc>
        <w:tc>
          <w:tcPr>
            <w:tcW w:w="1020" w:type="dxa"/>
            <w:tcMar>
              <w:top w:w="45" w:type="dxa"/>
              <w:left w:w="100" w:type="dxa"/>
              <w:bottom w:w="45" w:type="dxa"/>
              <w:right w:w="100" w:type="dxa"/>
            </w:tcMar>
            <w:vAlign w:val="center"/>
          </w:tcPr>
          <w:p w14:paraId="574E637A" w14:textId="77777777" w:rsidR="00AD0E4F" w:rsidRDefault="008D426B">
            <w:pPr>
              <w:spacing w:after="0" w:line="240" w:lineRule="auto"/>
            </w:pPr>
            <w:r>
              <w:rPr>
                <w:color w:val="000000"/>
                <w:sz w:val="17"/>
              </w:rPr>
              <w:t>715</w:t>
            </w:r>
          </w:p>
        </w:tc>
        <w:tc>
          <w:tcPr>
            <w:tcW w:w="1701" w:type="dxa"/>
            <w:tcMar>
              <w:top w:w="45" w:type="dxa"/>
              <w:left w:w="100" w:type="dxa"/>
              <w:bottom w:w="45" w:type="dxa"/>
              <w:right w:w="100" w:type="dxa"/>
            </w:tcMar>
            <w:vAlign w:val="center"/>
          </w:tcPr>
          <w:p w14:paraId="754B1A6E" w14:textId="77777777" w:rsidR="00AD0E4F" w:rsidRDefault="008D426B">
            <w:pPr>
              <w:spacing w:after="0" w:line="240" w:lineRule="auto"/>
            </w:pPr>
            <w:r>
              <w:rPr>
                <w:color w:val="000000"/>
                <w:sz w:val="17"/>
              </w:rPr>
              <w:t>7,300円</w:t>
            </w:r>
          </w:p>
        </w:tc>
        <w:tc>
          <w:tcPr>
            <w:tcW w:w="1531" w:type="dxa"/>
            <w:tcMar>
              <w:top w:w="45" w:type="dxa"/>
              <w:left w:w="100" w:type="dxa"/>
              <w:bottom w:w="45" w:type="dxa"/>
              <w:right w:w="100" w:type="dxa"/>
            </w:tcMar>
            <w:vAlign w:val="center"/>
          </w:tcPr>
          <w:p w14:paraId="5D41E95E" w14:textId="77777777" w:rsidR="00AD0E4F" w:rsidRDefault="008D426B">
            <w:pPr>
              <w:spacing w:after="0" w:line="240" w:lineRule="auto"/>
            </w:pPr>
            <w:r>
              <w:rPr>
                <w:color w:val="000000"/>
                <w:sz w:val="17"/>
              </w:rPr>
              <w:t>730円</w:t>
            </w:r>
          </w:p>
        </w:tc>
        <w:tc>
          <w:tcPr>
            <w:tcW w:w="1531" w:type="dxa"/>
            <w:tcMar>
              <w:top w:w="45" w:type="dxa"/>
              <w:left w:w="100" w:type="dxa"/>
              <w:bottom w:w="45" w:type="dxa"/>
              <w:right w:w="100" w:type="dxa"/>
            </w:tcMar>
            <w:vAlign w:val="center"/>
          </w:tcPr>
          <w:p w14:paraId="44A29B48" w14:textId="77777777" w:rsidR="00AD0E4F" w:rsidRDefault="008D426B">
            <w:pPr>
              <w:spacing w:after="0" w:line="240" w:lineRule="auto"/>
            </w:pPr>
            <w:r>
              <w:rPr>
                <w:color w:val="000000"/>
                <w:sz w:val="17"/>
              </w:rPr>
              <w:t>1,460円</w:t>
            </w:r>
          </w:p>
        </w:tc>
        <w:tc>
          <w:tcPr>
            <w:tcW w:w="1587" w:type="dxa"/>
            <w:tcMar>
              <w:top w:w="45" w:type="dxa"/>
              <w:left w:w="100" w:type="dxa"/>
              <w:bottom w:w="45" w:type="dxa"/>
              <w:right w:w="100" w:type="dxa"/>
            </w:tcMar>
            <w:vAlign w:val="center"/>
          </w:tcPr>
          <w:p w14:paraId="2D2BF4B8" w14:textId="77777777" w:rsidR="00AD0E4F" w:rsidRDefault="008D426B">
            <w:pPr>
              <w:spacing w:after="0" w:line="240" w:lineRule="auto"/>
            </w:pPr>
            <w:r>
              <w:rPr>
                <w:color w:val="000000"/>
                <w:sz w:val="17"/>
              </w:rPr>
              <w:t>2,190円</w:t>
            </w:r>
          </w:p>
        </w:tc>
      </w:tr>
      <w:tr w:rsidR="00AD0E4F" w14:paraId="7E563B83" w14:textId="77777777">
        <w:trPr>
          <w:jc w:val="center"/>
        </w:trPr>
        <w:tc>
          <w:tcPr>
            <w:tcW w:w="2948" w:type="dxa"/>
            <w:tcMar>
              <w:top w:w="45" w:type="dxa"/>
              <w:left w:w="100" w:type="dxa"/>
              <w:bottom w:w="45" w:type="dxa"/>
              <w:right w:w="100" w:type="dxa"/>
            </w:tcMar>
            <w:vAlign w:val="center"/>
          </w:tcPr>
          <w:p w14:paraId="6F511D92" w14:textId="77777777" w:rsidR="00AD0E4F" w:rsidRDefault="008D426B">
            <w:pPr>
              <w:spacing w:after="0" w:line="240" w:lineRule="auto"/>
            </w:pPr>
            <w:r>
              <w:rPr>
                <w:color w:val="000000"/>
                <w:sz w:val="17"/>
              </w:rPr>
              <w:t>60分以上90分未満</w:t>
            </w:r>
          </w:p>
        </w:tc>
        <w:tc>
          <w:tcPr>
            <w:tcW w:w="1020" w:type="dxa"/>
            <w:tcMar>
              <w:top w:w="45" w:type="dxa"/>
              <w:left w:w="100" w:type="dxa"/>
              <w:bottom w:w="45" w:type="dxa"/>
              <w:right w:w="100" w:type="dxa"/>
            </w:tcMar>
            <w:vAlign w:val="center"/>
          </w:tcPr>
          <w:p w14:paraId="15E8673F" w14:textId="77777777" w:rsidR="00AD0E4F" w:rsidRDefault="008D426B">
            <w:pPr>
              <w:spacing w:after="0" w:line="240" w:lineRule="auto"/>
            </w:pPr>
            <w:r>
              <w:rPr>
                <w:color w:val="000000"/>
                <w:sz w:val="17"/>
              </w:rPr>
              <w:t>981</w:t>
            </w:r>
          </w:p>
        </w:tc>
        <w:tc>
          <w:tcPr>
            <w:tcW w:w="1701" w:type="dxa"/>
            <w:tcMar>
              <w:top w:w="45" w:type="dxa"/>
              <w:left w:w="100" w:type="dxa"/>
              <w:bottom w:w="45" w:type="dxa"/>
              <w:right w:w="100" w:type="dxa"/>
            </w:tcMar>
            <w:vAlign w:val="center"/>
          </w:tcPr>
          <w:p w14:paraId="0FCDA372" w14:textId="77777777" w:rsidR="00AD0E4F" w:rsidRDefault="008D426B">
            <w:pPr>
              <w:spacing w:after="0" w:line="240" w:lineRule="auto"/>
            </w:pPr>
            <w:r>
              <w:rPr>
                <w:color w:val="000000"/>
                <w:sz w:val="17"/>
              </w:rPr>
              <w:t>10,016円</w:t>
            </w:r>
          </w:p>
        </w:tc>
        <w:tc>
          <w:tcPr>
            <w:tcW w:w="1531" w:type="dxa"/>
            <w:tcMar>
              <w:top w:w="45" w:type="dxa"/>
              <w:left w:w="100" w:type="dxa"/>
              <w:bottom w:w="45" w:type="dxa"/>
              <w:right w:w="100" w:type="dxa"/>
            </w:tcMar>
            <w:vAlign w:val="center"/>
          </w:tcPr>
          <w:p w14:paraId="5F0411CC" w14:textId="77777777" w:rsidR="00AD0E4F" w:rsidRDefault="008D426B">
            <w:pPr>
              <w:spacing w:after="0" w:line="240" w:lineRule="auto"/>
            </w:pPr>
            <w:r>
              <w:rPr>
                <w:color w:val="000000"/>
                <w:sz w:val="17"/>
              </w:rPr>
              <w:t>1,002円</w:t>
            </w:r>
          </w:p>
        </w:tc>
        <w:tc>
          <w:tcPr>
            <w:tcW w:w="1531" w:type="dxa"/>
            <w:tcMar>
              <w:top w:w="45" w:type="dxa"/>
              <w:left w:w="100" w:type="dxa"/>
              <w:bottom w:w="45" w:type="dxa"/>
              <w:right w:w="100" w:type="dxa"/>
            </w:tcMar>
            <w:vAlign w:val="center"/>
          </w:tcPr>
          <w:p w14:paraId="3A2BA097" w14:textId="77777777" w:rsidR="00AD0E4F" w:rsidRDefault="008D426B">
            <w:pPr>
              <w:spacing w:after="0" w:line="240" w:lineRule="auto"/>
            </w:pPr>
            <w:r>
              <w:rPr>
                <w:color w:val="000000"/>
                <w:sz w:val="17"/>
              </w:rPr>
              <w:t>2,004円</w:t>
            </w:r>
          </w:p>
        </w:tc>
        <w:tc>
          <w:tcPr>
            <w:tcW w:w="1587" w:type="dxa"/>
            <w:tcMar>
              <w:top w:w="45" w:type="dxa"/>
              <w:left w:w="100" w:type="dxa"/>
              <w:bottom w:w="45" w:type="dxa"/>
              <w:right w:w="100" w:type="dxa"/>
            </w:tcMar>
            <w:vAlign w:val="center"/>
          </w:tcPr>
          <w:p w14:paraId="36BCA6C2" w14:textId="77777777" w:rsidR="00AD0E4F" w:rsidRDefault="008D426B">
            <w:pPr>
              <w:spacing w:after="0" w:line="240" w:lineRule="auto"/>
            </w:pPr>
            <w:r>
              <w:rPr>
                <w:color w:val="000000"/>
                <w:sz w:val="17"/>
              </w:rPr>
              <w:t>3,005円</w:t>
            </w:r>
          </w:p>
        </w:tc>
      </w:tr>
    </w:tbl>
    <w:p w14:paraId="4D360507" w14:textId="77777777" w:rsidR="003E4E14" w:rsidRDefault="003E4E14">
      <w:pPr>
        <w:spacing w:after="20" w:line="240" w:lineRule="auto"/>
        <w:rPr>
          <w:color w:val="000000"/>
          <w:sz w:val="17"/>
        </w:rPr>
      </w:pPr>
    </w:p>
    <w:p w14:paraId="2C6BC1E0" w14:textId="77777777" w:rsidR="003E4E14" w:rsidRDefault="003E4E14">
      <w:pPr>
        <w:spacing w:after="20" w:line="240" w:lineRule="auto"/>
        <w:rPr>
          <w:color w:val="000000"/>
          <w:sz w:val="17"/>
        </w:rPr>
      </w:pPr>
    </w:p>
    <w:p w14:paraId="3CF96A2B" w14:textId="77777777" w:rsidR="003E4E14" w:rsidRDefault="003E4E14">
      <w:pPr>
        <w:spacing w:after="20" w:line="240" w:lineRule="auto"/>
        <w:rPr>
          <w:color w:val="000000"/>
          <w:sz w:val="17"/>
        </w:rPr>
      </w:pPr>
    </w:p>
    <w:p w14:paraId="476ACB83" w14:textId="77777777" w:rsidR="003E4E14" w:rsidRDefault="003E4E14">
      <w:pPr>
        <w:spacing w:after="20" w:line="240" w:lineRule="auto"/>
        <w:rPr>
          <w:color w:val="000000"/>
          <w:sz w:val="17"/>
        </w:rPr>
      </w:pPr>
    </w:p>
    <w:p w14:paraId="670E3CE6" w14:textId="77777777" w:rsidR="003E4E14" w:rsidRDefault="003E4E14">
      <w:pPr>
        <w:spacing w:after="20" w:line="240" w:lineRule="auto"/>
        <w:rPr>
          <w:color w:val="000000"/>
          <w:sz w:val="17"/>
        </w:rPr>
      </w:pPr>
    </w:p>
    <w:p w14:paraId="28433B5E" w14:textId="77777777" w:rsidR="003E4E14" w:rsidRDefault="003E4E14">
      <w:pPr>
        <w:spacing w:after="20" w:line="240" w:lineRule="auto"/>
        <w:rPr>
          <w:color w:val="000000"/>
          <w:sz w:val="17"/>
        </w:rPr>
      </w:pPr>
    </w:p>
    <w:p w14:paraId="364949A2" w14:textId="77777777" w:rsidR="003E4E14" w:rsidRDefault="003E4E14">
      <w:pPr>
        <w:spacing w:after="20" w:line="240" w:lineRule="auto"/>
        <w:rPr>
          <w:color w:val="000000"/>
          <w:sz w:val="17"/>
        </w:rPr>
      </w:pPr>
    </w:p>
    <w:p w14:paraId="349AA671" w14:textId="77777777" w:rsidR="003E4E14" w:rsidRDefault="003E4E14">
      <w:pPr>
        <w:spacing w:after="20" w:line="240" w:lineRule="auto"/>
        <w:rPr>
          <w:color w:val="000000"/>
          <w:sz w:val="17"/>
        </w:rPr>
      </w:pPr>
    </w:p>
    <w:p w14:paraId="2BF007AE" w14:textId="77777777" w:rsidR="00AD0E4F" w:rsidRDefault="008D426B">
      <w:pPr>
        <w:spacing w:after="20" w:line="240" w:lineRule="auto"/>
      </w:pPr>
      <w:r>
        <w:rPr>
          <w:color w:val="000000"/>
          <w:sz w:val="17"/>
        </w:rPr>
        <w:t>3. 理学療法士・作業療法士・言語聴覚士による訪問</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948"/>
        <w:gridCol w:w="1020"/>
        <w:gridCol w:w="1701"/>
        <w:gridCol w:w="1531"/>
        <w:gridCol w:w="1531"/>
        <w:gridCol w:w="1587"/>
        <w:gridCol w:w="72"/>
      </w:tblGrid>
      <w:tr w:rsidR="00AD0E4F" w14:paraId="7C444AB7" w14:textId="77777777">
        <w:trPr>
          <w:tblHeader/>
          <w:jc w:val="center"/>
        </w:trPr>
        <w:tc>
          <w:tcPr>
            <w:tcW w:w="2948" w:type="dxa"/>
            <w:shd w:val="clear" w:color="auto" w:fill="4A4A4A"/>
            <w:tcMar>
              <w:top w:w="45" w:type="dxa"/>
              <w:left w:w="100" w:type="dxa"/>
              <w:bottom w:w="45" w:type="dxa"/>
              <w:right w:w="100" w:type="dxa"/>
            </w:tcMar>
            <w:vAlign w:val="center"/>
          </w:tcPr>
          <w:p w14:paraId="326374C1" w14:textId="77777777" w:rsidR="00AD0E4F" w:rsidRDefault="008D426B">
            <w:pPr>
              <w:spacing w:after="0" w:line="240" w:lineRule="auto"/>
              <w:jc w:val="center"/>
            </w:pPr>
            <w:r>
              <w:rPr>
                <w:color w:val="FFFFFF"/>
                <w:sz w:val="17"/>
              </w:rPr>
              <w:t>サービス・所要時間</w:t>
            </w:r>
          </w:p>
        </w:tc>
        <w:tc>
          <w:tcPr>
            <w:tcW w:w="1020" w:type="dxa"/>
            <w:shd w:val="clear" w:color="auto" w:fill="4A4A4A"/>
            <w:tcMar>
              <w:top w:w="45" w:type="dxa"/>
              <w:left w:w="100" w:type="dxa"/>
              <w:bottom w:w="45" w:type="dxa"/>
              <w:right w:w="100" w:type="dxa"/>
            </w:tcMar>
            <w:vAlign w:val="center"/>
          </w:tcPr>
          <w:p w14:paraId="2C82E216" w14:textId="77777777" w:rsidR="00AD0E4F" w:rsidRDefault="008D426B">
            <w:pPr>
              <w:spacing w:after="0" w:line="240" w:lineRule="auto"/>
              <w:jc w:val="center"/>
            </w:pPr>
            <w:r>
              <w:rPr>
                <w:color w:val="FFFFFF"/>
                <w:sz w:val="17"/>
              </w:rPr>
              <w:t>単位・算定</w:t>
            </w:r>
          </w:p>
        </w:tc>
        <w:tc>
          <w:tcPr>
            <w:tcW w:w="1701" w:type="dxa"/>
            <w:shd w:val="clear" w:color="auto" w:fill="4A4A4A"/>
            <w:tcMar>
              <w:top w:w="45" w:type="dxa"/>
              <w:left w:w="100" w:type="dxa"/>
              <w:bottom w:w="45" w:type="dxa"/>
              <w:right w:w="100" w:type="dxa"/>
            </w:tcMar>
            <w:vAlign w:val="center"/>
          </w:tcPr>
          <w:p w14:paraId="342834E5" w14:textId="77777777" w:rsidR="00AD0E4F" w:rsidRDefault="008D426B">
            <w:pPr>
              <w:spacing w:after="0" w:line="240" w:lineRule="auto"/>
              <w:jc w:val="center"/>
            </w:pPr>
            <w:r>
              <w:rPr>
                <w:color w:val="FFFFFF"/>
                <w:sz w:val="17"/>
              </w:rPr>
              <w:t>全額</w:t>
            </w:r>
          </w:p>
        </w:tc>
        <w:tc>
          <w:tcPr>
            <w:tcW w:w="1531" w:type="dxa"/>
            <w:shd w:val="clear" w:color="auto" w:fill="4A4A4A"/>
            <w:tcMar>
              <w:top w:w="45" w:type="dxa"/>
              <w:left w:w="100" w:type="dxa"/>
              <w:bottom w:w="45" w:type="dxa"/>
              <w:right w:w="100" w:type="dxa"/>
            </w:tcMar>
            <w:vAlign w:val="center"/>
          </w:tcPr>
          <w:p w14:paraId="0581F2F0" w14:textId="77777777" w:rsidR="00AD0E4F" w:rsidRDefault="008D426B">
            <w:pPr>
              <w:spacing w:after="0" w:line="240" w:lineRule="auto"/>
              <w:jc w:val="center"/>
            </w:pPr>
            <w:r>
              <w:rPr>
                <w:color w:val="FFFFFF"/>
                <w:sz w:val="17"/>
              </w:rPr>
              <w:t>1割</w:t>
            </w:r>
          </w:p>
        </w:tc>
        <w:tc>
          <w:tcPr>
            <w:tcW w:w="1531" w:type="dxa"/>
            <w:shd w:val="clear" w:color="auto" w:fill="4A4A4A"/>
            <w:tcMar>
              <w:top w:w="45" w:type="dxa"/>
              <w:left w:w="100" w:type="dxa"/>
              <w:bottom w:w="45" w:type="dxa"/>
              <w:right w:w="100" w:type="dxa"/>
            </w:tcMar>
            <w:vAlign w:val="center"/>
          </w:tcPr>
          <w:p w14:paraId="65518813" w14:textId="77777777" w:rsidR="00AD0E4F" w:rsidRDefault="008D426B">
            <w:pPr>
              <w:spacing w:after="0" w:line="240" w:lineRule="auto"/>
              <w:jc w:val="center"/>
            </w:pPr>
            <w:r>
              <w:rPr>
                <w:color w:val="FFFFFF"/>
                <w:sz w:val="17"/>
              </w:rPr>
              <w:t>2割</w:t>
            </w:r>
          </w:p>
        </w:tc>
        <w:tc>
          <w:tcPr>
            <w:tcW w:w="1587" w:type="dxa"/>
            <w:gridSpan w:val="2"/>
            <w:shd w:val="clear" w:color="auto" w:fill="4A4A4A"/>
            <w:tcMar>
              <w:top w:w="45" w:type="dxa"/>
              <w:left w:w="100" w:type="dxa"/>
              <w:bottom w:w="45" w:type="dxa"/>
              <w:right w:w="100" w:type="dxa"/>
            </w:tcMar>
            <w:vAlign w:val="center"/>
          </w:tcPr>
          <w:p w14:paraId="03DE2529" w14:textId="77777777" w:rsidR="00AD0E4F" w:rsidRDefault="008D426B">
            <w:pPr>
              <w:spacing w:after="0" w:line="240" w:lineRule="auto"/>
              <w:jc w:val="center"/>
            </w:pPr>
            <w:r>
              <w:rPr>
                <w:color w:val="FFFFFF"/>
                <w:sz w:val="17"/>
              </w:rPr>
              <w:t>3割</w:t>
            </w:r>
          </w:p>
        </w:tc>
      </w:tr>
      <w:tr w:rsidR="00AD0E4F" w14:paraId="4BC8ABD0" w14:textId="77777777">
        <w:trPr>
          <w:jc w:val="center"/>
        </w:trPr>
        <w:tc>
          <w:tcPr>
            <w:tcW w:w="2948" w:type="dxa"/>
            <w:tcMar>
              <w:top w:w="45" w:type="dxa"/>
              <w:left w:w="100" w:type="dxa"/>
              <w:bottom w:w="45" w:type="dxa"/>
              <w:right w:w="100" w:type="dxa"/>
            </w:tcMar>
            <w:vAlign w:val="center"/>
          </w:tcPr>
          <w:p w14:paraId="62F350DB" w14:textId="77777777" w:rsidR="00AD0E4F" w:rsidRDefault="008D426B">
            <w:pPr>
              <w:spacing w:after="0" w:line="240" w:lineRule="auto"/>
            </w:pPr>
            <w:r>
              <w:rPr>
                <w:color w:val="000000"/>
                <w:sz w:val="17"/>
              </w:rPr>
              <w:t>要介護・1回20分</w:t>
            </w:r>
          </w:p>
        </w:tc>
        <w:tc>
          <w:tcPr>
            <w:tcW w:w="1020" w:type="dxa"/>
            <w:tcMar>
              <w:top w:w="45" w:type="dxa"/>
              <w:left w:w="100" w:type="dxa"/>
              <w:bottom w:w="45" w:type="dxa"/>
              <w:right w:w="100" w:type="dxa"/>
            </w:tcMar>
            <w:vAlign w:val="center"/>
          </w:tcPr>
          <w:p w14:paraId="2B71BD7F" w14:textId="77777777" w:rsidR="00AD0E4F" w:rsidRDefault="008D426B">
            <w:pPr>
              <w:spacing w:after="0" w:line="240" w:lineRule="auto"/>
            </w:pPr>
            <w:r>
              <w:rPr>
                <w:color w:val="000000"/>
                <w:sz w:val="17"/>
              </w:rPr>
              <w:t>294</w:t>
            </w:r>
          </w:p>
        </w:tc>
        <w:tc>
          <w:tcPr>
            <w:tcW w:w="1701" w:type="dxa"/>
            <w:tcMar>
              <w:top w:w="45" w:type="dxa"/>
              <w:left w:w="100" w:type="dxa"/>
              <w:bottom w:w="45" w:type="dxa"/>
              <w:right w:w="100" w:type="dxa"/>
            </w:tcMar>
            <w:vAlign w:val="center"/>
          </w:tcPr>
          <w:p w14:paraId="457F861B" w14:textId="77777777" w:rsidR="00AD0E4F" w:rsidRDefault="008D426B">
            <w:pPr>
              <w:spacing w:after="0" w:line="240" w:lineRule="auto"/>
            </w:pPr>
            <w:r>
              <w:rPr>
                <w:color w:val="000000"/>
                <w:sz w:val="17"/>
              </w:rPr>
              <w:t>3,001円</w:t>
            </w:r>
          </w:p>
        </w:tc>
        <w:tc>
          <w:tcPr>
            <w:tcW w:w="1531" w:type="dxa"/>
            <w:tcMar>
              <w:top w:w="45" w:type="dxa"/>
              <w:left w:w="100" w:type="dxa"/>
              <w:bottom w:w="45" w:type="dxa"/>
              <w:right w:w="100" w:type="dxa"/>
            </w:tcMar>
            <w:vAlign w:val="center"/>
          </w:tcPr>
          <w:p w14:paraId="484892E6" w14:textId="77777777" w:rsidR="00AD0E4F" w:rsidRDefault="008D426B">
            <w:pPr>
              <w:spacing w:after="0" w:line="240" w:lineRule="auto"/>
            </w:pPr>
            <w:r>
              <w:rPr>
                <w:color w:val="000000"/>
                <w:sz w:val="17"/>
              </w:rPr>
              <w:t>301円</w:t>
            </w:r>
          </w:p>
        </w:tc>
        <w:tc>
          <w:tcPr>
            <w:tcW w:w="1531" w:type="dxa"/>
            <w:tcMar>
              <w:top w:w="45" w:type="dxa"/>
              <w:left w:w="100" w:type="dxa"/>
              <w:bottom w:w="45" w:type="dxa"/>
              <w:right w:w="100" w:type="dxa"/>
            </w:tcMar>
            <w:vAlign w:val="center"/>
          </w:tcPr>
          <w:p w14:paraId="23385A46" w14:textId="77777777" w:rsidR="00AD0E4F" w:rsidRDefault="008D426B">
            <w:pPr>
              <w:spacing w:after="0" w:line="240" w:lineRule="auto"/>
            </w:pPr>
            <w:r>
              <w:rPr>
                <w:color w:val="000000"/>
                <w:sz w:val="17"/>
              </w:rPr>
              <w:t>601円</w:t>
            </w:r>
          </w:p>
        </w:tc>
        <w:tc>
          <w:tcPr>
            <w:tcW w:w="1587" w:type="dxa"/>
            <w:gridSpan w:val="2"/>
            <w:tcMar>
              <w:top w:w="45" w:type="dxa"/>
              <w:left w:w="100" w:type="dxa"/>
              <w:bottom w:w="45" w:type="dxa"/>
              <w:right w:w="100" w:type="dxa"/>
            </w:tcMar>
            <w:vAlign w:val="center"/>
          </w:tcPr>
          <w:p w14:paraId="43EBE54E" w14:textId="77777777" w:rsidR="00AD0E4F" w:rsidRDefault="008D426B">
            <w:pPr>
              <w:spacing w:after="0" w:line="240" w:lineRule="auto"/>
            </w:pPr>
            <w:r>
              <w:rPr>
                <w:color w:val="000000"/>
                <w:sz w:val="17"/>
              </w:rPr>
              <w:t>901円</w:t>
            </w:r>
          </w:p>
        </w:tc>
      </w:tr>
      <w:tr w:rsidR="00AD0E4F" w14:paraId="331CF1DD" w14:textId="77777777">
        <w:trPr>
          <w:jc w:val="center"/>
        </w:trPr>
        <w:tc>
          <w:tcPr>
            <w:tcW w:w="2948" w:type="dxa"/>
            <w:tcMar>
              <w:top w:w="45" w:type="dxa"/>
              <w:left w:w="100" w:type="dxa"/>
              <w:bottom w:w="45" w:type="dxa"/>
              <w:right w:w="100" w:type="dxa"/>
            </w:tcMar>
            <w:vAlign w:val="center"/>
          </w:tcPr>
          <w:p w14:paraId="6C743987" w14:textId="77777777" w:rsidR="00AD0E4F" w:rsidRDefault="008D426B">
            <w:pPr>
              <w:spacing w:after="0" w:line="240" w:lineRule="auto"/>
            </w:pPr>
            <w:r>
              <w:rPr>
                <w:color w:val="000000"/>
                <w:sz w:val="17"/>
              </w:rPr>
              <w:t>要支援・1回20分</w:t>
            </w:r>
          </w:p>
        </w:tc>
        <w:tc>
          <w:tcPr>
            <w:tcW w:w="1020" w:type="dxa"/>
            <w:tcMar>
              <w:top w:w="45" w:type="dxa"/>
              <w:left w:w="100" w:type="dxa"/>
              <w:bottom w:w="45" w:type="dxa"/>
              <w:right w:w="100" w:type="dxa"/>
            </w:tcMar>
            <w:vAlign w:val="center"/>
          </w:tcPr>
          <w:p w14:paraId="41CFF09F" w14:textId="77777777" w:rsidR="00AD0E4F" w:rsidRDefault="008D426B">
            <w:pPr>
              <w:spacing w:after="0" w:line="240" w:lineRule="auto"/>
            </w:pPr>
            <w:r>
              <w:rPr>
                <w:color w:val="000000"/>
                <w:sz w:val="17"/>
              </w:rPr>
              <w:t>284</w:t>
            </w:r>
          </w:p>
        </w:tc>
        <w:tc>
          <w:tcPr>
            <w:tcW w:w="1701" w:type="dxa"/>
            <w:tcMar>
              <w:top w:w="45" w:type="dxa"/>
              <w:left w:w="100" w:type="dxa"/>
              <w:bottom w:w="45" w:type="dxa"/>
              <w:right w:w="100" w:type="dxa"/>
            </w:tcMar>
            <w:vAlign w:val="center"/>
          </w:tcPr>
          <w:p w14:paraId="614ED1E9" w14:textId="77777777" w:rsidR="00AD0E4F" w:rsidRDefault="008D426B">
            <w:pPr>
              <w:spacing w:after="0" w:line="240" w:lineRule="auto"/>
            </w:pPr>
            <w:r>
              <w:rPr>
                <w:color w:val="000000"/>
                <w:sz w:val="17"/>
              </w:rPr>
              <w:t>2,899円</w:t>
            </w:r>
          </w:p>
        </w:tc>
        <w:tc>
          <w:tcPr>
            <w:tcW w:w="1531" w:type="dxa"/>
            <w:tcMar>
              <w:top w:w="45" w:type="dxa"/>
              <w:left w:w="100" w:type="dxa"/>
              <w:bottom w:w="45" w:type="dxa"/>
              <w:right w:w="100" w:type="dxa"/>
            </w:tcMar>
            <w:vAlign w:val="center"/>
          </w:tcPr>
          <w:p w14:paraId="27D7C2CB" w14:textId="77777777" w:rsidR="00AD0E4F" w:rsidRDefault="008D426B">
            <w:pPr>
              <w:spacing w:after="0" w:line="240" w:lineRule="auto"/>
            </w:pPr>
            <w:r>
              <w:rPr>
                <w:color w:val="000000"/>
                <w:sz w:val="17"/>
              </w:rPr>
              <w:t>290円</w:t>
            </w:r>
          </w:p>
        </w:tc>
        <w:tc>
          <w:tcPr>
            <w:tcW w:w="1531" w:type="dxa"/>
            <w:tcMar>
              <w:top w:w="45" w:type="dxa"/>
              <w:left w:w="100" w:type="dxa"/>
              <w:bottom w:w="45" w:type="dxa"/>
              <w:right w:w="100" w:type="dxa"/>
            </w:tcMar>
            <w:vAlign w:val="center"/>
          </w:tcPr>
          <w:p w14:paraId="1B58B5D9" w14:textId="77777777" w:rsidR="00AD0E4F" w:rsidRDefault="008D426B">
            <w:pPr>
              <w:spacing w:after="0" w:line="240" w:lineRule="auto"/>
            </w:pPr>
            <w:r>
              <w:rPr>
                <w:color w:val="000000"/>
                <w:sz w:val="17"/>
              </w:rPr>
              <w:t>580円</w:t>
            </w:r>
          </w:p>
        </w:tc>
        <w:tc>
          <w:tcPr>
            <w:tcW w:w="1587" w:type="dxa"/>
            <w:gridSpan w:val="2"/>
            <w:tcMar>
              <w:top w:w="45" w:type="dxa"/>
              <w:left w:w="100" w:type="dxa"/>
              <w:bottom w:w="45" w:type="dxa"/>
              <w:right w:w="100" w:type="dxa"/>
            </w:tcMar>
            <w:vAlign w:val="center"/>
          </w:tcPr>
          <w:p w14:paraId="3544FFFA" w14:textId="77777777" w:rsidR="00AD0E4F" w:rsidRDefault="008D426B">
            <w:pPr>
              <w:spacing w:after="0" w:line="240" w:lineRule="auto"/>
            </w:pPr>
            <w:r>
              <w:rPr>
                <w:color w:val="000000"/>
                <w:sz w:val="17"/>
              </w:rPr>
              <w:t>870円</w:t>
            </w:r>
          </w:p>
        </w:tc>
      </w:tr>
      <w:tr w:rsidR="00AD0E4F" w14:paraId="038EE9B0" w14:textId="77777777">
        <w:trPr>
          <w:jc w:val="center"/>
        </w:trPr>
        <w:tc>
          <w:tcPr>
            <w:tcW w:w="2948" w:type="dxa"/>
            <w:tcMar>
              <w:top w:w="45" w:type="dxa"/>
              <w:left w:w="100" w:type="dxa"/>
              <w:bottom w:w="45" w:type="dxa"/>
              <w:right w:w="100" w:type="dxa"/>
            </w:tcMar>
            <w:vAlign w:val="center"/>
          </w:tcPr>
          <w:p w14:paraId="78776F2B" w14:textId="77777777" w:rsidR="00AD0E4F" w:rsidRDefault="008D426B">
            <w:pPr>
              <w:spacing w:after="0" w:line="240" w:lineRule="auto"/>
            </w:pPr>
            <w:r>
              <w:rPr>
                <w:color w:val="000000"/>
                <w:sz w:val="17"/>
              </w:rPr>
              <w:t>要介護・1日3回目以降</w:t>
            </w:r>
          </w:p>
        </w:tc>
        <w:tc>
          <w:tcPr>
            <w:tcW w:w="1020" w:type="dxa"/>
            <w:tcMar>
              <w:top w:w="45" w:type="dxa"/>
              <w:left w:w="100" w:type="dxa"/>
              <w:bottom w:w="45" w:type="dxa"/>
              <w:right w:w="100" w:type="dxa"/>
            </w:tcMar>
            <w:vAlign w:val="center"/>
          </w:tcPr>
          <w:p w14:paraId="18F0B431" w14:textId="77777777" w:rsidR="00AD0E4F" w:rsidRDefault="008D426B">
            <w:pPr>
              <w:spacing w:after="0" w:line="240" w:lineRule="auto"/>
            </w:pPr>
            <w:r>
              <w:rPr>
                <w:color w:val="000000"/>
                <w:sz w:val="17"/>
              </w:rPr>
              <w:t>所定単位</w:t>
            </w:r>
            <w:r>
              <w:rPr>
                <w:color w:val="000000"/>
                <w:sz w:val="17"/>
              </w:rPr>
              <w:br/>
              <w:t>×90%</w:t>
            </w:r>
          </w:p>
        </w:tc>
        <w:tc>
          <w:tcPr>
            <w:tcW w:w="6350" w:type="dxa"/>
            <w:gridSpan w:val="5"/>
            <w:tcMar>
              <w:top w:w="45" w:type="dxa"/>
              <w:left w:w="100" w:type="dxa"/>
              <w:bottom w:w="45" w:type="dxa"/>
              <w:right w:w="100" w:type="dxa"/>
            </w:tcMar>
            <w:vAlign w:val="center"/>
          </w:tcPr>
          <w:p w14:paraId="653D811C" w14:textId="77777777" w:rsidR="00AD0E4F" w:rsidRDefault="008D426B">
            <w:pPr>
              <w:spacing w:after="0" w:line="240" w:lineRule="auto"/>
              <w:jc w:val="center"/>
            </w:pPr>
            <w:r>
              <w:rPr>
                <w:color w:val="000000"/>
                <w:sz w:val="17"/>
              </w:rPr>
              <w:t>上記基本料金に適用（負担額も同様に再計算）</w:t>
            </w:r>
          </w:p>
        </w:tc>
      </w:tr>
      <w:tr w:rsidR="00AD0E4F" w14:paraId="2D48518B" w14:textId="77777777">
        <w:trPr>
          <w:jc w:val="center"/>
        </w:trPr>
        <w:tc>
          <w:tcPr>
            <w:tcW w:w="2948" w:type="dxa"/>
            <w:tcMar>
              <w:top w:w="45" w:type="dxa"/>
              <w:left w:w="100" w:type="dxa"/>
              <w:bottom w:w="45" w:type="dxa"/>
              <w:right w:w="100" w:type="dxa"/>
            </w:tcMar>
            <w:vAlign w:val="center"/>
          </w:tcPr>
          <w:p w14:paraId="1CA7C89A" w14:textId="77777777" w:rsidR="00AD0E4F" w:rsidRDefault="008D426B">
            <w:pPr>
              <w:spacing w:after="0" w:line="240" w:lineRule="auto"/>
            </w:pPr>
            <w:r>
              <w:rPr>
                <w:color w:val="000000"/>
                <w:sz w:val="17"/>
              </w:rPr>
              <w:t>要支援・1日3回目以降</w:t>
            </w:r>
          </w:p>
        </w:tc>
        <w:tc>
          <w:tcPr>
            <w:tcW w:w="1020" w:type="dxa"/>
            <w:tcMar>
              <w:top w:w="45" w:type="dxa"/>
              <w:left w:w="100" w:type="dxa"/>
              <w:bottom w:w="45" w:type="dxa"/>
              <w:right w:w="100" w:type="dxa"/>
            </w:tcMar>
            <w:vAlign w:val="center"/>
          </w:tcPr>
          <w:p w14:paraId="6BC7703E" w14:textId="77777777" w:rsidR="00AD0E4F" w:rsidRDefault="008D426B">
            <w:pPr>
              <w:spacing w:after="0" w:line="240" w:lineRule="auto"/>
            </w:pPr>
            <w:r>
              <w:rPr>
                <w:color w:val="000000"/>
                <w:sz w:val="17"/>
              </w:rPr>
              <w:t>所定単位</w:t>
            </w:r>
            <w:r>
              <w:rPr>
                <w:color w:val="000000"/>
                <w:sz w:val="17"/>
              </w:rPr>
              <w:br/>
              <w:t>×50%</w:t>
            </w:r>
          </w:p>
        </w:tc>
        <w:tc>
          <w:tcPr>
            <w:tcW w:w="6350" w:type="dxa"/>
            <w:gridSpan w:val="5"/>
            <w:tcMar>
              <w:top w:w="45" w:type="dxa"/>
              <w:left w:w="100" w:type="dxa"/>
              <w:bottom w:w="45" w:type="dxa"/>
              <w:right w:w="100" w:type="dxa"/>
            </w:tcMar>
            <w:vAlign w:val="center"/>
          </w:tcPr>
          <w:p w14:paraId="5D29F27B" w14:textId="77777777" w:rsidR="00AD0E4F" w:rsidRDefault="008D426B">
            <w:pPr>
              <w:spacing w:after="0" w:line="240" w:lineRule="auto"/>
              <w:jc w:val="center"/>
            </w:pPr>
            <w:r>
              <w:rPr>
                <w:color w:val="000000"/>
                <w:sz w:val="17"/>
              </w:rPr>
              <w:t>上記基本料金に適用（負担額も同様に再計算）</w:t>
            </w:r>
          </w:p>
        </w:tc>
      </w:tr>
      <w:tr w:rsidR="00AD0E4F" w14:paraId="0075C2DD" w14:textId="77777777">
        <w:trPr>
          <w:jc w:val="center"/>
        </w:trPr>
        <w:tc>
          <w:tcPr>
            <w:tcW w:w="2948" w:type="dxa"/>
            <w:tcMar>
              <w:top w:w="45" w:type="dxa"/>
              <w:left w:w="100" w:type="dxa"/>
              <w:bottom w:w="45" w:type="dxa"/>
              <w:right w:w="100" w:type="dxa"/>
            </w:tcMar>
            <w:vAlign w:val="center"/>
          </w:tcPr>
          <w:p w14:paraId="4A6D1ACF" w14:textId="77777777" w:rsidR="00AD0E4F" w:rsidRDefault="008D426B">
            <w:pPr>
              <w:spacing w:after="0" w:line="240" w:lineRule="auto"/>
            </w:pPr>
            <w:r>
              <w:rPr>
                <w:color w:val="000000"/>
                <w:sz w:val="17"/>
              </w:rPr>
              <w:t>事業所要件に該当</w:t>
            </w:r>
          </w:p>
        </w:tc>
        <w:tc>
          <w:tcPr>
            <w:tcW w:w="1020" w:type="dxa"/>
            <w:tcMar>
              <w:top w:w="45" w:type="dxa"/>
              <w:left w:w="100" w:type="dxa"/>
              <w:bottom w:w="45" w:type="dxa"/>
              <w:right w:w="100" w:type="dxa"/>
            </w:tcMar>
            <w:vAlign w:val="center"/>
          </w:tcPr>
          <w:p w14:paraId="56AA64D1" w14:textId="77777777" w:rsidR="00AD0E4F" w:rsidRDefault="008D426B">
            <w:pPr>
              <w:spacing w:after="0" w:line="240" w:lineRule="auto"/>
            </w:pPr>
            <w:r>
              <w:rPr>
                <w:color w:val="000000"/>
                <w:sz w:val="17"/>
              </w:rPr>
              <w:t>1回につき</w:t>
            </w:r>
            <w:r>
              <w:rPr>
                <w:color w:val="000000"/>
                <w:sz w:val="17"/>
              </w:rPr>
              <w:br/>
              <w:t>−8単位</w:t>
            </w:r>
          </w:p>
        </w:tc>
        <w:tc>
          <w:tcPr>
            <w:tcW w:w="6350" w:type="dxa"/>
            <w:gridSpan w:val="5"/>
            <w:tcMar>
              <w:top w:w="45" w:type="dxa"/>
              <w:left w:w="100" w:type="dxa"/>
              <w:bottom w:w="45" w:type="dxa"/>
              <w:right w:w="100" w:type="dxa"/>
            </w:tcMar>
            <w:vAlign w:val="center"/>
          </w:tcPr>
          <w:p w14:paraId="61EA9C29" w14:textId="77777777" w:rsidR="00AD0E4F" w:rsidRDefault="008D426B">
            <w:pPr>
              <w:spacing w:after="0" w:line="240" w:lineRule="auto"/>
              <w:jc w:val="center"/>
            </w:pPr>
            <w:r>
              <w:rPr>
                <w:color w:val="000000"/>
                <w:sz w:val="17"/>
              </w:rPr>
              <w:t>上記基本料金に適用（負担額も同様に再計算）</w:t>
            </w:r>
          </w:p>
        </w:tc>
      </w:tr>
      <w:tr w:rsidR="00AD0E4F" w14:paraId="059D0737" w14:textId="77777777">
        <w:trPr>
          <w:jc w:val="center"/>
        </w:trPr>
        <w:tc>
          <w:tcPr>
            <w:tcW w:w="2948" w:type="dxa"/>
            <w:tcMar>
              <w:top w:w="45" w:type="dxa"/>
              <w:left w:w="100" w:type="dxa"/>
              <w:bottom w:w="45" w:type="dxa"/>
              <w:right w:w="100" w:type="dxa"/>
            </w:tcMar>
            <w:vAlign w:val="center"/>
          </w:tcPr>
          <w:p w14:paraId="40C15653" w14:textId="77777777" w:rsidR="00AD0E4F" w:rsidRDefault="008D426B">
            <w:pPr>
              <w:spacing w:after="0" w:line="240" w:lineRule="auto"/>
            </w:pPr>
            <w:r>
              <w:rPr>
                <w:color w:val="000000"/>
                <w:sz w:val="17"/>
              </w:rPr>
              <w:t>要支援・利用開始月から12月超</w:t>
            </w:r>
          </w:p>
        </w:tc>
        <w:tc>
          <w:tcPr>
            <w:tcW w:w="1020" w:type="dxa"/>
            <w:tcMar>
              <w:top w:w="45" w:type="dxa"/>
              <w:left w:w="100" w:type="dxa"/>
              <w:bottom w:w="45" w:type="dxa"/>
              <w:right w:w="100" w:type="dxa"/>
            </w:tcMar>
            <w:vAlign w:val="center"/>
          </w:tcPr>
          <w:p w14:paraId="54199747" w14:textId="77777777" w:rsidR="00AD0E4F" w:rsidRDefault="008D426B">
            <w:pPr>
              <w:spacing w:after="0" w:line="240" w:lineRule="auto"/>
            </w:pPr>
            <w:r>
              <w:rPr>
                <w:color w:val="000000"/>
                <w:sz w:val="17"/>
              </w:rPr>
              <w:t>−5単位</w:t>
            </w:r>
            <w:r>
              <w:rPr>
                <w:color w:val="000000"/>
                <w:sz w:val="17"/>
              </w:rPr>
              <w:br/>
            </w:r>
            <w:r w:rsidR="00203301">
              <w:rPr>
                <w:rFonts w:hint="eastAsia"/>
                <w:color w:val="000000"/>
                <w:sz w:val="17"/>
                <w:lang w:eastAsia="ja-JP"/>
              </w:rPr>
              <w:t>(</w:t>
            </w:r>
            <w:r>
              <w:rPr>
                <w:color w:val="000000"/>
                <w:sz w:val="17"/>
              </w:rPr>
              <w:t>上記−</w:t>
            </w:r>
            <w:r w:rsidR="00A5242F">
              <w:rPr>
                <w:rFonts w:hint="eastAsia"/>
                <w:color w:val="000000"/>
                <w:sz w:val="17"/>
                <w:lang w:eastAsia="ja-JP"/>
              </w:rPr>
              <w:t>8</w:t>
            </w:r>
            <w:r>
              <w:rPr>
                <w:color w:val="000000"/>
                <w:sz w:val="17"/>
              </w:rPr>
              <w:t>単位はさらに−15単位）</w:t>
            </w:r>
          </w:p>
        </w:tc>
        <w:tc>
          <w:tcPr>
            <w:tcW w:w="6350" w:type="dxa"/>
            <w:gridSpan w:val="5"/>
            <w:tcMar>
              <w:top w:w="45" w:type="dxa"/>
              <w:left w:w="100" w:type="dxa"/>
              <w:bottom w:w="45" w:type="dxa"/>
              <w:right w:w="100" w:type="dxa"/>
            </w:tcMar>
            <w:vAlign w:val="center"/>
          </w:tcPr>
          <w:p w14:paraId="74CD5E06" w14:textId="77777777" w:rsidR="00AD0E4F" w:rsidRDefault="008D426B">
            <w:pPr>
              <w:spacing w:after="0" w:line="240" w:lineRule="auto"/>
              <w:jc w:val="center"/>
            </w:pPr>
            <w:r>
              <w:rPr>
                <w:color w:val="000000"/>
                <w:sz w:val="17"/>
              </w:rPr>
              <w:t>上記基本料金に適用（負担額も同様に再計算）</w:t>
            </w:r>
          </w:p>
        </w:tc>
      </w:tr>
      <w:tr w:rsidR="00AD0E4F" w14:paraId="69AC3F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2" w:type="dxa"/>
          <w:jc w:val="center"/>
        </w:trPr>
        <w:tc>
          <w:tcPr>
            <w:tcW w:w="10318" w:type="dxa"/>
            <w:gridSpan w:val="6"/>
            <w:tcBorders>
              <w:top w:val="single" w:sz="8" w:space="0" w:color="777777"/>
              <w:left w:val="single" w:sz="8" w:space="0" w:color="777777"/>
              <w:bottom w:val="single" w:sz="8" w:space="0" w:color="777777"/>
              <w:right w:val="single" w:sz="8" w:space="0" w:color="777777"/>
            </w:tcBorders>
            <w:shd w:val="clear" w:color="auto" w:fill="F7F7F7"/>
            <w:tcMar>
              <w:top w:w="45" w:type="dxa"/>
              <w:left w:w="170" w:type="dxa"/>
              <w:bottom w:w="45" w:type="dxa"/>
              <w:right w:w="170" w:type="dxa"/>
            </w:tcMar>
            <w:vAlign w:val="center"/>
          </w:tcPr>
          <w:p w14:paraId="742A8658" w14:textId="77777777" w:rsidR="00AD0E4F" w:rsidRDefault="008D426B">
            <w:pPr>
              <w:spacing w:after="0" w:line="240" w:lineRule="auto"/>
            </w:pPr>
            <w:r>
              <w:rPr>
                <w:color w:val="000000"/>
                <w:sz w:val="17"/>
              </w:rPr>
              <w:t>リハ職による訪問看護の算定上の取扱い（2026年）</w:t>
            </w:r>
            <w:r>
              <w:rPr>
                <w:color w:val="000000"/>
                <w:sz w:val="17"/>
              </w:rPr>
              <w:br/>
              <w:t>・PT・OT・STの訪問は、看護業務の一環として主治医の指示と訪問看護計画に基づき、1回20分以上、原則週6回まで算定します。</w:t>
            </w:r>
            <w:r>
              <w:rPr>
                <w:color w:val="000000"/>
                <w:sz w:val="17"/>
              </w:rPr>
              <w:br/>
              <w:t>・同一敷地内建物等または同一建物で月20人以上に提供する場合は所定単位の90%、同一敷地内建物等で50人以上の場合は85%</w:t>
            </w:r>
            <w:r>
              <w:rPr>
                <w:color w:val="000000"/>
                <w:sz w:val="17"/>
              </w:rPr>
              <w:lastRenderedPageBreak/>
              <w:t>です。</w:t>
            </w:r>
            <w:r>
              <w:rPr>
                <w:color w:val="000000"/>
                <w:sz w:val="17"/>
              </w:rPr>
              <w:br/>
              <w:t>・−8単位は、前年度のリハ職訪問回数が看護職員を上回る場合、または緊急時・特別管理・看護体制強化加算をいずれも算定していない場合に適用します。</w:t>
            </w:r>
            <w:r>
              <w:rPr>
                <w:color w:val="000000"/>
                <w:sz w:val="17"/>
              </w:rPr>
              <w:br/>
              <w:t>・実際の受入れ、配置、加算・減算および提供回数は、利用者の状態、ケアプラン、届出状況等により決定します。</w:t>
            </w:r>
          </w:p>
          <w:p w14:paraId="1E70D51B" w14:textId="77777777" w:rsidR="00AD0E4F" w:rsidRDefault="008D426B">
            <w:pPr>
              <w:spacing w:after="0" w:line="240" w:lineRule="auto"/>
            </w:pPr>
            <w:r>
              <w:rPr>
                <w:color w:val="000000"/>
                <w:sz w:val="17"/>
              </w:rPr>
              <w:t>理学療法士等による訪問は、利用者の状態、ケアプラン、職員配置等を確認したうえで提供します。看護師が行う生活動作の支援は看護師の訪問看護費で算定します。</w:t>
            </w:r>
          </w:p>
        </w:tc>
      </w:tr>
    </w:tbl>
    <w:p w14:paraId="100B2C65" w14:textId="77777777" w:rsidR="00AD0E4F" w:rsidRDefault="008D426B">
      <w:pPr>
        <w:spacing w:after="20" w:line="240" w:lineRule="auto"/>
      </w:pPr>
      <w:r>
        <w:rPr>
          <w:color w:val="000000"/>
          <w:sz w:val="30"/>
        </w:rPr>
        <w:lastRenderedPageBreak/>
        <w:t>07 介護保険の主な加算 - 体制・管理</w:t>
      </w:r>
    </w:p>
    <w:p w14:paraId="17B2DDB5" w14:textId="77777777" w:rsidR="00AD0E4F" w:rsidRDefault="00AD0E4F">
      <w:pPr>
        <w:pBdr>
          <w:bottom w:val="single" w:sz="8" w:space="1" w:color="777777"/>
        </w:pBdr>
        <w:spacing w:before="20" w:after="0" w:line="240" w:lineRule="auto"/>
      </w:pP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948"/>
        <w:gridCol w:w="850"/>
        <w:gridCol w:w="1417"/>
        <w:gridCol w:w="1134"/>
        <w:gridCol w:w="1134"/>
        <w:gridCol w:w="1134"/>
        <w:gridCol w:w="567"/>
      </w:tblGrid>
      <w:tr w:rsidR="00AD0E4F" w14:paraId="31EF04F1" w14:textId="77777777">
        <w:trPr>
          <w:tblHeader/>
          <w:jc w:val="center"/>
        </w:trPr>
        <w:tc>
          <w:tcPr>
            <w:tcW w:w="2948" w:type="dxa"/>
            <w:shd w:val="clear" w:color="auto" w:fill="4A4A4A"/>
            <w:tcMar>
              <w:top w:w="45" w:type="dxa"/>
              <w:left w:w="100" w:type="dxa"/>
              <w:bottom w:w="45" w:type="dxa"/>
              <w:right w:w="100" w:type="dxa"/>
            </w:tcMar>
            <w:vAlign w:val="center"/>
          </w:tcPr>
          <w:p w14:paraId="43F03960" w14:textId="77777777" w:rsidR="00AD0E4F" w:rsidRDefault="008D426B">
            <w:pPr>
              <w:spacing w:after="0" w:line="240" w:lineRule="auto"/>
              <w:jc w:val="center"/>
            </w:pPr>
            <w:r>
              <w:rPr>
                <w:color w:val="FFFFFF"/>
                <w:sz w:val="17"/>
              </w:rPr>
              <w:t>加算項目</w:t>
            </w:r>
          </w:p>
        </w:tc>
        <w:tc>
          <w:tcPr>
            <w:tcW w:w="850" w:type="dxa"/>
            <w:shd w:val="clear" w:color="auto" w:fill="4A4A4A"/>
            <w:tcMar>
              <w:top w:w="45" w:type="dxa"/>
              <w:left w:w="100" w:type="dxa"/>
              <w:bottom w:w="45" w:type="dxa"/>
              <w:right w:w="100" w:type="dxa"/>
            </w:tcMar>
            <w:vAlign w:val="center"/>
          </w:tcPr>
          <w:p w14:paraId="71D602CC" w14:textId="77777777" w:rsidR="00AD0E4F" w:rsidRDefault="008D426B">
            <w:pPr>
              <w:spacing w:after="0" w:line="240" w:lineRule="auto"/>
              <w:jc w:val="center"/>
            </w:pPr>
            <w:r>
              <w:rPr>
                <w:color w:val="FFFFFF"/>
                <w:sz w:val="17"/>
              </w:rPr>
              <w:t>単位</w:t>
            </w:r>
          </w:p>
        </w:tc>
        <w:tc>
          <w:tcPr>
            <w:tcW w:w="1417" w:type="dxa"/>
            <w:shd w:val="clear" w:color="auto" w:fill="4A4A4A"/>
            <w:tcMar>
              <w:top w:w="45" w:type="dxa"/>
              <w:left w:w="100" w:type="dxa"/>
              <w:bottom w:w="45" w:type="dxa"/>
              <w:right w:w="100" w:type="dxa"/>
            </w:tcMar>
            <w:vAlign w:val="center"/>
          </w:tcPr>
          <w:p w14:paraId="3A362DAB" w14:textId="77777777" w:rsidR="00AD0E4F" w:rsidRDefault="008D426B">
            <w:pPr>
              <w:spacing w:after="0" w:line="240" w:lineRule="auto"/>
              <w:jc w:val="center"/>
            </w:pPr>
            <w:r>
              <w:rPr>
                <w:color w:val="FFFFFF"/>
                <w:sz w:val="17"/>
              </w:rPr>
              <w:t>金額</w:t>
            </w:r>
          </w:p>
        </w:tc>
        <w:tc>
          <w:tcPr>
            <w:tcW w:w="1134" w:type="dxa"/>
            <w:shd w:val="clear" w:color="auto" w:fill="4A4A4A"/>
            <w:tcMar>
              <w:top w:w="45" w:type="dxa"/>
              <w:left w:w="100" w:type="dxa"/>
              <w:bottom w:w="45" w:type="dxa"/>
              <w:right w:w="100" w:type="dxa"/>
            </w:tcMar>
            <w:vAlign w:val="center"/>
          </w:tcPr>
          <w:p w14:paraId="4B82BFC7" w14:textId="77777777" w:rsidR="00AD0E4F" w:rsidRDefault="008D426B">
            <w:pPr>
              <w:spacing w:after="0" w:line="240" w:lineRule="auto"/>
              <w:jc w:val="center"/>
            </w:pPr>
            <w:r>
              <w:rPr>
                <w:color w:val="FFFFFF"/>
                <w:sz w:val="17"/>
              </w:rPr>
              <w:t>1割</w:t>
            </w:r>
          </w:p>
        </w:tc>
        <w:tc>
          <w:tcPr>
            <w:tcW w:w="1134" w:type="dxa"/>
            <w:shd w:val="clear" w:color="auto" w:fill="4A4A4A"/>
            <w:tcMar>
              <w:top w:w="45" w:type="dxa"/>
              <w:left w:w="100" w:type="dxa"/>
              <w:bottom w:w="45" w:type="dxa"/>
              <w:right w:w="100" w:type="dxa"/>
            </w:tcMar>
            <w:vAlign w:val="center"/>
          </w:tcPr>
          <w:p w14:paraId="72041A25" w14:textId="77777777" w:rsidR="00AD0E4F" w:rsidRDefault="008D426B">
            <w:pPr>
              <w:spacing w:after="0" w:line="240" w:lineRule="auto"/>
              <w:jc w:val="center"/>
            </w:pPr>
            <w:r>
              <w:rPr>
                <w:color w:val="FFFFFF"/>
                <w:sz w:val="17"/>
              </w:rPr>
              <w:t>2割</w:t>
            </w:r>
          </w:p>
        </w:tc>
        <w:tc>
          <w:tcPr>
            <w:tcW w:w="1134" w:type="dxa"/>
            <w:shd w:val="clear" w:color="auto" w:fill="4A4A4A"/>
            <w:tcMar>
              <w:top w:w="45" w:type="dxa"/>
              <w:left w:w="100" w:type="dxa"/>
              <w:bottom w:w="45" w:type="dxa"/>
              <w:right w:w="100" w:type="dxa"/>
            </w:tcMar>
            <w:vAlign w:val="center"/>
          </w:tcPr>
          <w:p w14:paraId="226BEA04" w14:textId="77777777" w:rsidR="00AD0E4F" w:rsidRDefault="008D426B">
            <w:pPr>
              <w:spacing w:after="0" w:line="240" w:lineRule="auto"/>
              <w:jc w:val="center"/>
            </w:pPr>
            <w:r>
              <w:rPr>
                <w:color w:val="FFFFFF"/>
                <w:sz w:val="17"/>
              </w:rPr>
              <w:t>3割</w:t>
            </w:r>
          </w:p>
        </w:tc>
        <w:tc>
          <w:tcPr>
            <w:tcW w:w="567" w:type="dxa"/>
            <w:shd w:val="clear" w:color="auto" w:fill="4A4A4A"/>
            <w:tcMar>
              <w:top w:w="45" w:type="dxa"/>
              <w:left w:w="100" w:type="dxa"/>
              <w:bottom w:w="45" w:type="dxa"/>
              <w:right w:w="100" w:type="dxa"/>
            </w:tcMar>
            <w:vAlign w:val="center"/>
          </w:tcPr>
          <w:p w14:paraId="20FD5693" w14:textId="77777777" w:rsidR="00AD0E4F" w:rsidRDefault="008D426B">
            <w:pPr>
              <w:spacing w:after="0" w:line="240" w:lineRule="auto"/>
              <w:jc w:val="center"/>
            </w:pPr>
            <w:r>
              <w:rPr>
                <w:color w:val="FFFFFF"/>
                <w:sz w:val="17"/>
              </w:rPr>
              <w:t>該当</w:t>
            </w:r>
          </w:p>
        </w:tc>
      </w:tr>
      <w:tr w:rsidR="00AD0E4F" w14:paraId="0EF8A762" w14:textId="77777777">
        <w:trPr>
          <w:jc w:val="center"/>
        </w:trPr>
        <w:tc>
          <w:tcPr>
            <w:tcW w:w="2948" w:type="dxa"/>
            <w:tcMar>
              <w:top w:w="45" w:type="dxa"/>
              <w:left w:w="100" w:type="dxa"/>
              <w:bottom w:w="45" w:type="dxa"/>
              <w:right w:w="100" w:type="dxa"/>
            </w:tcMar>
            <w:vAlign w:val="center"/>
          </w:tcPr>
          <w:p w14:paraId="399D6C97" w14:textId="77777777" w:rsidR="00AD0E4F" w:rsidRDefault="008D426B">
            <w:pPr>
              <w:spacing w:after="0" w:line="240" w:lineRule="auto"/>
            </w:pPr>
            <w:r>
              <w:rPr>
                <w:color w:val="000000"/>
                <w:sz w:val="17"/>
              </w:rPr>
              <w:t>緊急時訪問看護加算(I)・月</w:t>
            </w:r>
          </w:p>
        </w:tc>
        <w:tc>
          <w:tcPr>
            <w:tcW w:w="850" w:type="dxa"/>
            <w:tcMar>
              <w:top w:w="45" w:type="dxa"/>
              <w:left w:w="100" w:type="dxa"/>
              <w:bottom w:w="45" w:type="dxa"/>
              <w:right w:w="100" w:type="dxa"/>
            </w:tcMar>
            <w:vAlign w:val="center"/>
          </w:tcPr>
          <w:p w14:paraId="675BAAEE" w14:textId="77777777" w:rsidR="00AD0E4F" w:rsidRDefault="008D426B">
            <w:pPr>
              <w:spacing w:after="0" w:line="240" w:lineRule="auto"/>
            </w:pPr>
            <w:r>
              <w:rPr>
                <w:color w:val="000000"/>
                <w:sz w:val="17"/>
              </w:rPr>
              <w:t>600</w:t>
            </w:r>
          </w:p>
        </w:tc>
        <w:tc>
          <w:tcPr>
            <w:tcW w:w="1417" w:type="dxa"/>
            <w:tcMar>
              <w:top w:w="45" w:type="dxa"/>
              <w:left w:w="100" w:type="dxa"/>
              <w:bottom w:w="45" w:type="dxa"/>
              <w:right w:w="100" w:type="dxa"/>
            </w:tcMar>
            <w:vAlign w:val="center"/>
          </w:tcPr>
          <w:p w14:paraId="42B950A4" w14:textId="77777777" w:rsidR="00AD0E4F" w:rsidRDefault="008D426B">
            <w:pPr>
              <w:spacing w:after="0" w:line="240" w:lineRule="auto"/>
            </w:pPr>
            <w:r>
              <w:rPr>
                <w:color w:val="000000"/>
                <w:sz w:val="17"/>
              </w:rPr>
              <w:t>6,126円</w:t>
            </w:r>
          </w:p>
        </w:tc>
        <w:tc>
          <w:tcPr>
            <w:tcW w:w="1134" w:type="dxa"/>
            <w:tcMar>
              <w:top w:w="45" w:type="dxa"/>
              <w:left w:w="100" w:type="dxa"/>
              <w:bottom w:w="45" w:type="dxa"/>
              <w:right w:w="100" w:type="dxa"/>
            </w:tcMar>
            <w:vAlign w:val="center"/>
          </w:tcPr>
          <w:p w14:paraId="5A5777CC" w14:textId="77777777" w:rsidR="00AD0E4F" w:rsidRDefault="008D426B">
            <w:pPr>
              <w:spacing w:after="0" w:line="240" w:lineRule="auto"/>
            </w:pPr>
            <w:r>
              <w:rPr>
                <w:color w:val="000000"/>
                <w:sz w:val="17"/>
              </w:rPr>
              <w:t>613円</w:t>
            </w:r>
          </w:p>
        </w:tc>
        <w:tc>
          <w:tcPr>
            <w:tcW w:w="1134" w:type="dxa"/>
            <w:tcMar>
              <w:top w:w="45" w:type="dxa"/>
              <w:left w:w="100" w:type="dxa"/>
              <w:bottom w:w="45" w:type="dxa"/>
              <w:right w:w="100" w:type="dxa"/>
            </w:tcMar>
            <w:vAlign w:val="center"/>
          </w:tcPr>
          <w:p w14:paraId="689BAD3D" w14:textId="77777777" w:rsidR="00AD0E4F" w:rsidRDefault="008D426B">
            <w:pPr>
              <w:spacing w:after="0" w:line="240" w:lineRule="auto"/>
            </w:pPr>
            <w:r>
              <w:rPr>
                <w:color w:val="000000"/>
                <w:sz w:val="17"/>
              </w:rPr>
              <w:t>1,226円</w:t>
            </w:r>
          </w:p>
        </w:tc>
        <w:tc>
          <w:tcPr>
            <w:tcW w:w="1134" w:type="dxa"/>
            <w:tcMar>
              <w:top w:w="45" w:type="dxa"/>
              <w:left w:w="100" w:type="dxa"/>
              <w:bottom w:w="45" w:type="dxa"/>
              <w:right w:w="100" w:type="dxa"/>
            </w:tcMar>
            <w:vAlign w:val="center"/>
          </w:tcPr>
          <w:p w14:paraId="3751FF16" w14:textId="77777777" w:rsidR="00AD0E4F" w:rsidRDefault="008D426B">
            <w:pPr>
              <w:spacing w:after="0" w:line="240" w:lineRule="auto"/>
            </w:pPr>
            <w:r>
              <w:rPr>
                <w:color w:val="000000"/>
                <w:sz w:val="17"/>
              </w:rPr>
              <w:t>1,838円</w:t>
            </w:r>
          </w:p>
        </w:tc>
        <w:tc>
          <w:tcPr>
            <w:tcW w:w="567" w:type="dxa"/>
            <w:tcMar>
              <w:top w:w="45" w:type="dxa"/>
              <w:left w:w="100" w:type="dxa"/>
              <w:bottom w:w="45" w:type="dxa"/>
              <w:right w:w="100" w:type="dxa"/>
            </w:tcMar>
            <w:vAlign w:val="center"/>
          </w:tcPr>
          <w:p w14:paraId="5FB3C77B" w14:textId="77777777" w:rsidR="00AD0E4F" w:rsidRDefault="00AD0E4F">
            <w:pPr>
              <w:spacing w:after="0" w:line="240" w:lineRule="auto"/>
            </w:pPr>
          </w:p>
        </w:tc>
      </w:tr>
      <w:tr w:rsidR="00AD0E4F" w14:paraId="4492AD16" w14:textId="77777777">
        <w:trPr>
          <w:jc w:val="center"/>
        </w:trPr>
        <w:tc>
          <w:tcPr>
            <w:tcW w:w="2948" w:type="dxa"/>
            <w:tcMar>
              <w:top w:w="45" w:type="dxa"/>
              <w:left w:w="100" w:type="dxa"/>
              <w:bottom w:w="45" w:type="dxa"/>
              <w:right w:w="100" w:type="dxa"/>
            </w:tcMar>
            <w:vAlign w:val="center"/>
          </w:tcPr>
          <w:p w14:paraId="743A0B14" w14:textId="77777777" w:rsidR="00AD0E4F" w:rsidRDefault="008D426B">
            <w:pPr>
              <w:spacing w:after="0" w:line="240" w:lineRule="auto"/>
            </w:pPr>
            <w:r>
              <w:rPr>
                <w:color w:val="000000"/>
                <w:sz w:val="17"/>
              </w:rPr>
              <w:t>緊急時訪問看護加算(II)・月</w:t>
            </w:r>
          </w:p>
        </w:tc>
        <w:tc>
          <w:tcPr>
            <w:tcW w:w="850" w:type="dxa"/>
            <w:tcMar>
              <w:top w:w="45" w:type="dxa"/>
              <w:left w:w="100" w:type="dxa"/>
              <w:bottom w:w="45" w:type="dxa"/>
              <w:right w:w="100" w:type="dxa"/>
            </w:tcMar>
            <w:vAlign w:val="center"/>
          </w:tcPr>
          <w:p w14:paraId="71C7EC1C" w14:textId="77777777" w:rsidR="00AD0E4F" w:rsidRDefault="008D426B">
            <w:pPr>
              <w:spacing w:after="0" w:line="240" w:lineRule="auto"/>
            </w:pPr>
            <w:r>
              <w:rPr>
                <w:color w:val="000000"/>
                <w:sz w:val="17"/>
              </w:rPr>
              <w:t>574</w:t>
            </w:r>
          </w:p>
        </w:tc>
        <w:tc>
          <w:tcPr>
            <w:tcW w:w="1417" w:type="dxa"/>
            <w:tcMar>
              <w:top w:w="45" w:type="dxa"/>
              <w:left w:w="100" w:type="dxa"/>
              <w:bottom w:w="45" w:type="dxa"/>
              <w:right w:w="100" w:type="dxa"/>
            </w:tcMar>
            <w:vAlign w:val="center"/>
          </w:tcPr>
          <w:p w14:paraId="1DB9D31A" w14:textId="77777777" w:rsidR="00AD0E4F" w:rsidRDefault="008D426B">
            <w:pPr>
              <w:spacing w:after="0" w:line="240" w:lineRule="auto"/>
            </w:pPr>
            <w:r>
              <w:rPr>
                <w:color w:val="000000"/>
                <w:sz w:val="17"/>
              </w:rPr>
              <w:t>5,860円</w:t>
            </w:r>
          </w:p>
        </w:tc>
        <w:tc>
          <w:tcPr>
            <w:tcW w:w="1134" w:type="dxa"/>
            <w:tcMar>
              <w:top w:w="45" w:type="dxa"/>
              <w:left w:w="100" w:type="dxa"/>
              <w:bottom w:w="45" w:type="dxa"/>
              <w:right w:w="100" w:type="dxa"/>
            </w:tcMar>
            <w:vAlign w:val="center"/>
          </w:tcPr>
          <w:p w14:paraId="7CE459B1" w14:textId="77777777" w:rsidR="00AD0E4F" w:rsidRDefault="008D426B">
            <w:pPr>
              <w:spacing w:after="0" w:line="240" w:lineRule="auto"/>
            </w:pPr>
            <w:r>
              <w:rPr>
                <w:color w:val="000000"/>
                <w:sz w:val="17"/>
              </w:rPr>
              <w:t>586円</w:t>
            </w:r>
          </w:p>
        </w:tc>
        <w:tc>
          <w:tcPr>
            <w:tcW w:w="1134" w:type="dxa"/>
            <w:tcMar>
              <w:top w:w="45" w:type="dxa"/>
              <w:left w:w="100" w:type="dxa"/>
              <w:bottom w:w="45" w:type="dxa"/>
              <w:right w:w="100" w:type="dxa"/>
            </w:tcMar>
            <w:vAlign w:val="center"/>
          </w:tcPr>
          <w:p w14:paraId="5F51E5EB" w14:textId="77777777" w:rsidR="00AD0E4F" w:rsidRDefault="008D426B">
            <w:pPr>
              <w:spacing w:after="0" w:line="240" w:lineRule="auto"/>
            </w:pPr>
            <w:r>
              <w:rPr>
                <w:color w:val="000000"/>
                <w:sz w:val="17"/>
              </w:rPr>
              <w:t>1,172円</w:t>
            </w:r>
          </w:p>
        </w:tc>
        <w:tc>
          <w:tcPr>
            <w:tcW w:w="1134" w:type="dxa"/>
            <w:tcMar>
              <w:top w:w="45" w:type="dxa"/>
              <w:left w:w="100" w:type="dxa"/>
              <w:bottom w:w="45" w:type="dxa"/>
              <w:right w:w="100" w:type="dxa"/>
            </w:tcMar>
            <w:vAlign w:val="center"/>
          </w:tcPr>
          <w:p w14:paraId="63EE43B5" w14:textId="77777777" w:rsidR="00AD0E4F" w:rsidRDefault="008D426B">
            <w:pPr>
              <w:spacing w:after="0" w:line="240" w:lineRule="auto"/>
            </w:pPr>
            <w:r>
              <w:rPr>
                <w:color w:val="000000"/>
                <w:sz w:val="17"/>
              </w:rPr>
              <w:t>1,758円</w:t>
            </w:r>
          </w:p>
        </w:tc>
        <w:tc>
          <w:tcPr>
            <w:tcW w:w="567" w:type="dxa"/>
            <w:tcMar>
              <w:top w:w="45" w:type="dxa"/>
              <w:left w:w="100" w:type="dxa"/>
              <w:bottom w:w="45" w:type="dxa"/>
              <w:right w:w="100" w:type="dxa"/>
            </w:tcMar>
            <w:vAlign w:val="center"/>
          </w:tcPr>
          <w:p w14:paraId="46A860B4" w14:textId="77777777" w:rsidR="00AD0E4F" w:rsidRDefault="00AD0E4F">
            <w:pPr>
              <w:spacing w:after="0" w:line="240" w:lineRule="auto"/>
            </w:pPr>
          </w:p>
        </w:tc>
      </w:tr>
      <w:tr w:rsidR="00AD0E4F" w14:paraId="7C48A91B" w14:textId="77777777">
        <w:trPr>
          <w:jc w:val="center"/>
        </w:trPr>
        <w:tc>
          <w:tcPr>
            <w:tcW w:w="2948" w:type="dxa"/>
            <w:tcMar>
              <w:top w:w="45" w:type="dxa"/>
              <w:left w:w="100" w:type="dxa"/>
              <w:bottom w:w="45" w:type="dxa"/>
              <w:right w:w="100" w:type="dxa"/>
            </w:tcMar>
            <w:vAlign w:val="center"/>
          </w:tcPr>
          <w:p w14:paraId="4A06FAB6" w14:textId="77777777" w:rsidR="00AD0E4F" w:rsidRDefault="008D426B">
            <w:pPr>
              <w:spacing w:after="0" w:line="240" w:lineRule="auto"/>
            </w:pPr>
            <w:r>
              <w:rPr>
                <w:color w:val="000000"/>
                <w:sz w:val="17"/>
              </w:rPr>
              <w:t>特別管理加算(I)・月</w:t>
            </w:r>
          </w:p>
        </w:tc>
        <w:tc>
          <w:tcPr>
            <w:tcW w:w="850" w:type="dxa"/>
            <w:tcMar>
              <w:top w:w="45" w:type="dxa"/>
              <w:left w:w="100" w:type="dxa"/>
              <w:bottom w:w="45" w:type="dxa"/>
              <w:right w:w="100" w:type="dxa"/>
            </w:tcMar>
            <w:vAlign w:val="center"/>
          </w:tcPr>
          <w:p w14:paraId="08CCEA2B" w14:textId="77777777" w:rsidR="00AD0E4F" w:rsidRDefault="008D426B">
            <w:pPr>
              <w:spacing w:after="0" w:line="240" w:lineRule="auto"/>
            </w:pPr>
            <w:r>
              <w:rPr>
                <w:color w:val="000000"/>
                <w:sz w:val="17"/>
              </w:rPr>
              <w:t>500</w:t>
            </w:r>
          </w:p>
        </w:tc>
        <w:tc>
          <w:tcPr>
            <w:tcW w:w="1417" w:type="dxa"/>
            <w:tcMar>
              <w:top w:w="45" w:type="dxa"/>
              <w:left w:w="100" w:type="dxa"/>
              <w:bottom w:w="45" w:type="dxa"/>
              <w:right w:w="100" w:type="dxa"/>
            </w:tcMar>
            <w:vAlign w:val="center"/>
          </w:tcPr>
          <w:p w14:paraId="38402320" w14:textId="77777777" w:rsidR="00AD0E4F" w:rsidRDefault="008D426B">
            <w:pPr>
              <w:spacing w:after="0" w:line="240" w:lineRule="auto"/>
            </w:pPr>
            <w:r>
              <w:rPr>
                <w:color w:val="000000"/>
                <w:sz w:val="17"/>
              </w:rPr>
              <w:t>5,105円</w:t>
            </w:r>
          </w:p>
        </w:tc>
        <w:tc>
          <w:tcPr>
            <w:tcW w:w="1134" w:type="dxa"/>
            <w:tcMar>
              <w:top w:w="45" w:type="dxa"/>
              <w:left w:w="100" w:type="dxa"/>
              <w:bottom w:w="45" w:type="dxa"/>
              <w:right w:w="100" w:type="dxa"/>
            </w:tcMar>
            <w:vAlign w:val="center"/>
          </w:tcPr>
          <w:p w14:paraId="0F90629D" w14:textId="77777777" w:rsidR="00AD0E4F" w:rsidRDefault="008D426B">
            <w:pPr>
              <w:spacing w:after="0" w:line="240" w:lineRule="auto"/>
            </w:pPr>
            <w:r>
              <w:rPr>
                <w:color w:val="000000"/>
                <w:sz w:val="17"/>
              </w:rPr>
              <w:t>511円</w:t>
            </w:r>
          </w:p>
        </w:tc>
        <w:tc>
          <w:tcPr>
            <w:tcW w:w="1134" w:type="dxa"/>
            <w:tcMar>
              <w:top w:w="45" w:type="dxa"/>
              <w:left w:w="100" w:type="dxa"/>
              <w:bottom w:w="45" w:type="dxa"/>
              <w:right w:w="100" w:type="dxa"/>
            </w:tcMar>
            <w:vAlign w:val="center"/>
          </w:tcPr>
          <w:p w14:paraId="3123C84C" w14:textId="77777777" w:rsidR="00AD0E4F" w:rsidRDefault="008D426B">
            <w:pPr>
              <w:spacing w:after="0" w:line="240" w:lineRule="auto"/>
            </w:pPr>
            <w:r>
              <w:rPr>
                <w:color w:val="000000"/>
                <w:sz w:val="17"/>
              </w:rPr>
              <w:t>1,021円</w:t>
            </w:r>
          </w:p>
        </w:tc>
        <w:tc>
          <w:tcPr>
            <w:tcW w:w="1134" w:type="dxa"/>
            <w:tcMar>
              <w:top w:w="45" w:type="dxa"/>
              <w:left w:w="100" w:type="dxa"/>
              <w:bottom w:w="45" w:type="dxa"/>
              <w:right w:w="100" w:type="dxa"/>
            </w:tcMar>
            <w:vAlign w:val="center"/>
          </w:tcPr>
          <w:p w14:paraId="44C7EC58" w14:textId="77777777" w:rsidR="00AD0E4F" w:rsidRDefault="008D426B">
            <w:pPr>
              <w:spacing w:after="0" w:line="240" w:lineRule="auto"/>
            </w:pPr>
            <w:r>
              <w:rPr>
                <w:color w:val="000000"/>
                <w:sz w:val="17"/>
              </w:rPr>
              <w:t>1,532円</w:t>
            </w:r>
          </w:p>
        </w:tc>
        <w:tc>
          <w:tcPr>
            <w:tcW w:w="567" w:type="dxa"/>
            <w:tcMar>
              <w:top w:w="45" w:type="dxa"/>
              <w:left w:w="100" w:type="dxa"/>
              <w:bottom w:w="45" w:type="dxa"/>
              <w:right w:w="100" w:type="dxa"/>
            </w:tcMar>
            <w:vAlign w:val="center"/>
          </w:tcPr>
          <w:p w14:paraId="44C2B28D" w14:textId="77777777" w:rsidR="00AD0E4F" w:rsidRDefault="00AD0E4F">
            <w:pPr>
              <w:spacing w:after="0" w:line="240" w:lineRule="auto"/>
            </w:pPr>
          </w:p>
        </w:tc>
      </w:tr>
      <w:tr w:rsidR="00AD0E4F" w14:paraId="17998902" w14:textId="77777777">
        <w:trPr>
          <w:jc w:val="center"/>
        </w:trPr>
        <w:tc>
          <w:tcPr>
            <w:tcW w:w="2948" w:type="dxa"/>
            <w:tcMar>
              <w:top w:w="45" w:type="dxa"/>
              <w:left w:w="100" w:type="dxa"/>
              <w:bottom w:w="45" w:type="dxa"/>
              <w:right w:w="100" w:type="dxa"/>
            </w:tcMar>
            <w:vAlign w:val="center"/>
          </w:tcPr>
          <w:p w14:paraId="0A8C6181" w14:textId="77777777" w:rsidR="00AD0E4F" w:rsidRDefault="008D426B">
            <w:pPr>
              <w:spacing w:after="0" w:line="240" w:lineRule="auto"/>
            </w:pPr>
            <w:r>
              <w:rPr>
                <w:color w:val="000000"/>
                <w:sz w:val="17"/>
              </w:rPr>
              <w:t>特別管理加算(II)・月</w:t>
            </w:r>
          </w:p>
        </w:tc>
        <w:tc>
          <w:tcPr>
            <w:tcW w:w="850" w:type="dxa"/>
            <w:tcMar>
              <w:top w:w="45" w:type="dxa"/>
              <w:left w:w="100" w:type="dxa"/>
              <w:bottom w:w="45" w:type="dxa"/>
              <w:right w:w="100" w:type="dxa"/>
            </w:tcMar>
            <w:vAlign w:val="center"/>
          </w:tcPr>
          <w:p w14:paraId="46854C88" w14:textId="77777777" w:rsidR="00AD0E4F" w:rsidRDefault="008D426B">
            <w:pPr>
              <w:spacing w:after="0" w:line="240" w:lineRule="auto"/>
            </w:pPr>
            <w:r>
              <w:rPr>
                <w:color w:val="000000"/>
                <w:sz w:val="17"/>
              </w:rPr>
              <w:t>250</w:t>
            </w:r>
          </w:p>
        </w:tc>
        <w:tc>
          <w:tcPr>
            <w:tcW w:w="1417" w:type="dxa"/>
            <w:tcMar>
              <w:top w:w="45" w:type="dxa"/>
              <w:left w:w="100" w:type="dxa"/>
              <w:bottom w:w="45" w:type="dxa"/>
              <w:right w:w="100" w:type="dxa"/>
            </w:tcMar>
            <w:vAlign w:val="center"/>
          </w:tcPr>
          <w:p w14:paraId="02D5DFDE" w14:textId="77777777" w:rsidR="00AD0E4F" w:rsidRDefault="008D426B">
            <w:pPr>
              <w:spacing w:after="0" w:line="240" w:lineRule="auto"/>
            </w:pPr>
            <w:r>
              <w:rPr>
                <w:color w:val="000000"/>
                <w:sz w:val="17"/>
              </w:rPr>
              <w:t>2,552円</w:t>
            </w:r>
          </w:p>
        </w:tc>
        <w:tc>
          <w:tcPr>
            <w:tcW w:w="1134" w:type="dxa"/>
            <w:tcMar>
              <w:top w:w="45" w:type="dxa"/>
              <w:left w:w="100" w:type="dxa"/>
              <w:bottom w:w="45" w:type="dxa"/>
              <w:right w:w="100" w:type="dxa"/>
            </w:tcMar>
            <w:vAlign w:val="center"/>
          </w:tcPr>
          <w:p w14:paraId="61F9EEAF" w14:textId="77777777" w:rsidR="00AD0E4F" w:rsidRDefault="008D426B">
            <w:pPr>
              <w:spacing w:after="0" w:line="240" w:lineRule="auto"/>
            </w:pPr>
            <w:r>
              <w:rPr>
                <w:color w:val="000000"/>
                <w:sz w:val="17"/>
              </w:rPr>
              <w:t>256円</w:t>
            </w:r>
          </w:p>
        </w:tc>
        <w:tc>
          <w:tcPr>
            <w:tcW w:w="1134" w:type="dxa"/>
            <w:tcMar>
              <w:top w:w="45" w:type="dxa"/>
              <w:left w:w="100" w:type="dxa"/>
              <w:bottom w:w="45" w:type="dxa"/>
              <w:right w:w="100" w:type="dxa"/>
            </w:tcMar>
            <w:vAlign w:val="center"/>
          </w:tcPr>
          <w:p w14:paraId="4C46A1C4" w14:textId="77777777" w:rsidR="00AD0E4F" w:rsidRDefault="008D426B">
            <w:pPr>
              <w:spacing w:after="0" w:line="240" w:lineRule="auto"/>
            </w:pPr>
            <w:r>
              <w:rPr>
                <w:color w:val="000000"/>
                <w:sz w:val="17"/>
              </w:rPr>
              <w:t>511円</w:t>
            </w:r>
          </w:p>
        </w:tc>
        <w:tc>
          <w:tcPr>
            <w:tcW w:w="1134" w:type="dxa"/>
            <w:tcMar>
              <w:top w:w="45" w:type="dxa"/>
              <w:left w:w="100" w:type="dxa"/>
              <w:bottom w:w="45" w:type="dxa"/>
              <w:right w:w="100" w:type="dxa"/>
            </w:tcMar>
            <w:vAlign w:val="center"/>
          </w:tcPr>
          <w:p w14:paraId="4CB8C627" w14:textId="77777777" w:rsidR="00AD0E4F" w:rsidRDefault="008D426B">
            <w:pPr>
              <w:spacing w:after="0" w:line="240" w:lineRule="auto"/>
            </w:pPr>
            <w:r>
              <w:rPr>
                <w:color w:val="000000"/>
                <w:sz w:val="17"/>
              </w:rPr>
              <w:t>766円</w:t>
            </w:r>
          </w:p>
        </w:tc>
        <w:tc>
          <w:tcPr>
            <w:tcW w:w="567" w:type="dxa"/>
            <w:tcMar>
              <w:top w:w="45" w:type="dxa"/>
              <w:left w:w="100" w:type="dxa"/>
              <w:bottom w:w="45" w:type="dxa"/>
              <w:right w:w="100" w:type="dxa"/>
            </w:tcMar>
            <w:vAlign w:val="center"/>
          </w:tcPr>
          <w:p w14:paraId="679699DC" w14:textId="77777777" w:rsidR="00AD0E4F" w:rsidRDefault="00AD0E4F">
            <w:pPr>
              <w:spacing w:after="0" w:line="240" w:lineRule="auto"/>
            </w:pPr>
          </w:p>
        </w:tc>
      </w:tr>
      <w:tr w:rsidR="00AD0E4F" w14:paraId="7CD457A1" w14:textId="77777777">
        <w:trPr>
          <w:jc w:val="center"/>
        </w:trPr>
        <w:tc>
          <w:tcPr>
            <w:tcW w:w="2948" w:type="dxa"/>
            <w:tcMar>
              <w:top w:w="45" w:type="dxa"/>
              <w:left w:w="100" w:type="dxa"/>
              <w:bottom w:w="45" w:type="dxa"/>
              <w:right w:w="100" w:type="dxa"/>
            </w:tcMar>
            <w:vAlign w:val="center"/>
          </w:tcPr>
          <w:p w14:paraId="7829BD68" w14:textId="77777777" w:rsidR="00AD0E4F" w:rsidRDefault="008D426B">
            <w:pPr>
              <w:spacing w:after="0" w:line="240" w:lineRule="auto"/>
            </w:pPr>
            <w:r>
              <w:rPr>
                <w:color w:val="000000"/>
                <w:sz w:val="17"/>
              </w:rPr>
              <w:t>専門管理加算・月</w:t>
            </w:r>
          </w:p>
        </w:tc>
        <w:tc>
          <w:tcPr>
            <w:tcW w:w="850" w:type="dxa"/>
            <w:tcMar>
              <w:top w:w="45" w:type="dxa"/>
              <w:left w:w="100" w:type="dxa"/>
              <w:bottom w:w="45" w:type="dxa"/>
              <w:right w:w="100" w:type="dxa"/>
            </w:tcMar>
            <w:vAlign w:val="center"/>
          </w:tcPr>
          <w:p w14:paraId="74543B02" w14:textId="77777777" w:rsidR="00AD0E4F" w:rsidRDefault="008D426B">
            <w:pPr>
              <w:spacing w:after="0" w:line="240" w:lineRule="auto"/>
            </w:pPr>
            <w:r>
              <w:rPr>
                <w:color w:val="000000"/>
                <w:sz w:val="17"/>
              </w:rPr>
              <w:t>250</w:t>
            </w:r>
          </w:p>
        </w:tc>
        <w:tc>
          <w:tcPr>
            <w:tcW w:w="1417" w:type="dxa"/>
            <w:tcMar>
              <w:top w:w="45" w:type="dxa"/>
              <w:left w:w="100" w:type="dxa"/>
              <w:bottom w:w="45" w:type="dxa"/>
              <w:right w:w="100" w:type="dxa"/>
            </w:tcMar>
            <w:vAlign w:val="center"/>
          </w:tcPr>
          <w:p w14:paraId="5E68C239" w14:textId="77777777" w:rsidR="00AD0E4F" w:rsidRDefault="008D426B">
            <w:pPr>
              <w:spacing w:after="0" w:line="240" w:lineRule="auto"/>
            </w:pPr>
            <w:r>
              <w:rPr>
                <w:color w:val="000000"/>
                <w:sz w:val="17"/>
              </w:rPr>
              <w:t>2,552円</w:t>
            </w:r>
          </w:p>
        </w:tc>
        <w:tc>
          <w:tcPr>
            <w:tcW w:w="1134" w:type="dxa"/>
            <w:tcMar>
              <w:top w:w="45" w:type="dxa"/>
              <w:left w:w="100" w:type="dxa"/>
              <w:bottom w:w="45" w:type="dxa"/>
              <w:right w:w="100" w:type="dxa"/>
            </w:tcMar>
            <w:vAlign w:val="center"/>
          </w:tcPr>
          <w:p w14:paraId="73EFE057" w14:textId="77777777" w:rsidR="00AD0E4F" w:rsidRDefault="008D426B">
            <w:pPr>
              <w:spacing w:after="0" w:line="240" w:lineRule="auto"/>
            </w:pPr>
            <w:r>
              <w:rPr>
                <w:color w:val="000000"/>
                <w:sz w:val="17"/>
              </w:rPr>
              <w:t>256円</w:t>
            </w:r>
          </w:p>
        </w:tc>
        <w:tc>
          <w:tcPr>
            <w:tcW w:w="1134" w:type="dxa"/>
            <w:tcMar>
              <w:top w:w="45" w:type="dxa"/>
              <w:left w:w="100" w:type="dxa"/>
              <w:bottom w:w="45" w:type="dxa"/>
              <w:right w:w="100" w:type="dxa"/>
            </w:tcMar>
            <w:vAlign w:val="center"/>
          </w:tcPr>
          <w:p w14:paraId="547E6F6D" w14:textId="77777777" w:rsidR="00AD0E4F" w:rsidRDefault="008D426B">
            <w:pPr>
              <w:spacing w:after="0" w:line="240" w:lineRule="auto"/>
            </w:pPr>
            <w:r>
              <w:rPr>
                <w:color w:val="000000"/>
                <w:sz w:val="17"/>
              </w:rPr>
              <w:t>511円</w:t>
            </w:r>
          </w:p>
        </w:tc>
        <w:tc>
          <w:tcPr>
            <w:tcW w:w="1134" w:type="dxa"/>
            <w:tcMar>
              <w:top w:w="45" w:type="dxa"/>
              <w:left w:w="100" w:type="dxa"/>
              <w:bottom w:w="45" w:type="dxa"/>
              <w:right w:w="100" w:type="dxa"/>
            </w:tcMar>
            <w:vAlign w:val="center"/>
          </w:tcPr>
          <w:p w14:paraId="11859253" w14:textId="77777777" w:rsidR="00AD0E4F" w:rsidRDefault="008D426B">
            <w:pPr>
              <w:spacing w:after="0" w:line="240" w:lineRule="auto"/>
            </w:pPr>
            <w:r>
              <w:rPr>
                <w:color w:val="000000"/>
                <w:sz w:val="17"/>
              </w:rPr>
              <w:t>766円</w:t>
            </w:r>
          </w:p>
        </w:tc>
        <w:tc>
          <w:tcPr>
            <w:tcW w:w="567" w:type="dxa"/>
            <w:tcMar>
              <w:top w:w="45" w:type="dxa"/>
              <w:left w:w="100" w:type="dxa"/>
              <w:bottom w:w="45" w:type="dxa"/>
              <w:right w:w="100" w:type="dxa"/>
            </w:tcMar>
            <w:vAlign w:val="center"/>
          </w:tcPr>
          <w:p w14:paraId="4C4B38F1" w14:textId="77777777" w:rsidR="00AD0E4F" w:rsidRDefault="00AD0E4F">
            <w:pPr>
              <w:spacing w:after="0" w:line="240" w:lineRule="auto"/>
            </w:pPr>
          </w:p>
        </w:tc>
      </w:tr>
      <w:tr w:rsidR="00AD0E4F" w14:paraId="08A212FC" w14:textId="77777777">
        <w:trPr>
          <w:jc w:val="center"/>
        </w:trPr>
        <w:tc>
          <w:tcPr>
            <w:tcW w:w="2948" w:type="dxa"/>
            <w:tcMar>
              <w:top w:w="45" w:type="dxa"/>
              <w:left w:w="100" w:type="dxa"/>
              <w:bottom w:w="45" w:type="dxa"/>
              <w:right w:w="100" w:type="dxa"/>
            </w:tcMar>
            <w:vAlign w:val="center"/>
          </w:tcPr>
          <w:p w14:paraId="7932B2C5" w14:textId="77777777" w:rsidR="00AD0E4F" w:rsidRDefault="008D426B">
            <w:pPr>
              <w:spacing w:after="0" w:line="240" w:lineRule="auto"/>
            </w:pPr>
            <w:r>
              <w:rPr>
                <w:color w:val="000000"/>
                <w:sz w:val="17"/>
              </w:rPr>
              <w:t>看護体制強化加算(I)・月</w:t>
            </w:r>
          </w:p>
        </w:tc>
        <w:tc>
          <w:tcPr>
            <w:tcW w:w="850" w:type="dxa"/>
            <w:tcMar>
              <w:top w:w="45" w:type="dxa"/>
              <w:left w:w="100" w:type="dxa"/>
              <w:bottom w:w="45" w:type="dxa"/>
              <w:right w:w="100" w:type="dxa"/>
            </w:tcMar>
            <w:vAlign w:val="center"/>
          </w:tcPr>
          <w:p w14:paraId="2901365D" w14:textId="77777777" w:rsidR="00AD0E4F" w:rsidRDefault="008D426B">
            <w:pPr>
              <w:spacing w:after="0" w:line="240" w:lineRule="auto"/>
            </w:pPr>
            <w:r>
              <w:rPr>
                <w:color w:val="000000"/>
                <w:sz w:val="17"/>
              </w:rPr>
              <w:t>550</w:t>
            </w:r>
          </w:p>
        </w:tc>
        <w:tc>
          <w:tcPr>
            <w:tcW w:w="1417" w:type="dxa"/>
            <w:tcMar>
              <w:top w:w="45" w:type="dxa"/>
              <w:left w:w="100" w:type="dxa"/>
              <w:bottom w:w="45" w:type="dxa"/>
              <w:right w:w="100" w:type="dxa"/>
            </w:tcMar>
            <w:vAlign w:val="center"/>
          </w:tcPr>
          <w:p w14:paraId="2E8F5EEF" w14:textId="77777777" w:rsidR="00AD0E4F" w:rsidRDefault="008D426B">
            <w:pPr>
              <w:spacing w:after="0" w:line="240" w:lineRule="auto"/>
            </w:pPr>
            <w:r>
              <w:rPr>
                <w:color w:val="000000"/>
                <w:sz w:val="17"/>
              </w:rPr>
              <w:t>5,615円</w:t>
            </w:r>
          </w:p>
        </w:tc>
        <w:tc>
          <w:tcPr>
            <w:tcW w:w="1134" w:type="dxa"/>
            <w:tcMar>
              <w:top w:w="45" w:type="dxa"/>
              <w:left w:w="100" w:type="dxa"/>
              <w:bottom w:w="45" w:type="dxa"/>
              <w:right w:w="100" w:type="dxa"/>
            </w:tcMar>
            <w:vAlign w:val="center"/>
          </w:tcPr>
          <w:p w14:paraId="4D39C5CC" w14:textId="77777777" w:rsidR="00AD0E4F" w:rsidRDefault="008D426B">
            <w:pPr>
              <w:spacing w:after="0" w:line="240" w:lineRule="auto"/>
            </w:pPr>
            <w:r>
              <w:rPr>
                <w:color w:val="000000"/>
                <w:sz w:val="17"/>
              </w:rPr>
              <w:t>562円</w:t>
            </w:r>
          </w:p>
        </w:tc>
        <w:tc>
          <w:tcPr>
            <w:tcW w:w="1134" w:type="dxa"/>
            <w:tcMar>
              <w:top w:w="45" w:type="dxa"/>
              <w:left w:w="100" w:type="dxa"/>
              <w:bottom w:w="45" w:type="dxa"/>
              <w:right w:w="100" w:type="dxa"/>
            </w:tcMar>
            <w:vAlign w:val="center"/>
          </w:tcPr>
          <w:p w14:paraId="3C660E2F" w14:textId="77777777" w:rsidR="00AD0E4F" w:rsidRDefault="008D426B">
            <w:pPr>
              <w:spacing w:after="0" w:line="240" w:lineRule="auto"/>
            </w:pPr>
            <w:r>
              <w:rPr>
                <w:color w:val="000000"/>
                <w:sz w:val="17"/>
              </w:rPr>
              <w:t>1,123円</w:t>
            </w:r>
          </w:p>
        </w:tc>
        <w:tc>
          <w:tcPr>
            <w:tcW w:w="1134" w:type="dxa"/>
            <w:tcMar>
              <w:top w:w="45" w:type="dxa"/>
              <w:left w:w="100" w:type="dxa"/>
              <w:bottom w:w="45" w:type="dxa"/>
              <w:right w:w="100" w:type="dxa"/>
            </w:tcMar>
            <w:vAlign w:val="center"/>
          </w:tcPr>
          <w:p w14:paraId="323AEA35" w14:textId="77777777" w:rsidR="00AD0E4F" w:rsidRDefault="008D426B">
            <w:pPr>
              <w:spacing w:after="0" w:line="240" w:lineRule="auto"/>
            </w:pPr>
            <w:r>
              <w:rPr>
                <w:color w:val="000000"/>
                <w:sz w:val="17"/>
              </w:rPr>
              <w:t>1,685円</w:t>
            </w:r>
          </w:p>
        </w:tc>
        <w:tc>
          <w:tcPr>
            <w:tcW w:w="567" w:type="dxa"/>
            <w:tcMar>
              <w:top w:w="45" w:type="dxa"/>
              <w:left w:w="100" w:type="dxa"/>
              <w:bottom w:w="45" w:type="dxa"/>
              <w:right w:w="100" w:type="dxa"/>
            </w:tcMar>
            <w:vAlign w:val="center"/>
          </w:tcPr>
          <w:p w14:paraId="1937B186" w14:textId="77777777" w:rsidR="00AD0E4F" w:rsidRDefault="00AD0E4F">
            <w:pPr>
              <w:spacing w:after="0" w:line="240" w:lineRule="auto"/>
            </w:pPr>
          </w:p>
        </w:tc>
      </w:tr>
      <w:tr w:rsidR="00AD0E4F" w14:paraId="0E35CA72" w14:textId="77777777">
        <w:trPr>
          <w:jc w:val="center"/>
        </w:trPr>
        <w:tc>
          <w:tcPr>
            <w:tcW w:w="2948" w:type="dxa"/>
            <w:tcMar>
              <w:top w:w="45" w:type="dxa"/>
              <w:left w:w="100" w:type="dxa"/>
              <w:bottom w:w="45" w:type="dxa"/>
              <w:right w:w="100" w:type="dxa"/>
            </w:tcMar>
            <w:vAlign w:val="center"/>
          </w:tcPr>
          <w:p w14:paraId="4CBF14F4" w14:textId="77777777" w:rsidR="00AD0E4F" w:rsidRDefault="008D426B">
            <w:pPr>
              <w:spacing w:after="0" w:line="240" w:lineRule="auto"/>
            </w:pPr>
            <w:r>
              <w:rPr>
                <w:color w:val="000000"/>
                <w:sz w:val="17"/>
              </w:rPr>
              <w:t>看護体制強化加算(II)・月</w:t>
            </w:r>
          </w:p>
        </w:tc>
        <w:tc>
          <w:tcPr>
            <w:tcW w:w="850" w:type="dxa"/>
            <w:tcMar>
              <w:top w:w="45" w:type="dxa"/>
              <w:left w:w="100" w:type="dxa"/>
              <w:bottom w:w="45" w:type="dxa"/>
              <w:right w:w="100" w:type="dxa"/>
            </w:tcMar>
            <w:vAlign w:val="center"/>
          </w:tcPr>
          <w:p w14:paraId="5993B273" w14:textId="77777777" w:rsidR="00AD0E4F" w:rsidRDefault="008D426B">
            <w:pPr>
              <w:spacing w:after="0" w:line="240" w:lineRule="auto"/>
            </w:pPr>
            <w:r>
              <w:rPr>
                <w:color w:val="000000"/>
                <w:sz w:val="17"/>
              </w:rPr>
              <w:t>200</w:t>
            </w:r>
          </w:p>
        </w:tc>
        <w:tc>
          <w:tcPr>
            <w:tcW w:w="1417" w:type="dxa"/>
            <w:tcMar>
              <w:top w:w="45" w:type="dxa"/>
              <w:left w:w="100" w:type="dxa"/>
              <w:bottom w:w="45" w:type="dxa"/>
              <w:right w:w="100" w:type="dxa"/>
            </w:tcMar>
            <w:vAlign w:val="center"/>
          </w:tcPr>
          <w:p w14:paraId="1231CF81" w14:textId="77777777" w:rsidR="00AD0E4F" w:rsidRDefault="008D426B">
            <w:pPr>
              <w:spacing w:after="0" w:line="240" w:lineRule="auto"/>
            </w:pPr>
            <w:r>
              <w:rPr>
                <w:color w:val="000000"/>
                <w:sz w:val="17"/>
              </w:rPr>
              <w:t>2,042円</w:t>
            </w:r>
          </w:p>
        </w:tc>
        <w:tc>
          <w:tcPr>
            <w:tcW w:w="1134" w:type="dxa"/>
            <w:tcMar>
              <w:top w:w="45" w:type="dxa"/>
              <w:left w:w="100" w:type="dxa"/>
              <w:bottom w:w="45" w:type="dxa"/>
              <w:right w:w="100" w:type="dxa"/>
            </w:tcMar>
            <w:vAlign w:val="center"/>
          </w:tcPr>
          <w:p w14:paraId="1BF246A8" w14:textId="77777777" w:rsidR="00AD0E4F" w:rsidRDefault="008D426B">
            <w:pPr>
              <w:spacing w:after="0" w:line="240" w:lineRule="auto"/>
            </w:pPr>
            <w:r>
              <w:rPr>
                <w:color w:val="000000"/>
                <w:sz w:val="17"/>
              </w:rPr>
              <w:t>205円</w:t>
            </w:r>
          </w:p>
        </w:tc>
        <w:tc>
          <w:tcPr>
            <w:tcW w:w="1134" w:type="dxa"/>
            <w:tcMar>
              <w:top w:w="45" w:type="dxa"/>
              <w:left w:w="100" w:type="dxa"/>
              <w:bottom w:w="45" w:type="dxa"/>
              <w:right w:w="100" w:type="dxa"/>
            </w:tcMar>
            <w:vAlign w:val="center"/>
          </w:tcPr>
          <w:p w14:paraId="388D56C0" w14:textId="77777777" w:rsidR="00AD0E4F" w:rsidRDefault="008D426B">
            <w:pPr>
              <w:spacing w:after="0" w:line="240" w:lineRule="auto"/>
            </w:pPr>
            <w:r>
              <w:rPr>
                <w:color w:val="000000"/>
                <w:sz w:val="17"/>
              </w:rPr>
              <w:t>409円</w:t>
            </w:r>
          </w:p>
        </w:tc>
        <w:tc>
          <w:tcPr>
            <w:tcW w:w="1134" w:type="dxa"/>
            <w:tcMar>
              <w:top w:w="45" w:type="dxa"/>
              <w:left w:w="100" w:type="dxa"/>
              <w:bottom w:w="45" w:type="dxa"/>
              <w:right w:w="100" w:type="dxa"/>
            </w:tcMar>
            <w:vAlign w:val="center"/>
          </w:tcPr>
          <w:p w14:paraId="2145D4AD" w14:textId="77777777" w:rsidR="00AD0E4F" w:rsidRDefault="008D426B">
            <w:pPr>
              <w:spacing w:after="0" w:line="240" w:lineRule="auto"/>
            </w:pPr>
            <w:r>
              <w:rPr>
                <w:color w:val="000000"/>
                <w:sz w:val="17"/>
              </w:rPr>
              <w:t>613円</w:t>
            </w:r>
          </w:p>
        </w:tc>
        <w:tc>
          <w:tcPr>
            <w:tcW w:w="567" w:type="dxa"/>
            <w:tcMar>
              <w:top w:w="45" w:type="dxa"/>
              <w:left w:w="100" w:type="dxa"/>
              <w:bottom w:w="45" w:type="dxa"/>
              <w:right w:w="100" w:type="dxa"/>
            </w:tcMar>
            <w:vAlign w:val="center"/>
          </w:tcPr>
          <w:p w14:paraId="0EFCAAEC" w14:textId="77777777" w:rsidR="00AD0E4F" w:rsidRDefault="00AD0E4F">
            <w:pPr>
              <w:spacing w:after="0" w:line="240" w:lineRule="auto"/>
            </w:pPr>
          </w:p>
        </w:tc>
      </w:tr>
      <w:tr w:rsidR="00AD0E4F" w14:paraId="0098CE32" w14:textId="77777777">
        <w:trPr>
          <w:jc w:val="center"/>
        </w:trPr>
        <w:tc>
          <w:tcPr>
            <w:tcW w:w="2948" w:type="dxa"/>
            <w:tcMar>
              <w:top w:w="45" w:type="dxa"/>
              <w:left w:w="100" w:type="dxa"/>
              <w:bottom w:w="45" w:type="dxa"/>
              <w:right w:w="100" w:type="dxa"/>
            </w:tcMar>
            <w:vAlign w:val="center"/>
          </w:tcPr>
          <w:p w14:paraId="40A43F6C" w14:textId="77777777" w:rsidR="00AD0E4F" w:rsidRDefault="008D426B">
            <w:pPr>
              <w:spacing w:after="0" w:line="240" w:lineRule="auto"/>
            </w:pPr>
            <w:r>
              <w:rPr>
                <w:color w:val="000000"/>
                <w:sz w:val="17"/>
              </w:rPr>
              <w:t>予防・看護体制強化加算・月</w:t>
            </w:r>
          </w:p>
        </w:tc>
        <w:tc>
          <w:tcPr>
            <w:tcW w:w="850" w:type="dxa"/>
            <w:tcMar>
              <w:top w:w="45" w:type="dxa"/>
              <w:left w:w="100" w:type="dxa"/>
              <w:bottom w:w="45" w:type="dxa"/>
              <w:right w:w="100" w:type="dxa"/>
            </w:tcMar>
            <w:vAlign w:val="center"/>
          </w:tcPr>
          <w:p w14:paraId="7821DB10" w14:textId="77777777" w:rsidR="00AD0E4F" w:rsidRDefault="008D426B">
            <w:pPr>
              <w:spacing w:after="0" w:line="240" w:lineRule="auto"/>
            </w:pPr>
            <w:r>
              <w:rPr>
                <w:color w:val="000000"/>
                <w:sz w:val="17"/>
              </w:rPr>
              <w:t>100</w:t>
            </w:r>
          </w:p>
        </w:tc>
        <w:tc>
          <w:tcPr>
            <w:tcW w:w="1417" w:type="dxa"/>
            <w:tcMar>
              <w:top w:w="45" w:type="dxa"/>
              <w:left w:w="100" w:type="dxa"/>
              <w:bottom w:w="45" w:type="dxa"/>
              <w:right w:w="100" w:type="dxa"/>
            </w:tcMar>
            <w:vAlign w:val="center"/>
          </w:tcPr>
          <w:p w14:paraId="45DDE3EE" w14:textId="77777777" w:rsidR="00AD0E4F" w:rsidRDefault="008D426B">
            <w:pPr>
              <w:spacing w:after="0" w:line="240" w:lineRule="auto"/>
            </w:pPr>
            <w:r>
              <w:rPr>
                <w:color w:val="000000"/>
                <w:sz w:val="17"/>
              </w:rPr>
              <w:t>1,021円</w:t>
            </w:r>
          </w:p>
        </w:tc>
        <w:tc>
          <w:tcPr>
            <w:tcW w:w="1134" w:type="dxa"/>
            <w:tcMar>
              <w:top w:w="45" w:type="dxa"/>
              <w:left w:w="100" w:type="dxa"/>
              <w:bottom w:w="45" w:type="dxa"/>
              <w:right w:w="100" w:type="dxa"/>
            </w:tcMar>
            <w:vAlign w:val="center"/>
          </w:tcPr>
          <w:p w14:paraId="6C7E09AF" w14:textId="77777777" w:rsidR="00AD0E4F" w:rsidRDefault="008D426B">
            <w:pPr>
              <w:spacing w:after="0" w:line="240" w:lineRule="auto"/>
            </w:pPr>
            <w:r>
              <w:rPr>
                <w:color w:val="000000"/>
                <w:sz w:val="17"/>
              </w:rPr>
              <w:t>103円</w:t>
            </w:r>
          </w:p>
        </w:tc>
        <w:tc>
          <w:tcPr>
            <w:tcW w:w="1134" w:type="dxa"/>
            <w:tcMar>
              <w:top w:w="45" w:type="dxa"/>
              <w:left w:w="100" w:type="dxa"/>
              <w:bottom w:w="45" w:type="dxa"/>
              <w:right w:w="100" w:type="dxa"/>
            </w:tcMar>
            <w:vAlign w:val="center"/>
          </w:tcPr>
          <w:p w14:paraId="3A4671D1" w14:textId="77777777" w:rsidR="00AD0E4F" w:rsidRDefault="008D426B">
            <w:pPr>
              <w:spacing w:after="0" w:line="240" w:lineRule="auto"/>
            </w:pPr>
            <w:r>
              <w:rPr>
                <w:color w:val="000000"/>
                <w:sz w:val="17"/>
              </w:rPr>
              <w:t>205円</w:t>
            </w:r>
          </w:p>
        </w:tc>
        <w:tc>
          <w:tcPr>
            <w:tcW w:w="1134" w:type="dxa"/>
            <w:tcMar>
              <w:top w:w="45" w:type="dxa"/>
              <w:left w:w="100" w:type="dxa"/>
              <w:bottom w:w="45" w:type="dxa"/>
              <w:right w:w="100" w:type="dxa"/>
            </w:tcMar>
            <w:vAlign w:val="center"/>
          </w:tcPr>
          <w:p w14:paraId="3B89207D" w14:textId="77777777" w:rsidR="00AD0E4F" w:rsidRDefault="008D426B">
            <w:pPr>
              <w:spacing w:after="0" w:line="240" w:lineRule="auto"/>
            </w:pPr>
            <w:r>
              <w:rPr>
                <w:color w:val="000000"/>
                <w:sz w:val="17"/>
              </w:rPr>
              <w:t>307円</w:t>
            </w:r>
          </w:p>
        </w:tc>
        <w:tc>
          <w:tcPr>
            <w:tcW w:w="567" w:type="dxa"/>
            <w:tcMar>
              <w:top w:w="45" w:type="dxa"/>
              <w:left w:w="100" w:type="dxa"/>
              <w:bottom w:w="45" w:type="dxa"/>
              <w:right w:w="100" w:type="dxa"/>
            </w:tcMar>
            <w:vAlign w:val="center"/>
          </w:tcPr>
          <w:p w14:paraId="16B032C8" w14:textId="77777777" w:rsidR="00AD0E4F" w:rsidRDefault="00AD0E4F">
            <w:pPr>
              <w:spacing w:after="0" w:line="240" w:lineRule="auto"/>
            </w:pPr>
          </w:p>
        </w:tc>
      </w:tr>
      <w:tr w:rsidR="00AD0E4F" w14:paraId="3C8E9D00" w14:textId="77777777">
        <w:trPr>
          <w:jc w:val="center"/>
        </w:trPr>
        <w:tc>
          <w:tcPr>
            <w:tcW w:w="2948" w:type="dxa"/>
            <w:tcMar>
              <w:top w:w="45" w:type="dxa"/>
              <w:left w:w="100" w:type="dxa"/>
              <w:bottom w:w="45" w:type="dxa"/>
              <w:right w:w="100" w:type="dxa"/>
            </w:tcMar>
            <w:vAlign w:val="center"/>
          </w:tcPr>
          <w:p w14:paraId="012AF5BC" w14:textId="77777777" w:rsidR="00AD0E4F" w:rsidRDefault="008D426B">
            <w:pPr>
              <w:spacing w:after="0" w:line="240" w:lineRule="auto"/>
            </w:pPr>
            <w:r>
              <w:rPr>
                <w:color w:val="000000"/>
                <w:sz w:val="17"/>
              </w:rPr>
              <w:t>口腔連携強化加算・月</w:t>
            </w:r>
          </w:p>
        </w:tc>
        <w:tc>
          <w:tcPr>
            <w:tcW w:w="850" w:type="dxa"/>
            <w:tcMar>
              <w:top w:w="45" w:type="dxa"/>
              <w:left w:w="100" w:type="dxa"/>
              <w:bottom w:w="45" w:type="dxa"/>
              <w:right w:w="100" w:type="dxa"/>
            </w:tcMar>
            <w:vAlign w:val="center"/>
          </w:tcPr>
          <w:p w14:paraId="6821EF28" w14:textId="77777777" w:rsidR="00AD0E4F" w:rsidRDefault="008D426B">
            <w:pPr>
              <w:spacing w:after="0" w:line="240" w:lineRule="auto"/>
            </w:pPr>
            <w:r>
              <w:rPr>
                <w:color w:val="000000"/>
                <w:sz w:val="17"/>
              </w:rPr>
              <w:t>50</w:t>
            </w:r>
          </w:p>
        </w:tc>
        <w:tc>
          <w:tcPr>
            <w:tcW w:w="1417" w:type="dxa"/>
            <w:tcMar>
              <w:top w:w="45" w:type="dxa"/>
              <w:left w:w="100" w:type="dxa"/>
              <w:bottom w:w="45" w:type="dxa"/>
              <w:right w:w="100" w:type="dxa"/>
            </w:tcMar>
            <w:vAlign w:val="center"/>
          </w:tcPr>
          <w:p w14:paraId="78E0D044" w14:textId="77777777" w:rsidR="00AD0E4F" w:rsidRDefault="008D426B">
            <w:pPr>
              <w:spacing w:after="0" w:line="240" w:lineRule="auto"/>
            </w:pPr>
            <w:r>
              <w:rPr>
                <w:color w:val="000000"/>
                <w:sz w:val="17"/>
              </w:rPr>
              <w:t>510円</w:t>
            </w:r>
          </w:p>
        </w:tc>
        <w:tc>
          <w:tcPr>
            <w:tcW w:w="1134" w:type="dxa"/>
            <w:tcMar>
              <w:top w:w="45" w:type="dxa"/>
              <w:left w:w="100" w:type="dxa"/>
              <w:bottom w:w="45" w:type="dxa"/>
              <w:right w:w="100" w:type="dxa"/>
            </w:tcMar>
            <w:vAlign w:val="center"/>
          </w:tcPr>
          <w:p w14:paraId="63A2C686" w14:textId="77777777" w:rsidR="00AD0E4F" w:rsidRDefault="008D426B">
            <w:pPr>
              <w:spacing w:after="0" w:line="240" w:lineRule="auto"/>
            </w:pPr>
            <w:r>
              <w:rPr>
                <w:color w:val="000000"/>
                <w:sz w:val="17"/>
              </w:rPr>
              <w:t>51円</w:t>
            </w:r>
          </w:p>
        </w:tc>
        <w:tc>
          <w:tcPr>
            <w:tcW w:w="1134" w:type="dxa"/>
            <w:tcMar>
              <w:top w:w="45" w:type="dxa"/>
              <w:left w:w="100" w:type="dxa"/>
              <w:bottom w:w="45" w:type="dxa"/>
              <w:right w:w="100" w:type="dxa"/>
            </w:tcMar>
            <w:vAlign w:val="center"/>
          </w:tcPr>
          <w:p w14:paraId="76A6EC67" w14:textId="77777777" w:rsidR="00AD0E4F" w:rsidRDefault="008D426B">
            <w:pPr>
              <w:spacing w:after="0" w:line="240" w:lineRule="auto"/>
            </w:pPr>
            <w:r>
              <w:rPr>
                <w:color w:val="000000"/>
                <w:sz w:val="17"/>
              </w:rPr>
              <w:t>102円</w:t>
            </w:r>
          </w:p>
        </w:tc>
        <w:tc>
          <w:tcPr>
            <w:tcW w:w="1134" w:type="dxa"/>
            <w:tcMar>
              <w:top w:w="45" w:type="dxa"/>
              <w:left w:w="100" w:type="dxa"/>
              <w:bottom w:w="45" w:type="dxa"/>
              <w:right w:w="100" w:type="dxa"/>
            </w:tcMar>
            <w:vAlign w:val="center"/>
          </w:tcPr>
          <w:p w14:paraId="7CC81091" w14:textId="77777777" w:rsidR="00AD0E4F" w:rsidRDefault="008D426B">
            <w:pPr>
              <w:spacing w:after="0" w:line="240" w:lineRule="auto"/>
            </w:pPr>
            <w:r>
              <w:rPr>
                <w:color w:val="000000"/>
                <w:sz w:val="17"/>
              </w:rPr>
              <w:t>153円</w:t>
            </w:r>
          </w:p>
        </w:tc>
        <w:tc>
          <w:tcPr>
            <w:tcW w:w="567" w:type="dxa"/>
            <w:tcMar>
              <w:top w:w="45" w:type="dxa"/>
              <w:left w:w="100" w:type="dxa"/>
              <w:bottom w:w="45" w:type="dxa"/>
              <w:right w:w="100" w:type="dxa"/>
            </w:tcMar>
            <w:vAlign w:val="center"/>
          </w:tcPr>
          <w:p w14:paraId="22309346" w14:textId="77777777" w:rsidR="00AD0E4F" w:rsidRDefault="00AD0E4F">
            <w:pPr>
              <w:spacing w:after="0" w:line="240" w:lineRule="auto"/>
            </w:pPr>
          </w:p>
        </w:tc>
      </w:tr>
      <w:tr w:rsidR="00AD0E4F" w14:paraId="34391795" w14:textId="77777777">
        <w:trPr>
          <w:jc w:val="center"/>
        </w:trPr>
        <w:tc>
          <w:tcPr>
            <w:tcW w:w="2948" w:type="dxa"/>
            <w:tcMar>
              <w:top w:w="45" w:type="dxa"/>
              <w:left w:w="100" w:type="dxa"/>
              <w:bottom w:w="45" w:type="dxa"/>
              <w:right w:w="100" w:type="dxa"/>
            </w:tcMar>
            <w:vAlign w:val="center"/>
          </w:tcPr>
          <w:p w14:paraId="4629E829" w14:textId="77777777" w:rsidR="00AD0E4F" w:rsidRDefault="008D426B">
            <w:pPr>
              <w:spacing w:after="0" w:line="240" w:lineRule="auto"/>
            </w:pPr>
            <w:r>
              <w:rPr>
                <w:color w:val="000000"/>
                <w:sz w:val="17"/>
              </w:rPr>
              <w:t>サービス提供体制強化(I)・回</w:t>
            </w:r>
          </w:p>
        </w:tc>
        <w:tc>
          <w:tcPr>
            <w:tcW w:w="850" w:type="dxa"/>
            <w:tcMar>
              <w:top w:w="45" w:type="dxa"/>
              <w:left w:w="100" w:type="dxa"/>
              <w:bottom w:w="45" w:type="dxa"/>
              <w:right w:w="100" w:type="dxa"/>
            </w:tcMar>
            <w:vAlign w:val="center"/>
          </w:tcPr>
          <w:p w14:paraId="50BC3A98" w14:textId="77777777" w:rsidR="00AD0E4F" w:rsidRDefault="008D426B">
            <w:pPr>
              <w:spacing w:after="0" w:line="240" w:lineRule="auto"/>
            </w:pPr>
            <w:r>
              <w:rPr>
                <w:color w:val="000000"/>
                <w:sz w:val="17"/>
              </w:rPr>
              <w:t>6</w:t>
            </w:r>
          </w:p>
        </w:tc>
        <w:tc>
          <w:tcPr>
            <w:tcW w:w="1417" w:type="dxa"/>
            <w:tcMar>
              <w:top w:w="45" w:type="dxa"/>
              <w:left w:w="100" w:type="dxa"/>
              <w:bottom w:w="45" w:type="dxa"/>
              <w:right w:w="100" w:type="dxa"/>
            </w:tcMar>
            <w:vAlign w:val="center"/>
          </w:tcPr>
          <w:p w14:paraId="6020C0EB" w14:textId="77777777" w:rsidR="00AD0E4F" w:rsidRDefault="008D426B">
            <w:pPr>
              <w:spacing w:after="0" w:line="240" w:lineRule="auto"/>
            </w:pPr>
            <w:r>
              <w:rPr>
                <w:color w:val="000000"/>
                <w:sz w:val="17"/>
              </w:rPr>
              <w:t>61円</w:t>
            </w:r>
          </w:p>
        </w:tc>
        <w:tc>
          <w:tcPr>
            <w:tcW w:w="1134" w:type="dxa"/>
            <w:tcMar>
              <w:top w:w="45" w:type="dxa"/>
              <w:left w:w="100" w:type="dxa"/>
              <w:bottom w:w="45" w:type="dxa"/>
              <w:right w:w="100" w:type="dxa"/>
            </w:tcMar>
            <w:vAlign w:val="center"/>
          </w:tcPr>
          <w:p w14:paraId="6395E032" w14:textId="77777777" w:rsidR="00AD0E4F" w:rsidRDefault="008D426B">
            <w:pPr>
              <w:spacing w:after="0" w:line="240" w:lineRule="auto"/>
            </w:pPr>
            <w:r>
              <w:rPr>
                <w:color w:val="000000"/>
                <w:sz w:val="17"/>
              </w:rPr>
              <w:t>7円</w:t>
            </w:r>
          </w:p>
        </w:tc>
        <w:tc>
          <w:tcPr>
            <w:tcW w:w="1134" w:type="dxa"/>
            <w:tcMar>
              <w:top w:w="45" w:type="dxa"/>
              <w:left w:w="100" w:type="dxa"/>
              <w:bottom w:w="45" w:type="dxa"/>
              <w:right w:w="100" w:type="dxa"/>
            </w:tcMar>
            <w:vAlign w:val="center"/>
          </w:tcPr>
          <w:p w14:paraId="07C6BC6D" w14:textId="77777777" w:rsidR="00AD0E4F" w:rsidRDefault="008D426B">
            <w:pPr>
              <w:spacing w:after="0" w:line="240" w:lineRule="auto"/>
            </w:pPr>
            <w:r>
              <w:rPr>
                <w:color w:val="000000"/>
                <w:sz w:val="17"/>
              </w:rPr>
              <w:t>13円</w:t>
            </w:r>
          </w:p>
        </w:tc>
        <w:tc>
          <w:tcPr>
            <w:tcW w:w="1134" w:type="dxa"/>
            <w:tcMar>
              <w:top w:w="45" w:type="dxa"/>
              <w:left w:w="100" w:type="dxa"/>
              <w:bottom w:w="45" w:type="dxa"/>
              <w:right w:w="100" w:type="dxa"/>
            </w:tcMar>
            <w:vAlign w:val="center"/>
          </w:tcPr>
          <w:p w14:paraId="6E376867" w14:textId="77777777" w:rsidR="00AD0E4F" w:rsidRDefault="008D426B">
            <w:pPr>
              <w:spacing w:after="0" w:line="240" w:lineRule="auto"/>
            </w:pPr>
            <w:r>
              <w:rPr>
                <w:color w:val="000000"/>
                <w:sz w:val="17"/>
              </w:rPr>
              <w:t>19円</w:t>
            </w:r>
          </w:p>
        </w:tc>
        <w:tc>
          <w:tcPr>
            <w:tcW w:w="567" w:type="dxa"/>
            <w:tcMar>
              <w:top w:w="45" w:type="dxa"/>
              <w:left w:w="100" w:type="dxa"/>
              <w:bottom w:w="45" w:type="dxa"/>
              <w:right w:w="100" w:type="dxa"/>
            </w:tcMar>
            <w:vAlign w:val="center"/>
          </w:tcPr>
          <w:p w14:paraId="5EAD2A35" w14:textId="77777777" w:rsidR="00AD0E4F" w:rsidRDefault="00AD0E4F">
            <w:pPr>
              <w:spacing w:after="0" w:line="240" w:lineRule="auto"/>
            </w:pPr>
          </w:p>
        </w:tc>
      </w:tr>
      <w:tr w:rsidR="00AD0E4F" w14:paraId="343CCE65" w14:textId="77777777">
        <w:trPr>
          <w:jc w:val="center"/>
        </w:trPr>
        <w:tc>
          <w:tcPr>
            <w:tcW w:w="2948" w:type="dxa"/>
            <w:tcMar>
              <w:top w:w="45" w:type="dxa"/>
              <w:left w:w="100" w:type="dxa"/>
              <w:bottom w:w="45" w:type="dxa"/>
              <w:right w:w="100" w:type="dxa"/>
            </w:tcMar>
            <w:vAlign w:val="center"/>
          </w:tcPr>
          <w:p w14:paraId="0D4A914A" w14:textId="77777777" w:rsidR="00AD0E4F" w:rsidRDefault="008D426B">
            <w:pPr>
              <w:spacing w:after="0" w:line="240" w:lineRule="auto"/>
            </w:pPr>
            <w:r>
              <w:rPr>
                <w:color w:val="000000"/>
                <w:sz w:val="17"/>
              </w:rPr>
              <w:t>サービス提供体制強化(II)・回</w:t>
            </w:r>
          </w:p>
        </w:tc>
        <w:tc>
          <w:tcPr>
            <w:tcW w:w="850" w:type="dxa"/>
            <w:tcMar>
              <w:top w:w="45" w:type="dxa"/>
              <w:left w:w="100" w:type="dxa"/>
              <w:bottom w:w="45" w:type="dxa"/>
              <w:right w:w="100" w:type="dxa"/>
            </w:tcMar>
            <w:vAlign w:val="center"/>
          </w:tcPr>
          <w:p w14:paraId="00B4756A" w14:textId="77777777" w:rsidR="00AD0E4F" w:rsidRDefault="008D426B">
            <w:pPr>
              <w:spacing w:after="0" w:line="240" w:lineRule="auto"/>
            </w:pPr>
            <w:r>
              <w:rPr>
                <w:color w:val="000000"/>
                <w:sz w:val="17"/>
              </w:rPr>
              <w:t>3</w:t>
            </w:r>
          </w:p>
        </w:tc>
        <w:tc>
          <w:tcPr>
            <w:tcW w:w="1417" w:type="dxa"/>
            <w:tcMar>
              <w:top w:w="45" w:type="dxa"/>
              <w:left w:w="100" w:type="dxa"/>
              <w:bottom w:w="45" w:type="dxa"/>
              <w:right w:w="100" w:type="dxa"/>
            </w:tcMar>
            <w:vAlign w:val="center"/>
          </w:tcPr>
          <w:p w14:paraId="26091975" w14:textId="77777777" w:rsidR="00AD0E4F" w:rsidRDefault="008D426B">
            <w:pPr>
              <w:spacing w:after="0" w:line="240" w:lineRule="auto"/>
            </w:pPr>
            <w:r>
              <w:rPr>
                <w:color w:val="000000"/>
                <w:sz w:val="17"/>
              </w:rPr>
              <w:t>30円</w:t>
            </w:r>
          </w:p>
        </w:tc>
        <w:tc>
          <w:tcPr>
            <w:tcW w:w="1134" w:type="dxa"/>
            <w:tcMar>
              <w:top w:w="45" w:type="dxa"/>
              <w:left w:w="100" w:type="dxa"/>
              <w:bottom w:w="45" w:type="dxa"/>
              <w:right w:w="100" w:type="dxa"/>
            </w:tcMar>
            <w:vAlign w:val="center"/>
          </w:tcPr>
          <w:p w14:paraId="46226EF4" w14:textId="77777777" w:rsidR="00AD0E4F" w:rsidRDefault="008D426B">
            <w:pPr>
              <w:spacing w:after="0" w:line="240" w:lineRule="auto"/>
            </w:pPr>
            <w:r>
              <w:rPr>
                <w:color w:val="000000"/>
                <w:sz w:val="17"/>
              </w:rPr>
              <w:t>3円</w:t>
            </w:r>
          </w:p>
        </w:tc>
        <w:tc>
          <w:tcPr>
            <w:tcW w:w="1134" w:type="dxa"/>
            <w:tcMar>
              <w:top w:w="45" w:type="dxa"/>
              <w:left w:w="100" w:type="dxa"/>
              <w:bottom w:w="45" w:type="dxa"/>
              <w:right w:w="100" w:type="dxa"/>
            </w:tcMar>
            <w:vAlign w:val="center"/>
          </w:tcPr>
          <w:p w14:paraId="320756A1" w14:textId="77777777" w:rsidR="00AD0E4F" w:rsidRDefault="008D426B">
            <w:pPr>
              <w:spacing w:after="0" w:line="240" w:lineRule="auto"/>
            </w:pPr>
            <w:r>
              <w:rPr>
                <w:color w:val="000000"/>
                <w:sz w:val="17"/>
              </w:rPr>
              <w:t>6円</w:t>
            </w:r>
          </w:p>
        </w:tc>
        <w:tc>
          <w:tcPr>
            <w:tcW w:w="1134" w:type="dxa"/>
            <w:tcMar>
              <w:top w:w="45" w:type="dxa"/>
              <w:left w:w="100" w:type="dxa"/>
              <w:bottom w:w="45" w:type="dxa"/>
              <w:right w:w="100" w:type="dxa"/>
            </w:tcMar>
            <w:vAlign w:val="center"/>
          </w:tcPr>
          <w:p w14:paraId="5E932153" w14:textId="77777777" w:rsidR="00AD0E4F" w:rsidRDefault="008D426B">
            <w:pPr>
              <w:spacing w:after="0" w:line="240" w:lineRule="auto"/>
            </w:pPr>
            <w:r>
              <w:rPr>
                <w:color w:val="000000"/>
                <w:sz w:val="17"/>
              </w:rPr>
              <w:t>9円</w:t>
            </w:r>
          </w:p>
        </w:tc>
        <w:tc>
          <w:tcPr>
            <w:tcW w:w="567" w:type="dxa"/>
            <w:tcMar>
              <w:top w:w="45" w:type="dxa"/>
              <w:left w:w="100" w:type="dxa"/>
              <w:bottom w:w="45" w:type="dxa"/>
              <w:right w:w="100" w:type="dxa"/>
            </w:tcMar>
            <w:vAlign w:val="center"/>
          </w:tcPr>
          <w:p w14:paraId="4D7247E4" w14:textId="77777777" w:rsidR="00AD0E4F" w:rsidRDefault="00AD0E4F">
            <w:pPr>
              <w:spacing w:after="0" w:line="240" w:lineRule="auto"/>
            </w:pPr>
          </w:p>
        </w:tc>
      </w:tr>
    </w:tbl>
    <w:p w14:paraId="1BC6C6FE" w14:textId="77777777" w:rsidR="00AD0E4F" w:rsidRDefault="008D426B">
      <w:pPr>
        <w:spacing w:after="20" w:line="240" w:lineRule="auto"/>
      </w:pPr>
      <w:r>
        <w:rPr>
          <w:color w:val="000000"/>
          <w:sz w:val="17"/>
        </w:rPr>
        <w:t>・緊急時訪問看護加算：ご本人の同意を得て、24時間連絡でき、必要時に緊急訪問できる体制を評価するものです。（I）・（II）は届出区分に応じて、いずれか一方を算定します。</w:t>
      </w:r>
    </w:p>
    <w:p w14:paraId="33CCD0FF" w14:textId="77777777" w:rsidR="003E4E14" w:rsidRDefault="008D426B">
      <w:pPr>
        <w:spacing w:after="20" w:line="240" w:lineRule="auto"/>
        <w:rPr>
          <w:lang w:eastAsia="ja-JP"/>
        </w:rPr>
      </w:pPr>
      <w:r>
        <w:rPr>
          <w:color w:val="000000"/>
          <w:sz w:val="17"/>
        </w:rPr>
        <w:t>・特別管理加算：留置カテーテル、在宅酸素、人工呼吸器、疼痛など、状態に応じた計画的な管理を評価します。対象状態により（I）または（II）を算定します。</w:t>
      </w:r>
    </w:p>
    <w:p w14:paraId="537A8E7E" w14:textId="77777777" w:rsidR="00AD0E4F" w:rsidRDefault="008D426B">
      <w:pPr>
        <w:spacing w:after="20" w:line="240" w:lineRule="auto"/>
      </w:pPr>
      <w:r>
        <w:rPr>
          <w:color w:val="000000"/>
          <w:sz w:val="17"/>
        </w:rPr>
        <w:t>・看護体制強化・専門管理・サービス提供体制・口腔連携等の加算は、当事業所が要件を満たし、必要な届出を行った場合に限ります。</w:t>
      </w:r>
    </w:p>
    <w:p w14:paraId="1FB95908" w14:textId="77777777" w:rsidR="00AD0E4F" w:rsidRDefault="008D426B">
      <w:pPr>
        <w:spacing w:after="20" w:line="240" w:lineRule="auto"/>
      </w:pPr>
      <w:r>
        <w:rPr>
          <w:color w:val="000000"/>
          <w:sz w:val="28"/>
        </w:rPr>
        <w:t>07 介護保険加算の内容・対象（1/1）</w:t>
      </w:r>
    </w:p>
    <w:p w14:paraId="249958E8" w14:textId="77777777" w:rsidR="00AD0E4F" w:rsidRDefault="008D426B">
      <w:pPr>
        <w:spacing w:after="20" w:line="240" w:lineRule="auto"/>
      </w:pPr>
      <w:r>
        <w:rPr>
          <w:color w:val="000000"/>
          <w:sz w:val="17"/>
        </w:rPr>
        <w:t>加算ごとの内容・対象・算定の目安です。実際の算定は、届出、利用者の同意、主治医の指示その他の必要な要件を満たす場合に限ります。</w:t>
      </w:r>
    </w:p>
    <w:p w14:paraId="29F47D52" w14:textId="77777777" w:rsidR="00AD0E4F" w:rsidRDefault="00AD0E4F">
      <w:pPr>
        <w:pBdr>
          <w:bottom w:val="single" w:sz="8" w:space="1" w:color="777777"/>
        </w:pBdr>
        <w:spacing w:before="20" w:after="0" w:line="240" w:lineRule="auto"/>
      </w:pP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665"/>
        <w:gridCol w:w="5216"/>
        <w:gridCol w:w="1701"/>
        <w:gridCol w:w="737"/>
      </w:tblGrid>
      <w:tr w:rsidR="00AD0E4F" w14:paraId="1EE331AD" w14:textId="77777777">
        <w:trPr>
          <w:tblHeader/>
          <w:jc w:val="center"/>
        </w:trPr>
        <w:tc>
          <w:tcPr>
            <w:tcW w:w="2665" w:type="dxa"/>
            <w:shd w:val="clear" w:color="auto" w:fill="4A4A4A"/>
            <w:tcMar>
              <w:top w:w="45" w:type="dxa"/>
              <w:left w:w="100" w:type="dxa"/>
              <w:bottom w:w="45" w:type="dxa"/>
              <w:right w:w="100" w:type="dxa"/>
            </w:tcMar>
            <w:vAlign w:val="center"/>
          </w:tcPr>
          <w:p w14:paraId="23787FBE" w14:textId="77777777" w:rsidR="00AD0E4F" w:rsidRDefault="008D426B">
            <w:pPr>
              <w:spacing w:after="0" w:line="240" w:lineRule="auto"/>
              <w:jc w:val="center"/>
            </w:pPr>
            <w:r>
              <w:rPr>
                <w:color w:val="FFFFFF"/>
                <w:sz w:val="17"/>
              </w:rPr>
              <w:t>項目</w:t>
            </w:r>
          </w:p>
        </w:tc>
        <w:tc>
          <w:tcPr>
            <w:tcW w:w="5216" w:type="dxa"/>
            <w:shd w:val="clear" w:color="auto" w:fill="4A4A4A"/>
            <w:tcMar>
              <w:top w:w="45" w:type="dxa"/>
              <w:left w:w="100" w:type="dxa"/>
              <w:bottom w:w="45" w:type="dxa"/>
              <w:right w:w="100" w:type="dxa"/>
            </w:tcMar>
            <w:vAlign w:val="center"/>
          </w:tcPr>
          <w:p w14:paraId="60C96467" w14:textId="77777777" w:rsidR="00AD0E4F" w:rsidRDefault="008D426B">
            <w:pPr>
              <w:spacing w:after="0" w:line="240" w:lineRule="auto"/>
              <w:jc w:val="center"/>
            </w:pPr>
            <w:r>
              <w:rPr>
                <w:color w:val="FFFFFF"/>
                <w:sz w:val="17"/>
              </w:rPr>
              <w:t>内容・対象となる場合</w:t>
            </w:r>
          </w:p>
        </w:tc>
        <w:tc>
          <w:tcPr>
            <w:tcW w:w="1701" w:type="dxa"/>
            <w:shd w:val="clear" w:color="auto" w:fill="4A4A4A"/>
            <w:tcMar>
              <w:top w:w="45" w:type="dxa"/>
              <w:left w:w="100" w:type="dxa"/>
              <w:bottom w:w="45" w:type="dxa"/>
              <w:right w:w="100" w:type="dxa"/>
            </w:tcMar>
            <w:vAlign w:val="center"/>
          </w:tcPr>
          <w:p w14:paraId="291DAF17" w14:textId="77777777" w:rsidR="00AD0E4F" w:rsidRDefault="008D426B">
            <w:pPr>
              <w:spacing w:after="0" w:line="240" w:lineRule="auto"/>
              <w:jc w:val="center"/>
            </w:pPr>
            <w:r>
              <w:rPr>
                <w:color w:val="FFFFFF"/>
                <w:sz w:val="17"/>
              </w:rPr>
              <w:t>料金・単位</w:t>
            </w:r>
          </w:p>
        </w:tc>
        <w:tc>
          <w:tcPr>
            <w:tcW w:w="737" w:type="dxa"/>
            <w:shd w:val="clear" w:color="auto" w:fill="4A4A4A"/>
            <w:tcMar>
              <w:top w:w="45" w:type="dxa"/>
              <w:left w:w="100" w:type="dxa"/>
              <w:bottom w:w="45" w:type="dxa"/>
              <w:right w:w="100" w:type="dxa"/>
            </w:tcMar>
            <w:vAlign w:val="center"/>
          </w:tcPr>
          <w:p w14:paraId="72D2DFDE" w14:textId="77777777" w:rsidR="00AD0E4F" w:rsidRDefault="008D426B">
            <w:pPr>
              <w:spacing w:after="0" w:line="240" w:lineRule="auto"/>
              <w:jc w:val="center"/>
            </w:pPr>
            <w:r>
              <w:rPr>
                <w:color w:val="FFFFFF"/>
                <w:sz w:val="17"/>
              </w:rPr>
              <w:t>該当</w:t>
            </w:r>
          </w:p>
        </w:tc>
      </w:tr>
      <w:tr w:rsidR="00AD0E4F" w14:paraId="5F190CE3" w14:textId="77777777">
        <w:trPr>
          <w:jc w:val="center"/>
        </w:trPr>
        <w:tc>
          <w:tcPr>
            <w:tcW w:w="2665" w:type="dxa"/>
            <w:tcMar>
              <w:top w:w="45" w:type="dxa"/>
              <w:left w:w="100" w:type="dxa"/>
              <w:bottom w:w="45" w:type="dxa"/>
              <w:right w:w="100" w:type="dxa"/>
            </w:tcMar>
            <w:vAlign w:val="center"/>
          </w:tcPr>
          <w:p w14:paraId="0CF56E3A" w14:textId="77777777" w:rsidR="00AD0E4F" w:rsidRDefault="008D426B">
            <w:pPr>
              <w:spacing w:after="0" w:line="240" w:lineRule="auto"/>
            </w:pPr>
            <w:r>
              <w:rPr>
                <w:color w:val="000000"/>
                <w:sz w:val="17"/>
              </w:rPr>
              <w:t>緊急時訪問看護加算(I)</w:t>
            </w:r>
          </w:p>
        </w:tc>
        <w:tc>
          <w:tcPr>
            <w:tcW w:w="5216" w:type="dxa"/>
            <w:tcMar>
              <w:top w:w="45" w:type="dxa"/>
              <w:left w:w="100" w:type="dxa"/>
              <w:bottom w:w="45" w:type="dxa"/>
              <w:right w:w="100" w:type="dxa"/>
            </w:tcMar>
            <w:vAlign w:val="center"/>
          </w:tcPr>
          <w:p w14:paraId="3E925946" w14:textId="77777777" w:rsidR="00AD0E4F" w:rsidRDefault="008D426B">
            <w:pPr>
              <w:spacing w:after="0" w:line="240" w:lineRule="auto"/>
            </w:pPr>
            <w:r>
              <w:rPr>
                <w:color w:val="000000"/>
                <w:sz w:val="17"/>
              </w:rPr>
              <w:t>利用者の同意のもとで、昼夜を問わず連絡を受け、必要時に緊急訪問できる体制を整えています。</w:t>
            </w:r>
          </w:p>
        </w:tc>
        <w:tc>
          <w:tcPr>
            <w:tcW w:w="1701" w:type="dxa"/>
            <w:tcMar>
              <w:top w:w="45" w:type="dxa"/>
              <w:left w:w="100" w:type="dxa"/>
              <w:bottom w:w="45" w:type="dxa"/>
              <w:right w:w="100" w:type="dxa"/>
            </w:tcMar>
            <w:vAlign w:val="center"/>
          </w:tcPr>
          <w:p w14:paraId="0F77A0BC" w14:textId="77777777" w:rsidR="00AD0E4F" w:rsidRDefault="008D426B">
            <w:pPr>
              <w:spacing w:after="0" w:line="240" w:lineRule="auto"/>
            </w:pPr>
            <w:r>
              <w:rPr>
                <w:color w:val="000000"/>
                <w:sz w:val="17"/>
              </w:rPr>
              <w:t>600単位/月</w:t>
            </w:r>
          </w:p>
        </w:tc>
        <w:tc>
          <w:tcPr>
            <w:tcW w:w="737" w:type="dxa"/>
            <w:tcMar>
              <w:top w:w="45" w:type="dxa"/>
              <w:left w:w="100" w:type="dxa"/>
              <w:bottom w:w="45" w:type="dxa"/>
              <w:right w:w="100" w:type="dxa"/>
            </w:tcMar>
            <w:vAlign w:val="center"/>
          </w:tcPr>
          <w:p w14:paraId="7B5DF8A7" w14:textId="77777777" w:rsidR="00AD0E4F" w:rsidRDefault="00AD0E4F">
            <w:pPr>
              <w:spacing w:after="0" w:line="240" w:lineRule="auto"/>
            </w:pPr>
          </w:p>
        </w:tc>
      </w:tr>
      <w:tr w:rsidR="00AD0E4F" w14:paraId="1B9D6B48" w14:textId="77777777">
        <w:trPr>
          <w:jc w:val="center"/>
        </w:trPr>
        <w:tc>
          <w:tcPr>
            <w:tcW w:w="2665" w:type="dxa"/>
            <w:tcMar>
              <w:top w:w="45" w:type="dxa"/>
              <w:left w:w="100" w:type="dxa"/>
              <w:bottom w:w="45" w:type="dxa"/>
              <w:right w:w="100" w:type="dxa"/>
            </w:tcMar>
            <w:vAlign w:val="center"/>
          </w:tcPr>
          <w:p w14:paraId="5F1041CC" w14:textId="77777777" w:rsidR="00AD0E4F" w:rsidRDefault="008D426B">
            <w:pPr>
              <w:spacing w:after="0" w:line="240" w:lineRule="auto"/>
            </w:pPr>
            <w:r>
              <w:rPr>
                <w:color w:val="000000"/>
                <w:sz w:val="17"/>
              </w:rPr>
              <w:t>緊急時訪問看護加算(II)</w:t>
            </w:r>
          </w:p>
        </w:tc>
        <w:tc>
          <w:tcPr>
            <w:tcW w:w="5216" w:type="dxa"/>
            <w:tcMar>
              <w:top w:w="45" w:type="dxa"/>
              <w:left w:w="100" w:type="dxa"/>
              <w:bottom w:w="45" w:type="dxa"/>
              <w:right w:w="100" w:type="dxa"/>
            </w:tcMar>
            <w:vAlign w:val="center"/>
          </w:tcPr>
          <w:p w14:paraId="0DB90714" w14:textId="77777777" w:rsidR="00AD0E4F" w:rsidRDefault="008D426B">
            <w:pPr>
              <w:spacing w:after="0" w:line="240" w:lineRule="auto"/>
            </w:pPr>
            <w:r>
              <w:rPr>
                <w:color w:val="000000"/>
                <w:sz w:val="17"/>
              </w:rPr>
              <w:t>24時間の相談受付と、病状に応じた緊急訪問に対応する体制です。</w:t>
            </w:r>
          </w:p>
        </w:tc>
        <w:tc>
          <w:tcPr>
            <w:tcW w:w="1701" w:type="dxa"/>
            <w:tcMar>
              <w:top w:w="45" w:type="dxa"/>
              <w:left w:w="100" w:type="dxa"/>
              <w:bottom w:w="45" w:type="dxa"/>
              <w:right w:w="100" w:type="dxa"/>
            </w:tcMar>
            <w:vAlign w:val="center"/>
          </w:tcPr>
          <w:p w14:paraId="0E514730" w14:textId="77777777" w:rsidR="00AD0E4F" w:rsidRDefault="008D426B">
            <w:pPr>
              <w:spacing w:after="0" w:line="240" w:lineRule="auto"/>
            </w:pPr>
            <w:r>
              <w:rPr>
                <w:color w:val="000000"/>
                <w:sz w:val="17"/>
              </w:rPr>
              <w:t>574単位/月</w:t>
            </w:r>
          </w:p>
        </w:tc>
        <w:tc>
          <w:tcPr>
            <w:tcW w:w="737" w:type="dxa"/>
            <w:tcMar>
              <w:top w:w="45" w:type="dxa"/>
              <w:left w:w="100" w:type="dxa"/>
              <w:bottom w:w="45" w:type="dxa"/>
              <w:right w:w="100" w:type="dxa"/>
            </w:tcMar>
            <w:vAlign w:val="center"/>
          </w:tcPr>
          <w:p w14:paraId="5F24A366" w14:textId="77777777" w:rsidR="00AD0E4F" w:rsidRDefault="00AD0E4F">
            <w:pPr>
              <w:spacing w:after="0" w:line="240" w:lineRule="auto"/>
            </w:pPr>
          </w:p>
        </w:tc>
      </w:tr>
      <w:tr w:rsidR="00AD0E4F" w14:paraId="59183873" w14:textId="77777777">
        <w:trPr>
          <w:jc w:val="center"/>
        </w:trPr>
        <w:tc>
          <w:tcPr>
            <w:tcW w:w="2665" w:type="dxa"/>
            <w:tcMar>
              <w:top w:w="45" w:type="dxa"/>
              <w:left w:w="100" w:type="dxa"/>
              <w:bottom w:w="45" w:type="dxa"/>
              <w:right w:w="100" w:type="dxa"/>
            </w:tcMar>
            <w:vAlign w:val="center"/>
          </w:tcPr>
          <w:p w14:paraId="012959DD" w14:textId="77777777" w:rsidR="00AD0E4F" w:rsidRDefault="008D426B">
            <w:pPr>
              <w:spacing w:after="0" w:line="240" w:lineRule="auto"/>
            </w:pPr>
            <w:r>
              <w:rPr>
                <w:color w:val="000000"/>
                <w:sz w:val="17"/>
              </w:rPr>
              <w:t>特別管理加算(I)</w:t>
            </w:r>
          </w:p>
        </w:tc>
        <w:tc>
          <w:tcPr>
            <w:tcW w:w="5216" w:type="dxa"/>
            <w:tcMar>
              <w:top w:w="45" w:type="dxa"/>
              <w:left w:w="100" w:type="dxa"/>
              <w:bottom w:w="45" w:type="dxa"/>
              <w:right w:w="100" w:type="dxa"/>
            </w:tcMar>
            <w:vAlign w:val="center"/>
          </w:tcPr>
          <w:p w14:paraId="2A69294F" w14:textId="77777777" w:rsidR="00AD0E4F" w:rsidRDefault="008D426B">
            <w:pPr>
              <w:spacing w:after="0" w:line="240" w:lineRule="auto"/>
              <w:rPr>
                <w:lang w:eastAsia="ja-JP"/>
              </w:rPr>
            </w:pPr>
            <w:r>
              <w:rPr>
                <w:color w:val="000000"/>
                <w:sz w:val="17"/>
                <w:lang w:eastAsia="ja-JP"/>
              </w:rPr>
              <w:t>気管カニューレ、留置カテーテルなど、重症度が高く継続的な観</w:t>
            </w:r>
            <w:r>
              <w:rPr>
                <w:color w:val="000000"/>
                <w:sz w:val="17"/>
                <w:lang w:eastAsia="ja-JP"/>
              </w:rPr>
              <w:lastRenderedPageBreak/>
              <w:t>察や特別な管理を必要とする方。</w:t>
            </w:r>
          </w:p>
        </w:tc>
        <w:tc>
          <w:tcPr>
            <w:tcW w:w="1701" w:type="dxa"/>
            <w:tcMar>
              <w:top w:w="45" w:type="dxa"/>
              <w:left w:w="100" w:type="dxa"/>
              <w:bottom w:w="45" w:type="dxa"/>
              <w:right w:w="100" w:type="dxa"/>
            </w:tcMar>
            <w:vAlign w:val="center"/>
          </w:tcPr>
          <w:p w14:paraId="1F62941E" w14:textId="77777777" w:rsidR="00AD0E4F" w:rsidRDefault="008D426B">
            <w:pPr>
              <w:spacing w:after="0" w:line="240" w:lineRule="auto"/>
            </w:pPr>
            <w:r>
              <w:rPr>
                <w:color w:val="000000"/>
                <w:sz w:val="17"/>
              </w:rPr>
              <w:lastRenderedPageBreak/>
              <w:t>500単位/月</w:t>
            </w:r>
          </w:p>
        </w:tc>
        <w:tc>
          <w:tcPr>
            <w:tcW w:w="737" w:type="dxa"/>
            <w:tcMar>
              <w:top w:w="45" w:type="dxa"/>
              <w:left w:w="100" w:type="dxa"/>
              <w:bottom w:w="45" w:type="dxa"/>
              <w:right w:w="100" w:type="dxa"/>
            </w:tcMar>
            <w:vAlign w:val="center"/>
          </w:tcPr>
          <w:p w14:paraId="23D90EC4" w14:textId="77777777" w:rsidR="00AD0E4F" w:rsidRDefault="00AD0E4F">
            <w:pPr>
              <w:spacing w:after="0" w:line="240" w:lineRule="auto"/>
            </w:pPr>
          </w:p>
        </w:tc>
      </w:tr>
      <w:tr w:rsidR="00AD0E4F" w14:paraId="34999200" w14:textId="77777777">
        <w:trPr>
          <w:jc w:val="center"/>
        </w:trPr>
        <w:tc>
          <w:tcPr>
            <w:tcW w:w="2665" w:type="dxa"/>
            <w:tcMar>
              <w:top w:w="45" w:type="dxa"/>
              <w:left w:w="100" w:type="dxa"/>
              <w:bottom w:w="45" w:type="dxa"/>
              <w:right w:w="100" w:type="dxa"/>
            </w:tcMar>
            <w:vAlign w:val="center"/>
          </w:tcPr>
          <w:p w14:paraId="113A81AA" w14:textId="77777777" w:rsidR="00AD0E4F" w:rsidRDefault="008D426B">
            <w:pPr>
              <w:spacing w:after="0" w:line="240" w:lineRule="auto"/>
            </w:pPr>
            <w:r>
              <w:rPr>
                <w:color w:val="000000"/>
                <w:sz w:val="17"/>
              </w:rPr>
              <w:t>特別管理加算(II)</w:t>
            </w:r>
          </w:p>
        </w:tc>
        <w:tc>
          <w:tcPr>
            <w:tcW w:w="5216" w:type="dxa"/>
            <w:tcMar>
              <w:top w:w="45" w:type="dxa"/>
              <w:left w:w="100" w:type="dxa"/>
              <w:bottom w:w="45" w:type="dxa"/>
              <w:right w:w="100" w:type="dxa"/>
            </w:tcMar>
            <w:vAlign w:val="center"/>
          </w:tcPr>
          <w:p w14:paraId="0C8D0584" w14:textId="77777777" w:rsidR="00AD0E4F" w:rsidRDefault="008D426B">
            <w:pPr>
              <w:spacing w:after="0" w:line="240" w:lineRule="auto"/>
              <w:rPr>
                <w:lang w:eastAsia="ja-JP"/>
              </w:rPr>
            </w:pPr>
            <w:r>
              <w:rPr>
                <w:color w:val="000000"/>
                <w:sz w:val="17"/>
                <w:lang w:eastAsia="ja-JP"/>
              </w:rPr>
              <w:t>在宅酸素療法、人工呼吸器、経管栄養、導尿、ストーマなど、定められた医療的管理を必要とする方。</w:t>
            </w:r>
          </w:p>
        </w:tc>
        <w:tc>
          <w:tcPr>
            <w:tcW w:w="1701" w:type="dxa"/>
            <w:tcMar>
              <w:top w:w="45" w:type="dxa"/>
              <w:left w:w="100" w:type="dxa"/>
              <w:bottom w:w="45" w:type="dxa"/>
              <w:right w:w="100" w:type="dxa"/>
            </w:tcMar>
            <w:vAlign w:val="center"/>
          </w:tcPr>
          <w:p w14:paraId="1919599E" w14:textId="77777777" w:rsidR="00AD0E4F" w:rsidRDefault="008D426B">
            <w:pPr>
              <w:spacing w:after="0" w:line="240" w:lineRule="auto"/>
            </w:pPr>
            <w:r>
              <w:rPr>
                <w:color w:val="000000"/>
                <w:sz w:val="17"/>
              </w:rPr>
              <w:t>250単位/月</w:t>
            </w:r>
          </w:p>
        </w:tc>
        <w:tc>
          <w:tcPr>
            <w:tcW w:w="737" w:type="dxa"/>
            <w:tcMar>
              <w:top w:w="45" w:type="dxa"/>
              <w:left w:w="100" w:type="dxa"/>
              <w:bottom w:w="45" w:type="dxa"/>
              <w:right w:w="100" w:type="dxa"/>
            </w:tcMar>
            <w:vAlign w:val="center"/>
          </w:tcPr>
          <w:p w14:paraId="7C8FD2DE" w14:textId="77777777" w:rsidR="00AD0E4F" w:rsidRDefault="00AD0E4F">
            <w:pPr>
              <w:spacing w:after="0" w:line="240" w:lineRule="auto"/>
            </w:pPr>
          </w:p>
        </w:tc>
      </w:tr>
      <w:tr w:rsidR="00AD0E4F" w14:paraId="31739690" w14:textId="77777777">
        <w:trPr>
          <w:jc w:val="center"/>
        </w:trPr>
        <w:tc>
          <w:tcPr>
            <w:tcW w:w="2665" w:type="dxa"/>
            <w:tcMar>
              <w:top w:w="45" w:type="dxa"/>
              <w:left w:w="100" w:type="dxa"/>
              <w:bottom w:w="45" w:type="dxa"/>
              <w:right w:w="100" w:type="dxa"/>
            </w:tcMar>
            <w:vAlign w:val="center"/>
          </w:tcPr>
          <w:p w14:paraId="0282CD84" w14:textId="77777777" w:rsidR="00AD0E4F" w:rsidRDefault="008D426B">
            <w:pPr>
              <w:spacing w:after="0" w:line="240" w:lineRule="auto"/>
            </w:pPr>
            <w:r>
              <w:rPr>
                <w:color w:val="000000"/>
                <w:sz w:val="17"/>
              </w:rPr>
              <w:t>専門管理加算</w:t>
            </w:r>
          </w:p>
        </w:tc>
        <w:tc>
          <w:tcPr>
            <w:tcW w:w="5216" w:type="dxa"/>
            <w:tcMar>
              <w:top w:w="45" w:type="dxa"/>
              <w:left w:w="100" w:type="dxa"/>
              <w:bottom w:w="45" w:type="dxa"/>
              <w:right w:w="100" w:type="dxa"/>
            </w:tcMar>
            <w:vAlign w:val="center"/>
          </w:tcPr>
          <w:p w14:paraId="6F12E750" w14:textId="77777777" w:rsidR="00AD0E4F" w:rsidRDefault="008D426B">
            <w:pPr>
              <w:spacing w:after="0" w:line="240" w:lineRule="auto"/>
              <w:rPr>
                <w:lang w:eastAsia="ja-JP"/>
              </w:rPr>
            </w:pPr>
            <w:r>
              <w:rPr>
                <w:color w:val="000000"/>
                <w:sz w:val="17"/>
                <w:lang w:eastAsia="ja-JP"/>
              </w:rPr>
              <w:t>特定行為研修などの所定の研修を受けた看護師が、専門的な知識を用いて状態の評価や看護職員への助言を行う場合です。</w:t>
            </w:r>
          </w:p>
        </w:tc>
        <w:tc>
          <w:tcPr>
            <w:tcW w:w="1701" w:type="dxa"/>
            <w:tcMar>
              <w:top w:w="45" w:type="dxa"/>
              <w:left w:w="100" w:type="dxa"/>
              <w:bottom w:w="45" w:type="dxa"/>
              <w:right w:w="100" w:type="dxa"/>
            </w:tcMar>
            <w:vAlign w:val="center"/>
          </w:tcPr>
          <w:p w14:paraId="4340E844" w14:textId="77777777" w:rsidR="00AD0E4F" w:rsidRDefault="008D426B">
            <w:pPr>
              <w:spacing w:after="0" w:line="240" w:lineRule="auto"/>
            </w:pPr>
            <w:r>
              <w:rPr>
                <w:color w:val="000000"/>
                <w:sz w:val="17"/>
              </w:rPr>
              <w:t>250単位/月</w:t>
            </w:r>
          </w:p>
        </w:tc>
        <w:tc>
          <w:tcPr>
            <w:tcW w:w="737" w:type="dxa"/>
            <w:tcMar>
              <w:top w:w="45" w:type="dxa"/>
              <w:left w:w="100" w:type="dxa"/>
              <w:bottom w:w="45" w:type="dxa"/>
              <w:right w:w="100" w:type="dxa"/>
            </w:tcMar>
            <w:vAlign w:val="center"/>
          </w:tcPr>
          <w:p w14:paraId="2C1B6161" w14:textId="77777777" w:rsidR="00AD0E4F" w:rsidRDefault="00AD0E4F">
            <w:pPr>
              <w:spacing w:after="0" w:line="240" w:lineRule="auto"/>
            </w:pPr>
          </w:p>
        </w:tc>
      </w:tr>
      <w:tr w:rsidR="00AD0E4F" w14:paraId="05D2A668" w14:textId="77777777">
        <w:trPr>
          <w:jc w:val="center"/>
        </w:trPr>
        <w:tc>
          <w:tcPr>
            <w:tcW w:w="2665" w:type="dxa"/>
            <w:tcMar>
              <w:top w:w="45" w:type="dxa"/>
              <w:left w:w="100" w:type="dxa"/>
              <w:bottom w:w="45" w:type="dxa"/>
              <w:right w:w="100" w:type="dxa"/>
            </w:tcMar>
            <w:vAlign w:val="center"/>
          </w:tcPr>
          <w:p w14:paraId="3A63E15D" w14:textId="77777777" w:rsidR="00AD0E4F" w:rsidRDefault="008D426B">
            <w:pPr>
              <w:spacing w:after="0" w:line="240" w:lineRule="auto"/>
            </w:pPr>
            <w:r>
              <w:rPr>
                <w:color w:val="000000"/>
                <w:sz w:val="17"/>
              </w:rPr>
              <w:t>看護体制強化加算(I)</w:t>
            </w:r>
          </w:p>
        </w:tc>
        <w:tc>
          <w:tcPr>
            <w:tcW w:w="5216" w:type="dxa"/>
            <w:tcMar>
              <w:top w:w="45" w:type="dxa"/>
              <w:left w:w="100" w:type="dxa"/>
              <w:bottom w:w="45" w:type="dxa"/>
              <w:right w:w="100" w:type="dxa"/>
            </w:tcMar>
            <w:vAlign w:val="center"/>
          </w:tcPr>
          <w:p w14:paraId="24C97877" w14:textId="77777777" w:rsidR="00AD0E4F" w:rsidRDefault="008D426B">
            <w:pPr>
              <w:spacing w:after="0" w:line="240" w:lineRule="auto"/>
              <w:rPr>
                <w:lang w:eastAsia="ja-JP"/>
              </w:rPr>
            </w:pPr>
            <w:r>
              <w:rPr>
                <w:color w:val="000000"/>
                <w:sz w:val="17"/>
                <w:lang w:eastAsia="ja-JP"/>
              </w:rPr>
              <w:t>緊急対応、特別管理、看取りなどの受入実績が一定水準に達し、所定の人員・運営基準を満たして届出をしている事業所の体制を評価します。</w:t>
            </w:r>
          </w:p>
        </w:tc>
        <w:tc>
          <w:tcPr>
            <w:tcW w:w="1701" w:type="dxa"/>
            <w:tcMar>
              <w:top w:w="45" w:type="dxa"/>
              <w:left w:w="100" w:type="dxa"/>
              <w:bottom w:w="45" w:type="dxa"/>
              <w:right w:w="100" w:type="dxa"/>
            </w:tcMar>
            <w:vAlign w:val="center"/>
          </w:tcPr>
          <w:p w14:paraId="601F323D" w14:textId="77777777" w:rsidR="00AD0E4F" w:rsidRDefault="008D426B">
            <w:pPr>
              <w:spacing w:after="0" w:line="240" w:lineRule="auto"/>
            </w:pPr>
            <w:r>
              <w:rPr>
                <w:color w:val="000000"/>
                <w:sz w:val="17"/>
              </w:rPr>
              <w:t>550単位/月</w:t>
            </w:r>
          </w:p>
        </w:tc>
        <w:tc>
          <w:tcPr>
            <w:tcW w:w="737" w:type="dxa"/>
            <w:tcMar>
              <w:top w:w="45" w:type="dxa"/>
              <w:left w:w="100" w:type="dxa"/>
              <w:bottom w:w="45" w:type="dxa"/>
              <w:right w:w="100" w:type="dxa"/>
            </w:tcMar>
            <w:vAlign w:val="center"/>
          </w:tcPr>
          <w:p w14:paraId="27D7332A" w14:textId="77777777" w:rsidR="00AD0E4F" w:rsidRDefault="00AD0E4F">
            <w:pPr>
              <w:spacing w:after="0" w:line="240" w:lineRule="auto"/>
            </w:pPr>
          </w:p>
        </w:tc>
      </w:tr>
      <w:tr w:rsidR="00AD0E4F" w14:paraId="39B03127" w14:textId="77777777">
        <w:trPr>
          <w:jc w:val="center"/>
        </w:trPr>
        <w:tc>
          <w:tcPr>
            <w:tcW w:w="2665" w:type="dxa"/>
            <w:tcMar>
              <w:top w:w="45" w:type="dxa"/>
              <w:left w:w="100" w:type="dxa"/>
              <w:bottom w:w="45" w:type="dxa"/>
              <w:right w:w="100" w:type="dxa"/>
            </w:tcMar>
            <w:vAlign w:val="center"/>
          </w:tcPr>
          <w:p w14:paraId="7D469694" w14:textId="77777777" w:rsidR="00AD0E4F" w:rsidRDefault="008D426B">
            <w:pPr>
              <w:spacing w:after="0" w:line="240" w:lineRule="auto"/>
            </w:pPr>
            <w:r>
              <w:rPr>
                <w:color w:val="000000"/>
                <w:sz w:val="17"/>
              </w:rPr>
              <w:t>看護体制強化加算(II)</w:t>
            </w:r>
          </w:p>
        </w:tc>
        <w:tc>
          <w:tcPr>
            <w:tcW w:w="5216" w:type="dxa"/>
            <w:tcMar>
              <w:top w:w="45" w:type="dxa"/>
              <w:left w:w="100" w:type="dxa"/>
              <w:bottom w:w="45" w:type="dxa"/>
              <w:right w:w="100" w:type="dxa"/>
            </w:tcMar>
            <w:vAlign w:val="center"/>
          </w:tcPr>
          <w:p w14:paraId="180BB1D1" w14:textId="77777777" w:rsidR="00AD0E4F" w:rsidRDefault="008D426B">
            <w:pPr>
              <w:spacing w:after="0" w:line="240" w:lineRule="auto"/>
            </w:pPr>
            <w:r>
              <w:rPr>
                <w:color w:val="000000"/>
                <w:sz w:val="17"/>
              </w:rPr>
              <w:t>緊急対応や医療的管理が必要な利用者の受入れ、看取りの実績等について区分（II）の基準を満たした事業所が算定します。</w:t>
            </w:r>
          </w:p>
        </w:tc>
        <w:tc>
          <w:tcPr>
            <w:tcW w:w="1701" w:type="dxa"/>
            <w:tcMar>
              <w:top w:w="45" w:type="dxa"/>
              <w:left w:w="100" w:type="dxa"/>
              <w:bottom w:w="45" w:type="dxa"/>
              <w:right w:w="100" w:type="dxa"/>
            </w:tcMar>
            <w:vAlign w:val="center"/>
          </w:tcPr>
          <w:p w14:paraId="13B150C2" w14:textId="77777777" w:rsidR="00AD0E4F" w:rsidRDefault="008D426B">
            <w:pPr>
              <w:spacing w:after="0" w:line="240" w:lineRule="auto"/>
            </w:pPr>
            <w:r>
              <w:rPr>
                <w:color w:val="000000"/>
                <w:sz w:val="17"/>
              </w:rPr>
              <w:t>200単位/月</w:t>
            </w:r>
          </w:p>
        </w:tc>
        <w:tc>
          <w:tcPr>
            <w:tcW w:w="737" w:type="dxa"/>
            <w:tcMar>
              <w:top w:w="45" w:type="dxa"/>
              <w:left w:w="100" w:type="dxa"/>
              <w:bottom w:w="45" w:type="dxa"/>
              <w:right w:w="100" w:type="dxa"/>
            </w:tcMar>
            <w:vAlign w:val="center"/>
          </w:tcPr>
          <w:p w14:paraId="1473CDF0" w14:textId="77777777" w:rsidR="00AD0E4F" w:rsidRDefault="00AD0E4F">
            <w:pPr>
              <w:spacing w:after="0" w:line="240" w:lineRule="auto"/>
            </w:pPr>
          </w:p>
        </w:tc>
      </w:tr>
      <w:tr w:rsidR="00AD0E4F" w14:paraId="6F10DC8B" w14:textId="77777777">
        <w:trPr>
          <w:jc w:val="center"/>
        </w:trPr>
        <w:tc>
          <w:tcPr>
            <w:tcW w:w="2665" w:type="dxa"/>
            <w:tcMar>
              <w:top w:w="45" w:type="dxa"/>
              <w:left w:w="100" w:type="dxa"/>
              <w:bottom w:w="45" w:type="dxa"/>
              <w:right w:w="100" w:type="dxa"/>
            </w:tcMar>
            <w:vAlign w:val="center"/>
          </w:tcPr>
          <w:p w14:paraId="375A6B27" w14:textId="77777777" w:rsidR="00AD0E4F" w:rsidRDefault="008D426B">
            <w:pPr>
              <w:spacing w:after="0" w:line="240" w:lineRule="auto"/>
            </w:pPr>
            <w:r>
              <w:rPr>
                <w:color w:val="000000"/>
                <w:sz w:val="17"/>
              </w:rPr>
              <w:t>予防・看護体制強化加算</w:t>
            </w:r>
          </w:p>
        </w:tc>
        <w:tc>
          <w:tcPr>
            <w:tcW w:w="5216" w:type="dxa"/>
            <w:tcMar>
              <w:top w:w="45" w:type="dxa"/>
              <w:left w:w="100" w:type="dxa"/>
              <w:bottom w:w="45" w:type="dxa"/>
              <w:right w:w="100" w:type="dxa"/>
            </w:tcMar>
            <w:vAlign w:val="center"/>
          </w:tcPr>
          <w:p w14:paraId="22CD83AC" w14:textId="77777777" w:rsidR="00AD0E4F" w:rsidRDefault="008D426B">
            <w:pPr>
              <w:spacing w:after="0" w:line="240" w:lineRule="auto"/>
            </w:pPr>
            <w:r>
              <w:rPr>
                <w:color w:val="000000"/>
                <w:sz w:val="17"/>
              </w:rPr>
              <w:t>介護予防訪問看護について、緊急対応や特別管理が必要な利用者の受入実績等が定められた基準を満たす場合です。</w:t>
            </w:r>
          </w:p>
        </w:tc>
        <w:tc>
          <w:tcPr>
            <w:tcW w:w="1701" w:type="dxa"/>
            <w:tcMar>
              <w:top w:w="45" w:type="dxa"/>
              <w:left w:w="100" w:type="dxa"/>
              <w:bottom w:w="45" w:type="dxa"/>
              <w:right w:w="100" w:type="dxa"/>
            </w:tcMar>
            <w:vAlign w:val="center"/>
          </w:tcPr>
          <w:p w14:paraId="4141226B" w14:textId="77777777" w:rsidR="00AD0E4F" w:rsidRDefault="008D426B">
            <w:pPr>
              <w:spacing w:after="0" w:line="240" w:lineRule="auto"/>
            </w:pPr>
            <w:r>
              <w:rPr>
                <w:color w:val="000000"/>
                <w:sz w:val="17"/>
              </w:rPr>
              <w:t>100単位/月</w:t>
            </w:r>
          </w:p>
        </w:tc>
        <w:tc>
          <w:tcPr>
            <w:tcW w:w="737" w:type="dxa"/>
            <w:tcMar>
              <w:top w:w="45" w:type="dxa"/>
              <w:left w:w="100" w:type="dxa"/>
              <w:bottom w:w="45" w:type="dxa"/>
              <w:right w:w="100" w:type="dxa"/>
            </w:tcMar>
            <w:vAlign w:val="center"/>
          </w:tcPr>
          <w:p w14:paraId="7AD240E7" w14:textId="77777777" w:rsidR="00AD0E4F" w:rsidRDefault="00AD0E4F">
            <w:pPr>
              <w:spacing w:after="0" w:line="240" w:lineRule="auto"/>
            </w:pPr>
          </w:p>
        </w:tc>
      </w:tr>
      <w:tr w:rsidR="00AD0E4F" w14:paraId="799B477F" w14:textId="77777777">
        <w:trPr>
          <w:jc w:val="center"/>
        </w:trPr>
        <w:tc>
          <w:tcPr>
            <w:tcW w:w="2665" w:type="dxa"/>
            <w:tcMar>
              <w:top w:w="45" w:type="dxa"/>
              <w:left w:w="100" w:type="dxa"/>
              <w:bottom w:w="45" w:type="dxa"/>
              <w:right w:w="100" w:type="dxa"/>
            </w:tcMar>
            <w:vAlign w:val="center"/>
          </w:tcPr>
          <w:p w14:paraId="74E9BFCC" w14:textId="77777777" w:rsidR="00AD0E4F" w:rsidRDefault="008D426B">
            <w:pPr>
              <w:spacing w:after="0" w:line="240" w:lineRule="auto"/>
            </w:pPr>
            <w:r>
              <w:rPr>
                <w:color w:val="000000"/>
                <w:sz w:val="17"/>
              </w:rPr>
              <w:t>口腔連携強化加算</w:t>
            </w:r>
          </w:p>
        </w:tc>
        <w:tc>
          <w:tcPr>
            <w:tcW w:w="5216" w:type="dxa"/>
            <w:tcMar>
              <w:top w:w="45" w:type="dxa"/>
              <w:left w:w="100" w:type="dxa"/>
              <w:bottom w:w="45" w:type="dxa"/>
              <w:right w:w="100" w:type="dxa"/>
            </w:tcMar>
            <w:vAlign w:val="center"/>
          </w:tcPr>
          <w:p w14:paraId="466FE653" w14:textId="77777777" w:rsidR="00AD0E4F" w:rsidRDefault="008D426B">
            <w:pPr>
              <w:spacing w:after="0" w:line="240" w:lineRule="auto"/>
            </w:pPr>
            <w:r>
              <w:rPr>
                <w:color w:val="000000"/>
                <w:sz w:val="17"/>
              </w:rPr>
              <w:t>看護職員が口の中の状態を確認し、必要に応じて歯科医療機関やケアマネジャーへ情報提供して、歯科受診・口腔管理につなげる場合です。</w:t>
            </w:r>
          </w:p>
        </w:tc>
        <w:tc>
          <w:tcPr>
            <w:tcW w:w="1701" w:type="dxa"/>
            <w:tcMar>
              <w:top w:w="45" w:type="dxa"/>
              <w:left w:w="100" w:type="dxa"/>
              <w:bottom w:w="45" w:type="dxa"/>
              <w:right w:w="100" w:type="dxa"/>
            </w:tcMar>
            <w:vAlign w:val="center"/>
          </w:tcPr>
          <w:p w14:paraId="4DE3E9AD" w14:textId="77777777" w:rsidR="00AD0E4F" w:rsidRDefault="008D426B">
            <w:pPr>
              <w:spacing w:after="0" w:line="240" w:lineRule="auto"/>
            </w:pPr>
            <w:r>
              <w:rPr>
                <w:color w:val="000000"/>
                <w:sz w:val="17"/>
              </w:rPr>
              <w:t>50単位/月</w:t>
            </w:r>
          </w:p>
        </w:tc>
        <w:tc>
          <w:tcPr>
            <w:tcW w:w="737" w:type="dxa"/>
            <w:tcMar>
              <w:top w:w="45" w:type="dxa"/>
              <w:left w:w="100" w:type="dxa"/>
              <w:bottom w:w="45" w:type="dxa"/>
              <w:right w:w="100" w:type="dxa"/>
            </w:tcMar>
            <w:vAlign w:val="center"/>
          </w:tcPr>
          <w:p w14:paraId="3B885E6D" w14:textId="77777777" w:rsidR="00AD0E4F" w:rsidRDefault="00AD0E4F">
            <w:pPr>
              <w:spacing w:after="0" w:line="240" w:lineRule="auto"/>
            </w:pPr>
          </w:p>
        </w:tc>
      </w:tr>
      <w:tr w:rsidR="00AD0E4F" w14:paraId="6CBBB117" w14:textId="77777777">
        <w:trPr>
          <w:jc w:val="center"/>
        </w:trPr>
        <w:tc>
          <w:tcPr>
            <w:tcW w:w="2665" w:type="dxa"/>
            <w:tcMar>
              <w:top w:w="45" w:type="dxa"/>
              <w:left w:w="100" w:type="dxa"/>
              <w:bottom w:w="45" w:type="dxa"/>
              <w:right w:w="100" w:type="dxa"/>
            </w:tcMar>
            <w:vAlign w:val="center"/>
          </w:tcPr>
          <w:p w14:paraId="5512D36A" w14:textId="77777777" w:rsidR="00AD0E4F" w:rsidRDefault="008D426B">
            <w:pPr>
              <w:spacing w:after="0" w:line="240" w:lineRule="auto"/>
            </w:pPr>
            <w:r>
              <w:rPr>
                <w:color w:val="000000"/>
                <w:sz w:val="17"/>
              </w:rPr>
              <w:t>サービス提供体制強化(I)</w:t>
            </w:r>
          </w:p>
        </w:tc>
        <w:tc>
          <w:tcPr>
            <w:tcW w:w="5216" w:type="dxa"/>
            <w:tcMar>
              <w:top w:w="45" w:type="dxa"/>
              <w:left w:w="100" w:type="dxa"/>
              <w:bottom w:w="45" w:type="dxa"/>
              <w:right w:w="100" w:type="dxa"/>
            </w:tcMar>
            <w:vAlign w:val="center"/>
          </w:tcPr>
          <w:p w14:paraId="4E456226" w14:textId="77777777" w:rsidR="00AD0E4F" w:rsidRDefault="008D426B">
            <w:pPr>
              <w:spacing w:after="0" w:line="240" w:lineRule="auto"/>
            </w:pPr>
            <w:r>
              <w:rPr>
                <w:color w:val="000000"/>
                <w:sz w:val="17"/>
              </w:rPr>
              <w:t>勤続年数などの基準を満たした看護職員を所定割合以上配置し、継続的で質の高い訪問看護の提供体制を届け出ている場合です。</w:t>
            </w:r>
          </w:p>
        </w:tc>
        <w:tc>
          <w:tcPr>
            <w:tcW w:w="1701" w:type="dxa"/>
            <w:tcMar>
              <w:top w:w="45" w:type="dxa"/>
              <w:left w:w="100" w:type="dxa"/>
              <w:bottom w:w="45" w:type="dxa"/>
              <w:right w:w="100" w:type="dxa"/>
            </w:tcMar>
            <w:vAlign w:val="center"/>
          </w:tcPr>
          <w:p w14:paraId="56D32112" w14:textId="77777777" w:rsidR="00AD0E4F" w:rsidRDefault="008D426B">
            <w:pPr>
              <w:spacing w:after="0" w:line="240" w:lineRule="auto"/>
            </w:pPr>
            <w:r>
              <w:rPr>
                <w:color w:val="000000"/>
                <w:sz w:val="17"/>
              </w:rPr>
              <w:t>6単位/回</w:t>
            </w:r>
          </w:p>
        </w:tc>
        <w:tc>
          <w:tcPr>
            <w:tcW w:w="737" w:type="dxa"/>
            <w:tcMar>
              <w:top w:w="45" w:type="dxa"/>
              <w:left w:w="100" w:type="dxa"/>
              <w:bottom w:w="45" w:type="dxa"/>
              <w:right w:w="100" w:type="dxa"/>
            </w:tcMar>
            <w:vAlign w:val="center"/>
          </w:tcPr>
          <w:p w14:paraId="7CA8A480" w14:textId="77777777" w:rsidR="00AD0E4F" w:rsidRDefault="00AD0E4F">
            <w:pPr>
              <w:spacing w:after="0" w:line="240" w:lineRule="auto"/>
            </w:pPr>
          </w:p>
        </w:tc>
      </w:tr>
      <w:tr w:rsidR="00AD0E4F" w14:paraId="7036B4B9" w14:textId="77777777">
        <w:trPr>
          <w:jc w:val="center"/>
        </w:trPr>
        <w:tc>
          <w:tcPr>
            <w:tcW w:w="2665" w:type="dxa"/>
            <w:tcMar>
              <w:top w:w="45" w:type="dxa"/>
              <w:left w:w="100" w:type="dxa"/>
              <w:bottom w:w="45" w:type="dxa"/>
              <w:right w:w="100" w:type="dxa"/>
            </w:tcMar>
            <w:vAlign w:val="center"/>
          </w:tcPr>
          <w:p w14:paraId="7785C373" w14:textId="77777777" w:rsidR="00AD0E4F" w:rsidRDefault="008D426B">
            <w:pPr>
              <w:spacing w:after="0" w:line="240" w:lineRule="auto"/>
            </w:pPr>
            <w:r>
              <w:rPr>
                <w:color w:val="000000"/>
                <w:sz w:val="17"/>
              </w:rPr>
              <w:t>サービス提供体制強化(II)</w:t>
            </w:r>
          </w:p>
        </w:tc>
        <w:tc>
          <w:tcPr>
            <w:tcW w:w="5216" w:type="dxa"/>
            <w:tcMar>
              <w:top w:w="45" w:type="dxa"/>
              <w:left w:w="100" w:type="dxa"/>
              <w:bottom w:w="45" w:type="dxa"/>
              <w:right w:w="100" w:type="dxa"/>
            </w:tcMar>
            <w:vAlign w:val="center"/>
          </w:tcPr>
          <w:p w14:paraId="61A81BF8" w14:textId="77777777" w:rsidR="00AD0E4F" w:rsidRDefault="008D426B">
            <w:pPr>
              <w:spacing w:after="0" w:line="240" w:lineRule="auto"/>
            </w:pPr>
            <w:r>
              <w:rPr>
                <w:color w:val="000000"/>
                <w:sz w:val="17"/>
              </w:rPr>
              <w:t>経験を積んだ看護職員の配置について区分（II）の基準を満たし、必要な届出をした事業所が訪問の都度算定します。</w:t>
            </w:r>
          </w:p>
        </w:tc>
        <w:tc>
          <w:tcPr>
            <w:tcW w:w="1701" w:type="dxa"/>
            <w:tcMar>
              <w:top w:w="45" w:type="dxa"/>
              <w:left w:w="100" w:type="dxa"/>
              <w:bottom w:w="45" w:type="dxa"/>
              <w:right w:w="100" w:type="dxa"/>
            </w:tcMar>
            <w:vAlign w:val="center"/>
          </w:tcPr>
          <w:p w14:paraId="0945E96A" w14:textId="77777777" w:rsidR="00AD0E4F" w:rsidRDefault="008D426B">
            <w:pPr>
              <w:spacing w:after="0" w:line="240" w:lineRule="auto"/>
            </w:pPr>
            <w:r>
              <w:rPr>
                <w:color w:val="000000"/>
                <w:sz w:val="17"/>
              </w:rPr>
              <w:t>3単位/回</w:t>
            </w:r>
          </w:p>
        </w:tc>
        <w:tc>
          <w:tcPr>
            <w:tcW w:w="737" w:type="dxa"/>
            <w:tcMar>
              <w:top w:w="45" w:type="dxa"/>
              <w:left w:w="100" w:type="dxa"/>
              <w:bottom w:w="45" w:type="dxa"/>
              <w:right w:w="100" w:type="dxa"/>
            </w:tcMar>
            <w:vAlign w:val="center"/>
          </w:tcPr>
          <w:p w14:paraId="5A1845B2" w14:textId="77777777" w:rsidR="00AD0E4F" w:rsidRDefault="00AD0E4F">
            <w:pPr>
              <w:spacing w:after="0" w:line="240" w:lineRule="auto"/>
            </w:pPr>
          </w:p>
        </w:tc>
      </w:tr>
      <w:tr w:rsidR="00AD0E4F" w14:paraId="4BE74AD5" w14:textId="77777777">
        <w:trPr>
          <w:jc w:val="center"/>
        </w:trPr>
        <w:tc>
          <w:tcPr>
            <w:tcW w:w="2665" w:type="dxa"/>
            <w:tcMar>
              <w:top w:w="45" w:type="dxa"/>
              <w:left w:w="100" w:type="dxa"/>
              <w:bottom w:w="45" w:type="dxa"/>
              <w:right w:w="100" w:type="dxa"/>
            </w:tcMar>
            <w:vAlign w:val="center"/>
          </w:tcPr>
          <w:p w14:paraId="7DC00F18" w14:textId="77777777" w:rsidR="00AD0E4F" w:rsidRDefault="008D426B">
            <w:pPr>
              <w:spacing w:after="0" w:line="240" w:lineRule="auto"/>
            </w:pPr>
            <w:r>
              <w:rPr>
                <w:color w:val="000000"/>
                <w:sz w:val="17"/>
              </w:rPr>
              <w:t>介護職員等処遇改善加算</w:t>
            </w:r>
          </w:p>
        </w:tc>
        <w:tc>
          <w:tcPr>
            <w:tcW w:w="5216" w:type="dxa"/>
            <w:tcMar>
              <w:top w:w="45" w:type="dxa"/>
              <w:left w:w="100" w:type="dxa"/>
              <w:bottom w:w="45" w:type="dxa"/>
              <w:right w:w="100" w:type="dxa"/>
            </w:tcMar>
            <w:vAlign w:val="center"/>
          </w:tcPr>
          <w:p w14:paraId="4C100F84" w14:textId="77777777" w:rsidR="00AD0E4F" w:rsidRDefault="008D426B">
            <w:pPr>
              <w:spacing w:after="0" w:line="240" w:lineRule="auto"/>
            </w:pPr>
            <w:r>
              <w:rPr>
                <w:color w:val="000000"/>
                <w:sz w:val="17"/>
              </w:rPr>
              <w:t>令和8年6月から訪問看護に新設された加算です。届出を行い、キャリアパス要件・職場環境等要件などの算定要件を満たす場合に算定します。</w:t>
            </w:r>
          </w:p>
        </w:tc>
        <w:tc>
          <w:tcPr>
            <w:tcW w:w="1701" w:type="dxa"/>
            <w:tcMar>
              <w:top w:w="45" w:type="dxa"/>
              <w:left w:w="100" w:type="dxa"/>
              <w:bottom w:w="45" w:type="dxa"/>
              <w:right w:w="100" w:type="dxa"/>
            </w:tcMar>
            <w:vAlign w:val="center"/>
          </w:tcPr>
          <w:p w14:paraId="1F302847" w14:textId="77777777" w:rsidR="00AD0E4F" w:rsidRDefault="008D426B">
            <w:pPr>
              <w:spacing w:after="0" w:line="240" w:lineRule="auto"/>
            </w:pPr>
            <w:r>
              <w:rPr>
                <w:color w:val="000000"/>
                <w:sz w:val="17"/>
              </w:rPr>
              <w:t>所定単位数の1.8%</w:t>
            </w:r>
          </w:p>
        </w:tc>
        <w:tc>
          <w:tcPr>
            <w:tcW w:w="737" w:type="dxa"/>
            <w:tcMar>
              <w:top w:w="45" w:type="dxa"/>
              <w:left w:w="100" w:type="dxa"/>
              <w:bottom w:w="45" w:type="dxa"/>
              <w:right w:w="100" w:type="dxa"/>
            </w:tcMar>
            <w:vAlign w:val="center"/>
          </w:tcPr>
          <w:p w14:paraId="1585DFCC" w14:textId="77777777" w:rsidR="00AD0E4F" w:rsidRDefault="00AD0E4F">
            <w:pPr>
              <w:spacing w:after="0" w:line="240" w:lineRule="auto"/>
            </w:pPr>
          </w:p>
        </w:tc>
      </w:tr>
    </w:tbl>
    <w:p w14:paraId="032EB04A" w14:textId="77777777" w:rsidR="00AD0E4F" w:rsidRDefault="008D426B">
      <w:pPr>
        <w:spacing w:after="20" w:line="240" w:lineRule="auto"/>
      </w:pPr>
      <w:r>
        <w:rPr>
          <w:color w:val="000000"/>
          <w:sz w:val="29"/>
        </w:rPr>
        <w:t>08 介護保険の主な加算 - 初回・退院・看取り</w:t>
      </w:r>
    </w:p>
    <w:p w14:paraId="312DB15E" w14:textId="77777777" w:rsidR="00AD0E4F" w:rsidRDefault="00AD0E4F">
      <w:pPr>
        <w:pBdr>
          <w:bottom w:val="single" w:sz="8" w:space="1" w:color="777777"/>
        </w:pBdr>
        <w:spacing w:before="20" w:after="0" w:line="240" w:lineRule="auto"/>
      </w:pP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948"/>
        <w:gridCol w:w="850"/>
        <w:gridCol w:w="1417"/>
        <w:gridCol w:w="1134"/>
        <w:gridCol w:w="1134"/>
        <w:gridCol w:w="1134"/>
        <w:gridCol w:w="567"/>
      </w:tblGrid>
      <w:tr w:rsidR="00AD0E4F" w14:paraId="0D5D4FF7" w14:textId="77777777">
        <w:trPr>
          <w:tblHeader/>
          <w:jc w:val="center"/>
        </w:trPr>
        <w:tc>
          <w:tcPr>
            <w:tcW w:w="2948" w:type="dxa"/>
            <w:shd w:val="clear" w:color="auto" w:fill="4A4A4A"/>
            <w:tcMar>
              <w:top w:w="80" w:type="dxa"/>
              <w:left w:w="70" w:type="dxa"/>
              <w:bottom w:w="80" w:type="dxa"/>
              <w:right w:w="70" w:type="dxa"/>
            </w:tcMar>
            <w:vAlign w:val="center"/>
          </w:tcPr>
          <w:p w14:paraId="40FA3C9E" w14:textId="77777777" w:rsidR="00AD0E4F" w:rsidRDefault="008D426B">
            <w:pPr>
              <w:spacing w:before="10" w:after="10" w:line="240" w:lineRule="auto"/>
              <w:jc w:val="center"/>
            </w:pPr>
            <w:r>
              <w:rPr>
                <w:color w:val="FFFFFF"/>
                <w:sz w:val="17"/>
              </w:rPr>
              <w:t>加算項目</w:t>
            </w:r>
          </w:p>
        </w:tc>
        <w:tc>
          <w:tcPr>
            <w:tcW w:w="850" w:type="dxa"/>
            <w:shd w:val="clear" w:color="auto" w:fill="4A4A4A"/>
            <w:tcMar>
              <w:top w:w="80" w:type="dxa"/>
              <w:left w:w="70" w:type="dxa"/>
              <w:bottom w:w="80" w:type="dxa"/>
              <w:right w:w="70" w:type="dxa"/>
            </w:tcMar>
            <w:vAlign w:val="center"/>
          </w:tcPr>
          <w:p w14:paraId="5AF43F3B" w14:textId="77777777" w:rsidR="00AD0E4F" w:rsidRDefault="008D426B">
            <w:pPr>
              <w:spacing w:before="10" w:after="10" w:line="240" w:lineRule="auto"/>
              <w:jc w:val="center"/>
            </w:pPr>
            <w:r>
              <w:rPr>
                <w:color w:val="FFFFFF"/>
                <w:sz w:val="17"/>
              </w:rPr>
              <w:t>単位</w:t>
            </w:r>
          </w:p>
        </w:tc>
        <w:tc>
          <w:tcPr>
            <w:tcW w:w="1417" w:type="dxa"/>
            <w:shd w:val="clear" w:color="auto" w:fill="4A4A4A"/>
            <w:tcMar>
              <w:top w:w="80" w:type="dxa"/>
              <w:left w:w="70" w:type="dxa"/>
              <w:bottom w:w="80" w:type="dxa"/>
              <w:right w:w="70" w:type="dxa"/>
            </w:tcMar>
            <w:vAlign w:val="center"/>
          </w:tcPr>
          <w:p w14:paraId="672A9F5C" w14:textId="77777777" w:rsidR="00AD0E4F" w:rsidRDefault="008D426B">
            <w:pPr>
              <w:spacing w:before="10" w:after="10" w:line="240" w:lineRule="auto"/>
              <w:jc w:val="center"/>
            </w:pPr>
            <w:r>
              <w:rPr>
                <w:color w:val="FFFFFF"/>
                <w:sz w:val="17"/>
              </w:rPr>
              <w:t>金額</w:t>
            </w:r>
          </w:p>
        </w:tc>
        <w:tc>
          <w:tcPr>
            <w:tcW w:w="1134" w:type="dxa"/>
            <w:shd w:val="clear" w:color="auto" w:fill="4A4A4A"/>
            <w:tcMar>
              <w:top w:w="80" w:type="dxa"/>
              <w:left w:w="70" w:type="dxa"/>
              <w:bottom w:w="80" w:type="dxa"/>
              <w:right w:w="70" w:type="dxa"/>
            </w:tcMar>
            <w:vAlign w:val="center"/>
          </w:tcPr>
          <w:p w14:paraId="69307FF6" w14:textId="77777777" w:rsidR="00AD0E4F" w:rsidRDefault="008D426B">
            <w:pPr>
              <w:spacing w:before="10" w:after="10" w:line="240" w:lineRule="auto"/>
              <w:jc w:val="center"/>
            </w:pPr>
            <w:r>
              <w:rPr>
                <w:color w:val="FFFFFF"/>
                <w:sz w:val="17"/>
              </w:rPr>
              <w:t>1割</w:t>
            </w:r>
          </w:p>
        </w:tc>
        <w:tc>
          <w:tcPr>
            <w:tcW w:w="1134" w:type="dxa"/>
            <w:shd w:val="clear" w:color="auto" w:fill="4A4A4A"/>
            <w:tcMar>
              <w:top w:w="80" w:type="dxa"/>
              <w:left w:w="70" w:type="dxa"/>
              <w:bottom w:w="80" w:type="dxa"/>
              <w:right w:w="70" w:type="dxa"/>
            </w:tcMar>
            <w:vAlign w:val="center"/>
          </w:tcPr>
          <w:p w14:paraId="04A9DDA8" w14:textId="77777777" w:rsidR="00AD0E4F" w:rsidRDefault="008D426B">
            <w:pPr>
              <w:spacing w:before="10" w:after="10" w:line="240" w:lineRule="auto"/>
              <w:jc w:val="center"/>
            </w:pPr>
            <w:r>
              <w:rPr>
                <w:color w:val="FFFFFF"/>
                <w:sz w:val="17"/>
              </w:rPr>
              <w:t>2割</w:t>
            </w:r>
          </w:p>
        </w:tc>
        <w:tc>
          <w:tcPr>
            <w:tcW w:w="1134" w:type="dxa"/>
            <w:shd w:val="clear" w:color="auto" w:fill="4A4A4A"/>
            <w:tcMar>
              <w:top w:w="80" w:type="dxa"/>
              <w:left w:w="70" w:type="dxa"/>
              <w:bottom w:w="80" w:type="dxa"/>
              <w:right w:w="70" w:type="dxa"/>
            </w:tcMar>
            <w:vAlign w:val="center"/>
          </w:tcPr>
          <w:p w14:paraId="03A92EFB" w14:textId="77777777" w:rsidR="00AD0E4F" w:rsidRDefault="008D426B">
            <w:pPr>
              <w:spacing w:before="10" w:after="10" w:line="240" w:lineRule="auto"/>
              <w:jc w:val="center"/>
            </w:pPr>
            <w:r>
              <w:rPr>
                <w:color w:val="FFFFFF"/>
                <w:sz w:val="17"/>
              </w:rPr>
              <w:t>3割</w:t>
            </w:r>
          </w:p>
        </w:tc>
        <w:tc>
          <w:tcPr>
            <w:tcW w:w="567" w:type="dxa"/>
            <w:shd w:val="clear" w:color="auto" w:fill="4A4A4A"/>
            <w:tcMar>
              <w:top w:w="80" w:type="dxa"/>
              <w:left w:w="70" w:type="dxa"/>
              <w:bottom w:w="80" w:type="dxa"/>
              <w:right w:w="70" w:type="dxa"/>
            </w:tcMar>
            <w:vAlign w:val="center"/>
          </w:tcPr>
          <w:p w14:paraId="0C7C0876" w14:textId="77777777" w:rsidR="00AD0E4F" w:rsidRDefault="008D426B">
            <w:pPr>
              <w:spacing w:before="10" w:after="10" w:line="240" w:lineRule="auto"/>
              <w:jc w:val="center"/>
            </w:pPr>
            <w:r>
              <w:rPr>
                <w:color w:val="FFFFFF"/>
                <w:sz w:val="17"/>
              </w:rPr>
              <w:t>該当</w:t>
            </w:r>
          </w:p>
        </w:tc>
      </w:tr>
      <w:tr w:rsidR="00AD0E4F" w14:paraId="3040189B" w14:textId="77777777">
        <w:trPr>
          <w:jc w:val="center"/>
        </w:trPr>
        <w:tc>
          <w:tcPr>
            <w:tcW w:w="2948" w:type="dxa"/>
            <w:tcMar>
              <w:top w:w="80" w:type="dxa"/>
              <w:left w:w="70" w:type="dxa"/>
              <w:bottom w:w="80" w:type="dxa"/>
              <w:right w:w="70" w:type="dxa"/>
            </w:tcMar>
            <w:vAlign w:val="center"/>
          </w:tcPr>
          <w:p w14:paraId="4FD179F1" w14:textId="77777777" w:rsidR="00AD0E4F" w:rsidRDefault="008D426B">
            <w:pPr>
              <w:spacing w:before="10" w:after="10" w:line="240" w:lineRule="auto"/>
            </w:pPr>
            <w:r>
              <w:rPr>
                <w:color w:val="000000"/>
                <w:sz w:val="17"/>
              </w:rPr>
              <w:t>初回加算(I)・退院当日等</w:t>
            </w:r>
          </w:p>
        </w:tc>
        <w:tc>
          <w:tcPr>
            <w:tcW w:w="850" w:type="dxa"/>
            <w:tcMar>
              <w:top w:w="80" w:type="dxa"/>
              <w:left w:w="70" w:type="dxa"/>
              <w:bottom w:w="80" w:type="dxa"/>
              <w:right w:w="70" w:type="dxa"/>
            </w:tcMar>
            <w:vAlign w:val="center"/>
          </w:tcPr>
          <w:p w14:paraId="323FE9C5" w14:textId="77777777" w:rsidR="00AD0E4F" w:rsidRDefault="008D426B">
            <w:pPr>
              <w:spacing w:before="10" w:after="10" w:line="240" w:lineRule="auto"/>
            </w:pPr>
            <w:r>
              <w:rPr>
                <w:color w:val="000000"/>
                <w:sz w:val="17"/>
              </w:rPr>
              <w:t>350</w:t>
            </w:r>
          </w:p>
        </w:tc>
        <w:tc>
          <w:tcPr>
            <w:tcW w:w="1417" w:type="dxa"/>
            <w:tcMar>
              <w:top w:w="80" w:type="dxa"/>
              <w:left w:w="70" w:type="dxa"/>
              <w:bottom w:w="80" w:type="dxa"/>
              <w:right w:w="70" w:type="dxa"/>
            </w:tcMar>
            <w:vAlign w:val="center"/>
          </w:tcPr>
          <w:p w14:paraId="58F7EE86" w14:textId="77777777" w:rsidR="00AD0E4F" w:rsidRDefault="008D426B">
            <w:pPr>
              <w:spacing w:before="10" w:after="10" w:line="240" w:lineRule="auto"/>
            </w:pPr>
            <w:r>
              <w:rPr>
                <w:color w:val="000000"/>
                <w:sz w:val="17"/>
              </w:rPr>
              <w:t>3,573円</w:t>
            </w:r>
          </w:p>
        </w:tc>
        <w:tc>
          <w:tcPr>
            <w:tcW w:w="1134" w:type="dxa"/>
            <w:tcMar>
              <w:top w:w="80" w:type="dxa"/>
              <w:left w:w="70" w:type="dxa"/>
              <w:bottom w:w="80" w:type="dxa"/>
              <w:right w:w="70" w:type="dxa"/>
            </w:tcMar>
            <w:vAlign w:val="center"/>
          </w:tcPr>
          <w:p w14:paraId="3A868138" w14:textId="77777777" w:rsidR="00AD0E4F" w:rsidRDefault="008D426B">
            <w:pPr>
              <w:spacing w:before="10" w:after="10" w:line="240" w:lineRule="auto"/>
            </w:pPr>
            <w:r>
              <w:rPr>
                <w:color w:val="000000"/>
                <w:sz w:val="17"/>
              </w:rPr>
              <w:t>358円</w:t>
            </w:r>
          </w:p>
        </w:tc>
        <w:tc>
          <w:tcPr>
            <w:tcW w:w="1134" w:type="dxa"/>
            <w:tcMar>
              <w:top w:w="80" w:type="dxa"/>
              <w:left w:w="70" w:type="dxa"/>
              <w:bottom w:w="80" w:type="dxa"/>
              <w:right w:w="70" w:type="dxa"/>
            </w:tcMar>
            <w:vAlign w:val="center"/>
          </w:tcPr>
          <w:p w14:paraId="55180275" w14:textId="77777777" w:rsidR="00AD0E4F" w:rsidRDefault="008D426B">
            <w:pPr>
              <w:spacing w:before="10" w:after="10" w:line="240" w:lineRule="auto"/>
            </w:pPr>
            <w:r>
              <w:rPr>
                <w:color w:val="000000"/>
                <w:sz w:val="17"/>
              </w:rPr>
              <w:t>715円</w:t>
            </w:r>
          </w:p>
        </w:tc>
        <w:tc>
          <w:tcPr>
            <w:tcW w:w="1134" w:type="dxa"/>
            <w:tcMar>
              <w:top w:w="80" w:type="dxa"/>
              <w:left w:w="70" w:type="dxa"/>
              <w:bottom w:w="80" w:type="dxa"/>
              <w:right w:w="70" w:type="dxa"/>
            </w:tcMar>
            <w:vAlign w:val="center"/>
          </w:tcPr>
          <w:p w14:paraId="1523166D" w14:textId="77777777" w:rsidR="00AD0E4F" w:rsidRDefault="008D426B">
            <w:pPr>
              <w:spacing w:before="10" w:after="10" w:line="240" w:lineRule="auto"/>
            </w:pPr>
            <w:r>
              <w:rPr>
                <w:color w:val="000000"/>
                <w:sz w:val="17"/>
              </w:rPr>
              <w:t>1,072円</w:t>
            </w:r>
          </w:p>
        </w:tc>
        <w:tc>
          <w:tcPr>
            <w:tcW w:w="567" w:type="dxa"/>
            <w:tcMar>
              <w:top w:w="80" w:type="dxa"/>
              <w:left w:w="70" w:type="dxa"/>
              <w:bottom w:w="80" w:type="dxa"/>
              <w:right w:w="70" w:type="dxa"/>
            </w:tcMar>
            <w:vAlign w:val="center"/>
          </w:tcPr>
          <w:p w14:paraId="7E2017DB" w14:textId="77777777" w:rsidR="00AD0E4F" w:rsidRDefault="00AD0E4F">
            <w:pPr>
              <w:spacing w:before="10" w:after="10" w:line="240" w:lineRule="auto"/>
            </w:pPr>
          </w:p>
        </w:tc>
      </w:tr>
      <w:tr w:rsidR="00AD0E4F" w14:paraId="1C192CAA" w14:textId="77777777">
        <w:trPr>
          <w:jc w:val="center"/>
        </w:trPr>
        <w:tc>
          <w:tcPr>
            <w:tcW w:w="2948" w:type="dxa"/>
            <w:tcMar>
              <w:top w:w="80" w:type="dxa"/>
              <w:left w:w="70" w:type="dxa"/>
              <w:bottom w:w="80" w:type="dxa"/>
              <w:right w:w="70" w:type="dxa"/>
            </w:tcMar>
            <w:vAlign w:val="center"/>
          </w:tcPr>
          <w:p w14:paraId="25FCC974" w14:textId="77777777" w:rsidR="00AD0E4F" w:rsidRDefault="008D426B">
            <w:pPr>
              <w:spacing w:before="10" w:after="10" w:line="240" w:lineRule="auto"/>
            </w:pPr>
            <w:r>
              <w:rPr>
                <w:color w:val="000000"/>
                <w:sz w:val="17"/>
              </w:rPr>
              <w:t>初回加算(II)・通常の初回</w:t>
            </w:r>
          </w:p>
        </w:tc>
        <w:tc>
          <w:tcPr>
            <w:tcW w:w="850" w:type="dxa"/>
            <w:tcMar>
              <w:top w:w="80" w:type="dxa"/>
              <w:left w:w="70" w:type="dxa"/>
              <w:bottom w:w="80" w:type="dxa"/>
              <w:right w:w="70" w:type="dxa"/>
            </w:tcMar>
            <w:vAlign w:val="center"/>
          </w:tcPr>
          <w:p w14:paraId="6DC92421" w14:textId="77777777" w:rsidR="00AD0E4F" w:rsidRDefault="008D426B">
            <w:pPr>
              <w:spacing w:before="10" w:after="10" w:line="240" w:lineRule="auto"/>
            </w:pPr>
            <w:r>
              <w:rPr>
                <w:color w:val="000000"/>
                <w:sz w:val="17"/>
              </w:rPr>
              <w:t>300</w:t>
            </w:r>
          </w:p>
        </w:tc>
        <w:tc>
          <w:tcPr>
            <w:tcW w:w="1417" w:type="dxa"/>
            <w:tcMar>
              <w:top w:w="80" w:type="dxa"/>
              <w:left w:w="70" w:type="dxa"/>
              <w:bottom w:w="80" w:type="dxa"/>
              <w:right w:w="70" w:type="dxa"/>
            </w:tcMar>
            <w:vAlign w:val="center"/>
          </w:tcPr>
          <w:p w14:paraId="587C00A5" w14:textId="77777777" w:rsidR="00AD0E4F" w:rsidRDefault="008D426B">
            <w:pPr>
              <w:spacing w:before="10" w:after="10" w:line="240" w:lineRule="auto"/>
            </w:pPr>
            <w:r>
              <w:rPr>
                <w:color w:val="000000"/>
                <w:sz w:val="17"/>
              </w:rPr>
              <w:t>3,063円</w:t>
            </w:r>
          </w:p>
        </w:tc>
        <w:tc>
          <w:tcPr>
            <w:tcW w:w="1134" w:type="dxa"/>
            <w:tcMar>
              <w:top w:w="80" w:type="dxa"/>
              <w:left w:w="70" w:type="dxa"/>
              <w:bottom w:w="80" w:type="dxa"/>
              <w:right w:w="70" w:type="dxa"/>
            </w:tcMar>
            <w:vAlign w:val="center"/>
          </w:tcPr>
          <w:p w14:paraId="2831A11F" w14:textId="77777777" w:rsidR="00AD0E4F" w:rsidRDefault="008D426B">
            <w:pPr>
              <w:spacing w:before="10" w:after="10" w:line="240" w:lineRule="auto"/>
            </w:pPr>
            <w:r>
              <w:rPr>
                <w:color w:val="000000"/>
                <w:sz w:val="17"/>
              </w:rPr>
              <w:t>307円</w:t>
            </w:r>
          </w:p>
        </w:tc>
        <w:tc>
          <w:tcPr>
            <w:tcW w:w="1134" w:type="dxa"/>
            <w:tcMar>
              <w:top w:w="80" w:type="dxa"/>
              <w:left w:w="70" w:type="dxa"/>
              <w:bottom w:w="80" w:type="dxa"/>
              <w:right w:w="70" w:type="dxa"/>
            </w:tcMar>
            <w:vAlign w:val="center"/>
          </w:tcPr>
          <w:p w14:paraId="12FEDA50" w14:textId="77777777" w:rsidR="00AD0E4F" w:rsidRDefault="008D426B">
            <w:pPr>
              <w:spacing w:before="10" w:after="10" w:line="240" w:lineRule="auto"/>
            </w:pPr>
            <w:r>
              <w:rPr>
                <w:color w:val="000000"/>
                <w:sz w:val="17"/>
              </w:rPr>
              <w:t>613円</w:t>
            </w:r>
          </w:p>
        </w:tc>
        <w:tc>
          <w:tcPr>
            <w:tcW w:w="1134" w:type="dxa"/>
            <w:tcMar>
              <w:top w:w="80" w:type="dxa"/>
              <w:left w:w="70" w:type="dxa"/>
              <w:bottom w:w="80" w:type="dxa"/>
              <w:right w:w="70" w:type="dxa"/>
            </w:tcMar>
            <w:vAlign w:val="center"/>
          </w:tcPr>
          <w:p w14:paraId="5609DD71" w14:textId="77777777" w:rsidR="00AD0E4F" w:rsidRDefault="008D426B">
            <w:pPr>
              <w:spacing w:before="10" w:after="10" w:line="240" w:lineRule="auto"/>
            </w:pPr>
            <w:r>
              <w:rPr>
                <w:color w:val="000000"/>
                <w:sz w:val="17"/>
              </w:rPr>
              <w:t>919円</w:t>
            </w:r>
          </w:p>
        </w:tc>
        <w:tc>
          <w:tcPr>
            <w:tcW w:w="567" w:type="dxa"/>
            <w:tcMar>
              <w:top w:w="80" w:type="dxa"/>
              <w:left w:w="70" w:type="dxa"/>
              <w:bottom w:w="80" w:type="dxa"/>
              <w:right w:w="70" w:type="dxa"/>
            </w:tcMar>
            <w:vAlign w:val="center"/>
          </w:tcPr>
          <w:p w14:paraId="53812299" w14:textId="77777777" w:rsidR="00AD0E4F" w:rsidRDefault="00AD0E4F">
            <w:pPr>
              <w:spacing w:before="10" w:after="10" w:line="240" w:lineRule="auto"/>
            </w:pPr>
          </w:p>
        </w:tc>
      </w:tr>
      <w:tr w:rsidR="00AD0E4F" w14:paraId="47068F05" w14:textId="77777777">
        <w:trPr>
          <w:jc w:val="center"/>
        </w:trPr>
        <w:tc>
          <w:tcPr>
            <w:tcW w:w="2948" w:type="dxa"/>
            <w:tcMar>
              <w:top w:w="80" w:type="dxa"/>
              <w:left w:w="70" w:type="dxa"/>
              <w:bottom w:w="80" w:type="dxa"/>
              <w:right w:w="70" w:type="dxa"/>
            </w:tcMar>
            <w:vAlign w:val="center"/>
          </w:tcPr>
          <w:p w14:paraId="0CD32A83" w14:textId="77777777" w:rsidR="00AD0E4F" w:rsidRDefault="008D426B">
            <w:pPr>
              <w:spacing w:before="10" w:after="10" w:line="240" w:lineRule="auto"/>
            </w:pPr>
            <w:r>
              <w:rPr>
                <w:color w:val="000000"/>
                <w:sz w:val="17"/>
              </w:rPr>
              <w:t>退院時共同指導加算</w:t>
            </w:r>
          </w:p>
        </w:tc>
        <w:tc>
          <w:tcPr>
            <w:tcW w:w="850" w:type="dxa"/>
            <w:tcMar>
              <w:top w:w="80" w:type="dxa"/>
              <w:left w:w="70" w:type="dxa"/>
              <w:bottom w:w="80" w:type="dxa"/>
              <w:right w:w="70" w:type="dxa"/>
            </w:tcMar>
            <w:vAlign w:val="center"/>
          </w:tcPr>
          <w:p w14:paraId="1C129246" w14:textId="77777777" w:rsidR="00AD0E4F" w:rsidRDefault="008D426B">
            <w:pPr>
              <w:spacing w:before="10" w:after="10" w:line="240" w:lineRule="auto"/>
            </w:pPr>
            <w:r>
              <w:rPr>
                <w:color w:val="000000"/>
                <w:sz w:val="17"/>
              </w:rPr>
              <w:t>600</w:t>
            </w:r>
          </w:p>
        </w:tc>
        <w:tc>
          <w:tcPr>
            <w:tcW w:w="1417" w:type="dxa"/>
            <w:tcMar>
              <w:top w:w="80" w:type="dxa"/>
              <w:left w:w="70" w:type="dxa"/>
              <w:bottom w:w="80" w:type="dxa"/>
              <w:right w:w="70" w:type="dxa"/>
            </w:tcMar>
            <w:vAlign w:val="center"/>
          </w:tcPr>
          <w:p w14:paraId="0F824121" w14:textId="77777777" w:rsidR="00AD0E4F" w:rsidRDefault="008D426B">
            <w:pPr>
              <w:spacing w:before="10" w:after="10" w:line="240" w:lineRule="auto"/>
            </w:pPr>
            <w:r>
              <w:rPr>
                <w:color w:val="000000"/>
                <w:sz w:val="17"/>
              </w:rPr>
              <w:t>6,126円</w:t>
            </w:r>
          </w:p>
        </w:tc>
        <w:tc>
          <w:tcPr>
            <w:tcW w:w="1134" w:type="dxa"/>
            <w:tcMar>
              <w:top w:w="80" w:type="dxa"/>
              <w:left w:w="70" w:type="dxa"/>
              <w:bottom w:w="80" w:type="dxa"/>
              <w:right w:w="70" w:type="dxa"/>
            </w:tcMar>
            <w:vAlign w:val="center"/>
          </w:tcPr>
          <w:p w14:paraId="13093D39" w14:textId="77777777" w:rsidR="00AD0E4F" w:rsidRDefault="008D426B">
            <w:pPr>
              <w:spacing w:before="10" w:after="10" w:line="240" w:lineRule="auto"/>
            </w:pPr>
            <w:r>
              <w:rPr>
                <w:color w:val="000000"/>
                <w:sz w:val="17"/>
              </w:rPr>
              <w:t>613円</w:t>
            </w:r>
          </w:p>
        </w:tc>
        <w:tc>
          <w:tcPr>
            <w:tcW w:w="1134" w:type="dxa"/>
            <w:tcMar>
              <w:top w:w="80" w:type="dxa"/>
              <w:left w:w="70" w:type="dxa"/>
              <w:bottom w:w="80" w:type="dxa"/>
              <w:right w:w="70" w:type="dxa"/>
            </w:tcMar>
            <w:vAlign w:val="center"/>
          </w:tcPr>
          <w:p w14:paraId="647E69F4" w14:textId="77777777" w:rsidR="00AD0E4F" w:rsidRDefault="008D426B">
            <w:pPr>
              <w:spacing w:before="10" w:after="10" w:line="240" w:lineRule="auto"/>
            </w:pPr>
            <w:r>
              <w:rPr>
                <w:color w:val="000000"/>
                <w:sz w:val="17"/>
              </w:rPr>
              <w:t>1,226円</w:t>
            </w:r>
          </w:p>
        </w:tc>
        <w:tc>
          <w:tcPr>
            <w:tcW w:w="1134" w:type="dxa"/>
            <w:tcMar>
              <w:top w:w="80" w:type="dxa"/>
              <w:left w:w="70" w:type="dxa"/>
              <w:bottom w:w="80" w:type="dxa"/>
              <w:right w:w="70" w:type="dxa"/>
            </w:tcMar>
            <w:vAlign w:val="center"/>
          </w:tcPr>
          <w:p w14:paraId="60B3A2F6" w14:textId="77777777" w:rsidR="00AD0E4F" w:rsidRDefault="008D426B">
            <w:pPr>
              <w:spacing w:before="10" w:after="10" w:line="240" w:lineRule="auto"/>
            </w:pPr>
            <w:r>
              <w:rPr>
                <w:color w:val="000000"/>
                <w:sz w:val="17"/>
              </w:rPr>
              <w:t>1,838円</w:t>
            </w:r>
          </w:p>
        </w:tc>
        <w:tc>
          <w:tcPr>
            <w:tcW w:w="567" w:type="dxa"/>
            <w:tcMar>
              <w:top w:w="80" w:type="dxa"/>
              <w:left w:w="70" w:type="dxa"/>
              <w:bottom w:w="80" w:type="dxa"/>
              <w:right w:w="70" w:type="dxa"/>
            </w:tcMar>
            <w:vAlign w:val="center"/>
          </w:tcPr>
          <w:p w14:paraId="667F91BB" w14:textId="77777777" w:rsidR="00AD0E4F" w:rsidRDefault="00AD0E4F">
            <w:pPr>
              <w:spacing w:before="10" w:after="10" w:line="240" w:lineRule="auto"/>
            </w:pPr>
          </w:p>
        </w:tc>
      </w:tr>
      <w:tr w:rsidR="00AD0E4F" w14:paraId="65A94AE1" w14:textId="77777777">
        <w:trPr>
          <w:jc w:val="center"/>
        </w:trPr>
        <w:tc>
          <w:tcPr>
            <w:tcW w:w="2948" w:type="dxa"/>
            <w:tcMar>
              <w:top w:w="80" w:type="dxa"/>
              <w:left w:w="70" w:type="dxa"/>
              <w:bottom w:w="80" w:type="dxa"/>
              <w:right w:w="70" w:type="dxa"/>
            </w:tcMar>
            <w:vAlign w:val="center"/>
          </w:tcPr>
          <w:p w14:paraId="61A995B8" w14:textId="77777777" w:rsidR="00AD0E4F" w:rsidRDefault="008D426B">
            <w:pPr>
              <w:spacing w:before="10" w:after="10" w:line="240" w:lineRule="auto"/>
            </w:pPr>
            <w:r>
              <w:rPr>
                <w:color w:val="000000"/>
                <w:sz w:val="17"/>
              </w:rPr>
              <w:t>看護・介護職員連携強化加算・月</w:t>
            </w:r>
          </w:p>
        </w:tc>
        <w:tc>
          <w:tcPr>
            <w:tcW w:w="850" w:type="dxa"/>
            <w:tcMar>
              <w:top w:w="80" w:type="dxa"/>
              <w:left w:w="70" w:type="dxa"/>
              <w:bottom w:w="80" w:type="dxa"/>
              <w:right w:w="70" w:type="dxa"/>
            </w:tcMar>
            <w:vAlign w:val="center"/>
          </w:tcPr>
          <w:p w14:paraId="41E1AB0E" w14:textId="77777777" w:rsidR="00AD0E4F" w:rsidRDefault="008D426B">
            <w:pPr>
              <w:spacing w:before="10" w:after="10" w:line="240" w:lineRule="auto"/>
            </w:pPr>
            <w:r>
              <w:rPr>
                <w:color w:val="000000"/>
                <w:sz w:val="17"/>
              </w:rPr>
              <w:t>250</w:t>
            </w:r>
          </w:p>
        </w:tc>
        <w:tc>
          <w:tcPr>
            <w:tcW w:w="1417" w:type="dxa"/>
            <w:tcMar>
              <w:top w:w="80" w:type="dxa"/>
              <w:left w:w="70" w:type="dxa"/>
              <w:bottom w:w="80" w:type="dxa"/>
              <w:right w:w="70" w:type="dxa"/>
            </w:tcMar>
            <w:vAlign w:val="center"/>
          </w:tcPr>
          <w:p w14:paraId="096C118E" w14:textId="77777777" w:rsidR="00AD0E4F" w:rsidRDefault="008D426B">
            <w:pPr>
              <w:spacing w:before="10" w:after="10" w:line="240" w:lineRule="auto"/>
            </w:pPr>
            <w:r>
              <w:rPr>
                <w:color w:val="000000"/>
                <w:sz w:val="17"/>
              </w:rPr>
              <w:t>2,552円</w:t>
            </w:r>
          </w:p>
        </w:tc>
        <w:tc>
          <w:tcPr>
            <w:tcW w:w="1134" w:type="dxa"/>
            <w:tcMar>
              <w:top w:w="80" w:type="dxa"/>
              <w:left w:w="70" w:type="dxa"/>
              <w:bottom w:w="80" w:type="dxa"/>
              <w:right w:w="70" w:type="dxa"/>
            </w:tcMar>
            <w:vAlign w:val="center"/>
          </w:tcPr>
          <w:p w14:paraId="11EA236B" w14:textId="77777777" w:rsidR="00AD0E4F" w:rsidRDefault="008D426B">
            <w:pPr>
              <w:spacing w:before="10" w:after="10" w:line="240" w:lineRule="auto"/>
            </w:pPr>
            <w:r>
              <w:rPr>
                <w:color w:val="000000"/>
                <w:sz w:val="17"/>
              </w:rPr>
              <w:t>256円</w:t>
            </w:r>
          </w:p>
        </w:tc>
        <w:tc>
          <w:tcPr>
            <w:tcW w:w="1134" w:type="dxa"/>
            <w:tcMar>
              <w:top w:w="80" w:type="dxa"/>
              <w:left w:w="70" w:type="dxa"/>
              <w:bottom w:w="80" w:type="dxa"/>
              <w:right w:w="70" w:type="dxa"/>
            </w:tcMar>
            <w:vAlign w:val="center"/>
          </w:tcPr>
          <w:p w14:paraId="5E5D8780" w14:textId="77777777" w:rsidR="00AD0E4F" w:rsidRDefault="008D426B">
            <w:pPr>
              <w:spacing w:before="10" w:after="10" w:line="240" w:lineRule="auto"/>
            </w:pPr>
            <w:r>
              <w:rPr>
                <w:color w:val="000000"/>
                <w:sz w:val="17"/>
              </w:rPr>
              <w:t>511円</w:t>
            </w:r>
          </w:p>
        </w:tc>
        <w:tc>
          <w:tcPr>
            <w:tcW w:w="1134" w:type="dxa"/>
            <w:tcMar>
              <w:top w:w="80" w:type="dxa"/>
              <w:left w:w="70" w:type="dxa"/>
              <w:bottom w:w="80" w:type="dxa"/>
              <w:right w:w="70" w:type="dxa"/>
            </w:tcMar>
            <w:vAlign w:val="center"/>
          </w:tcPr>
          <w:p w14:paraId="45242C37" w14:textId="77777777" w:rsidR="00AD0E4F" w:rsidRDefault="008D426B">
            <w:pPr>
              <w:spacing w:before="10" w:after="10" w:line="240" w:lineRule="auto"/>
            </w:pPr>
            <w:r>
              <w:rPr>
                <w:color w:val="000000"/>
                <w:sz w:val="17"/>
              </w:rPr>
              <w:t>766円</w:t>
            </w:r>
          </w:p>
        </w:tc>
        <w:tc>
          <w:tcPr>
            <w:tcW w:w="567" w:type="dxa"/>
            <w:tcMar>
              <w:top w:w="80" w:type="dxa"/>
              <w:left w:w="70" w:type="dxa"/>
              <w:bottom w:w="80" w:type="dxa"/>
              <w:right w:w="70" w:type="dxa"/>
            </w:tcMar>
            <w:vAlign w:val="center"/>
          </w:tcPr>
          <w:p w14:paraId="17C11758" w14:textId="77777777" w:rsidR="00AD0E4F" w:rsidRDefault="00AD0E4F">
            <w:pPr>
              <w:spacing w:before="10" w:after="10" w:line="240" w:lineRule="auto"/>
            </w:pPr>
          </w:p>
        </w:tc>
      </w:tr>
      <w:tr w:rsidR="00AD0E4F" w14:paraId="0A983B81" w14:textId="77777777">
        <w:trPr>
          <w:jc w:val="center"/>
        </w:trPr>
        <w:tc>
          <w:tcPr>
            <w:tcW w:w="2948" w:type="dxa"/>
            <w:tcMar>
              <w:top w:w="80" w:type="dxa"/>
              <w:left w:w="70" w:type="dxa"/>
              <w:bottom w:w="80" w:type="dxa"/>
              <w:right w:w="70" w:type="dxa"/>
            </w:tcMar>
            <w:vAlign w:val="center"/>
          </w:tcPr>
          <w:p w14:paraId="2AAA979F" w14:textId="77777777" w:rsidR="00AD0E4F" w:rsidRDefault="008D426B">
            <w:pPr>
              <w:spacing w:before="10" w:after="10" w:line="240" w:lineRule="auto"/>
            </w:pPr>
            <w:r>
              <w:rPr>
                <w:color w:val="000000"/>
                <w:sz w:val="17"/>
              </w:rPr>
              <w:t>長時間訪問看護加算・回</w:t>
            </w:r>
          </w:p>
        </w:tc>
        <w:tc>
          <w:tcPr>
            <w:tcW w:w="850" w:type="dxa"/>
            <w:tcMar>
              <w:top w:w="80" w:type="dxa"/>
              <w:left w:w="70" w:type="dxa"/>
              <w:bottom w:w="80" w:type="dxa"/>
              <w:right w:w="70" w:type="dxa"/>
            </w:tcMar>
            <w:vAlign w:val="center"/>
          </w:tcPr>
          <w:p w14:paraId="6D87683B" w14:textId="77777777" w:rsidR="00AD0E4F" w:rsidRDefault="008D426B">
            <w:pPr>
              <w:spacing w:before="10" w:after="10" w:line="240" w:lineRule="auto"/>
            </w:pPr>
            <w:r>
              <w:rPr>
                <w:color w:val="000000"/>
                <w:sz w:val="17"/>
              </w:rPr>
              <w:t>300</w:t>
            </w:r>
          </w:p>
        </w:tc>
        <w:tc>
          <w:tcPr>
            <w:tcW w:w="1417" w:type="dxa"/>
            <w:tcMar>
              <w:top w:w="80" w:type="dxa"/>
              <w:left w:w="70" w:type="dxa"/>
              <w:bottom w:w="80" w:type="dxa"/>
              <w:right w:w="70" w:type="dxa"/>
            </w:tcMar>
            <w:vAlign w:val="center"/>
          </w:tcPr>
          <w:p w14:paraId="7EB6857C" w14:textId="77777777" w:rsidR="00AD0E4F" w:rsidRDefault="008D426B">
            <w:pPr>
              <w:spacing w:before="10" w:after="10" w:line="240" w:lineRule="auto"/>
            </w:pPr>
            <w:r>
              <w:rPr>
                <w:color w:val="000000"/>
                <w:sz w:val="17"/>
              </w:rPr>
              <w:t>3,063円</w:t>
            </w:r>
          </w:p>
        </w:tc>
        <w:tc>
          <w:tcPr>
            <w:tcW w:w="1134" w:type="dxa"/>
            <w:tcMar>
              <w:top w:w="80" w:type="dxa"/>
              <w:left w:w="70" w:type="dxa"/>
              <w:bottom w:w="80" w:type="dxa"/>
              <w:right w:w="70" w:type="dxa"/>
            </w:tcMar>
            <w:vAlign w:val="center"/>
          </w:tcPr>
          <w:p w14:paraId="3B2BCF2C" w14:textId="77777777" w:rsidR="00AD0E4F" w:rsidRDefault="008D426B">
            <w:pPr>
              <w:spacing w:before="10" w:after="10" w:line="240" w:lineRule="auto"/>
            </w:pPr>
            <w:r>
              <w:rPr>
                <w:color w:val="000000"/>
                <w:sz w:val="17"/>
              </w:rPr>
              <w:t>307円</w:t>
            </w:r>
          </w:p>
        </w:tc>
        <w:tc>
          <w:tcPr>
            <w:tcW w:w="1134" w:type="dxa"/>
            <w:tcMar>
              <w:top w:w="80" w:type="dxa"/>
              <w:left w:w="70" w:type="dxa"/>
              <w:bottom w:w="80" w:type="dxa"/>
              <w:right w:w="70" w:type="dxa"/>
            </w:tcMar>
            <w:vAlign w:val="center"/>
          </w:tcPr>
          <w:p w14:paraId="1AB79ED5" w14:textId="77777777" w:rsidR="00AD0E4F" w:rsidRDefault="008D426B">
            <w:pPr>
              <w:spacing w:before="10" w:after="10" w:line="240" w:lineRule="auto"/>
            </w:pPr>
            <w:r>
              <w:rPr>
                <w:color w:val="000000"/>
                <w:sz w:val="17"/>
              </w:rPr>
              <w:t>613円</w:t>
            </w:r>
          </w:p>
        </w:tc>
        <w:tc>
          <w:tcPr>
            <w:tcW w:w="1134" w:type="dxa"/>
            <w:tcMar>
              <w:top w:w="80" w:type="dxa"/>
              <w:left w:w="70" w:type="dxa"/>
              <w:bottom w:w="80" w:type="dxa"/>
              <w:right w:w="70" w:type="dxa"/>
            </w:tcMar>
            <w:vAlign w:val="center"/>
          </w:tcPr>
          <w:p w14:paraId="11550EAC" w14:textId="77777777" w:rsidR="00AD0E4F" w:rsidRDefault="008D426B">
            <w:pPr>
              <w:spacing w:before="10" w:after="10" w:line="240" w:lineRule="auto"/>
            </w:pPr>
            <w:r>
              <w:rPr>
                <w:color w:val="000000"/>
                <w:sz w:val="17"/>
              </w:rPr>
              <w:t>919円</w:t>
            </w:r>
          </w:p>
        </w:tc>
        <w:tc>
          <w:tcPr>
            <w:tcW w:w="567" w:type="dxa"/>
            <w:tcMar>
              <w:top w:w="80" w:type="dxa"/>
              <w:left w:w="70" w:type="dxa"/>
              <w:bottom w:w="80" w:type="dxa"/>
              <w:right w:w="70" w:type="dxa"/>
            </w:tcMar>
            <w:vAlign w:val="center"/>
          </w:tcPr>
          <w:p w14:paraId="0720A64B" w14:textId="77777777" w:rsidR="00AD0E4F" w:rsidRDefault="00AD0E4F">
            <w:pPr>
              <w:spacing w:before="10" w:after="10" w:line="240" w:lineRule="auto"/>
            </w:pPr>
          </w:p>
        </w:tc>
      </w:tr>
      <w:tr w:rsidR="00AD0E4F" w14:paraId="31106CB5" w14:textId="77777777">
        <w:trPr>
          <w:jc w:val="center"/>
        </w:trPr>
        <w:tc>
          <w:tcPr>
            <w:tcW w:w="2948" w:type="dxa"/>
            <w:tcMar>
              <w:top w:w="80" w:type="dxa"/>
              <w:left w:w="70" w:type="dxa"/>
              <w:bottom w:w="80" w:type="dxa"/>
              <w:right w:w="70" w:type="dxa"/>
            </w:tcMar>
            <w:vAlign w:val="center"/>
          </w:tcPr>
          <w:p w14:paraId="0D2F7671" w14:textId="77777777" w:rsidR="00AD0E4F" w:rsidRDefault="008D426B">
            <w:pPr>
              <w:spacing w:before="10" w:after="10" w:line="240" w:lineRule="auto"/>
            </w:pPr>
            <w:r>
              <w:rPr>
                <w:color w:val="000000"/>
                <w:sz w:val="17"/>
              </w:rPr>
              <w:t>複数名訪問加算(I)・30分未満</w:t>
            </w:r>
          </w:p>
        </w:tc>
        <w:tc>
          <w:tcPr>
            <w:tcW w:w="850" w:type="dxa"/>
            <w:tcMar>
              <w:top w:w="80" w:type="dxa"/>
              <w:left w:w="70" w:type="dxa"/>
              <w:bottom w:w="80" w:type="dxa"/>
              <w:right w:w="70" w:type="dxa"/>
            </w:tcMar>
            <w:vAlign w:val="center"/>
          </w:tcPr>
          <w:p w14:paraId="70DF97D4" w14:textId="77777777" w:rsidR="00AD0E4F" w:rsidRDefault="008D426B">
            <w:pPr>
              <w:spacing w:before="10" w:after="10" w:line="240" w:lineRule="auto"/>
            </w:pPr>
            <w:r>
              <w:rPr>
                <w:color w:val="000000"/>
                <w:sz w:val="17"/>
              </w:rPr>
              <w:t>254</w:t>
            </w:r>
          </w:p>
        </w:tc>
        <w:tc>
          <w:tcPr>
            <w:tcW w:w="1417" w:type="dxa"/>
            <w:tcMar>
              <w:top w:w="80" w:type="dxa"/>
              <w:left w:w="70" w:type="dxa"/>
              <w:bottom w:w="80" w:type="dxa"/>
              <w:right w:w="70" w:type="dxa"/>
            </w:tcMar>
            <w:vAlign w:val="center"/>
          </w:tcPr>
          <w:p w14:paraId="4CD0847E" w14:textId="77777777" w:rsidR="00AD0E4F" w:rsidRDefault="008D426B">
            <w:pPr>
              <w:spacing w:before="10" w:after="10" w:line="240" w:lineRule="auto"/>
            </w:pPr>
            <w:r>
              <w:rPr>
                <w:color w:val="000000"/>
                <w:sz w:val="17"/>
              </w:rPr>
              <w:t>2,593円</w:t>
            </w:r>
          </w:p>
        </w:tc>
        <w:tc>
          <w:tcPr>
            <w:tcW w:w="1134" w:type="dxa"/>
            <w:tcMar>
              <w:top w:w="80" w:type="dxa"/>
              <w:left w:w="70" w:type="dxa"/>
              <w:bottom w:w="80" w:type="dxa"/>
              <w:right w:w="70" w:type="dxa"/>
            </w:tcMar>
            <w:vAlign w:val="center"/>
          </w:tcPr>
          <w:p w14:paraId="7677C5F0" w14:textId="77777777" w:rsidR="00AD0E4F" w:rsidRDefault="008D426B">
            <w:pPr>
              <w:spacing w:before="10" w:after="10" w:line="240" w:lineRule="auto"/>
            </w:pPr>
            <w:r>
              <w:rPr>
                <w:color w:val="000000"/>
                <w:sz w:val="17"/>
              </w:rPr>
              <w:t>260円</w:t>
            </w:r>
          </w:p>
        </w:tc>
        <w:tc>
          <w:tcPr>
            <w:tcW w:w="1134" w:type="dxa"/>
            <w:tcMar>
              <w:top w:w="80" w:type="dxa"/>
              <w:left w:w="70" w:type="dxa"/>
              <w:bottom w:w="80" w:type="dxa"/>
              <w:right w:w="70" w:type="dxa"/>
            </w:tcMar>
            <w:vAlign w:val="center"/>
          </w:tcPr>
          <w:p w14:paraId="6BF1852A" w14:textId="77777777" w:rsidR="00AD0E4F" w:rsidRDefault="008D426B">
            <w:pPr>
              <w:spacing w:before="10" w:after="10" w:line="240" w:lineRule="auto"/>
            </w:pPr>
            <w:r>
              <w:rPr>
                <w:color w:val="000000"/>
                <w:sz w:val="17"/>
              </w:rPr>
              <w:t>519円</w:t>
            </w:r>
          </w:p>
        </w:tc>
        <w:tc>
          <w:tcPr>
            <w:tcW w:w="1134" w:type="dxa"/>
            <w:tcMar>
              <w:top w:w="80" w:type="dxa"/>
              <w:left w:w="70" w:type="dxa"/>
              <w:bottom w:w="80" w:type="dxa"/>
              <w:right w:w="70" w:type="dxa"/>
            </w:tcMar>
            <w:vAlign w:val="center"/>
          </w:tcPr>
          <w:p w14:paraId="2B8E9B90" w14:textId="77777777" w:rsidR="00AD0E4F" w:rsidRDefault="008D426B">
            <w:pPr>
              <w:spacing w:before="10" w:after="10" w:line="240" w:lineRule="auto"/>
            </w:pPr>
            <w:r>
              <w:rPr>
                <w:color w:val="000000"/>
                <w:sz w:val="17"/>
              </w:rPr>
              <w:t>778円</w:t>
            </w:r>
          </w:p>
        </w:tc>
        <w:tc>
          <w:tcPr>
            <w:tcW w:w="567" w:type="dxa"/>
            <w:tcMar>
              <w:top w:w="80" w:type="dxa"/>
              <w:left w:w="70" w:type="dxa"/>
              <w:bottom w:w="80" w:type="dxa"/>
              <w:right w:w="70" w:type="dxa"/>
            </w:tcMar>
            <w:vAlign w:val="center"/>
          </w:tcPr>
          <w:p w14:paraId="18F2AE2B" w14:textId="77777777" w:rsidR="00AD0E4F" w:rsidRDefault="00AD0E4F">
            <w:pPr>
              <w:spacing w:before="10" w:after="10" w:line="240" w:lineRule="auto"/>
            </w:pPr>
          </w:p>
        </w:tc>
      </w:tr>
      <w:tr w:rsidR="00AD0E4F" w14:paraId="262919B7" w14:textId="77777777">
        <w:trPr>
          <w:jc w:val="center"/>
        </w:trPr>
        <w:tc>
          <w:tcPr>
            <w:tcW w:w="2948" w:type="dxa"/>
            <w:tcMar>
              <w:top w:w="80" w:type="dxa"/>
              <w:left w:w="70" w:type="dxa"/>
              <w:bottom w:w="80" w:type="dxa"/>
              <w:right w:w="70" w:type="dxa"/>
            </w:tcMar>
            <w:vAlign w:val="center"/>
          </w:tcPr>
          <w:p w14:paraId="5E27215C" w14:textId="77777777" w:rsidR="00AD0E4F" w:rsidRDefault="008D426B">
            <w:pPr>
              <w:spacing w:before="10" w:after="10" w:line="240" w:lineRule="auto"/>
            </w:pPr>
            <w:r>
              <w:rPr>
                <w:color w:val="000000"/>
                <w:sz w:val="17"/>
              </w:rPr>
              <w:t>複数名訪問加算(I)・30分以上</w:t>
            </w:r>
          </w:p>
        </w:tc>
        <w:tc>
          <w:tcPr>
            <w:tcW w:w="850" w:type="dxa"/>
            <w:tcMar>
              <w:top w:w="80" w:type="dxa"/>
              <w:left w:w="70" w:type="dxa"/>
              <w:bottom w:w="80" w:type="dxa"/>
              <w:right w:w="70" w:type="dxa"/>
            </w:tcMar>
            <w:vAlign w:val="center"/>
          </w:tcPr>
          <w:p w14:paraId="1E37BCD0" w14:textId="77777777" w:rsidR="00AD0E4F" w:rsidRDefault="008D426B">
            <w:pPr>
              <w:spacing w:before="10" w:after="10" w:line="240" w:lineRule="auto"/>
            </w:pPr>
            <w:r>
              <w:rPr>
                <w:color w:val="000000"/>
                <w:sz w:val="17"/>
              </w:rPr>
              <w:t>402</w:t>
            </w:r>
          </w:p>
        </w:tc>
        <w:tc>
          <w:tcPr>
            <w:tcW w:w="1417" w:type="dxa"/>
            <w:tcMar>
              <w:top w:w="80" w:type="dxa"/>
              <w:left w:w="70" w:type="dxa"/>
              <w:bottom w:w="80" w:type="dxa"/>
              <w:right w:w="70" w:type="dxa"/>
            </w:tcMar>
            <w:vAlign w:val="center"/>
          </w:tcPr>
          <w:p w14:paraId="5B532ABD" w14:textId="77777777" w:rsidR="00AD0E4F" w:rsidRDefault="008D426B">
            <w:pPr>
              <w:spacing w:before="10" w:after="10" w:line="240" w:lineRule="auto"/>
            </w:pPr>
            <w:r>
              <w:rPr>
                <w:color w:val="000000"/>
                <w:sz w:val="17"/>
              </w:rPr>
              <w:t>4,104円</w:t>
            </w:r>
          </w:p>
        </w:tc>
        <w:tc>
          <w:tcPr>
            <w:tcW w:w="1134" w:type="dxa"/>
            <w:tcMar>
              <w:top w:w="80" w:type="dxa"/>
              <w:left w:w="70" w:type="dxa"/>
              <w:bottom w:w="80" w:type="dxa"/>
              <w:right w:w="70" w:type="dxa"/>
            </w:tcMar>
            <w:vAlign w:val="center"/>
          </w:tcPr>
          <w:p w14:paraId="209B70D3" w14:textId="77777777" w:rsidR="00AD0E4F" w:rsidRDefault="008D426B">
            <w:pPr>
              <w:spacing w:before="10" w:after="10" w:line="240" w:lineRule="auto"/>
            </w:pPr>
            <w:r>
              <w:rPr>
                <w:color w:val="000000"/>
                <w:sz w:val="17"/>
              </w:rPr>
              <w:t>411円</w:t>
            </w:r>
          </w:p>
        </w:tc>
        <w:tc>
          <w:tcPr>
            <w:tcW w:w="1134" w:type="dxa"/>
            <w:tcMar>
              <w:top w:w="80" w:type="dxa"/>
              <w:left w:w="70" w:type="dxa"/>
              <w:bottom w:w="80" w:type="dxa"/>
              <w:right w:w="70" w:type="dxa"/>
            </w:tcMar>
            <w:vAlign w:val="center"/>
          </w:tcPr>
          <w:p w14:paraId="0644122B" w14:textId="77777777" w:rsidR="00AD0E4F" w:rsidRDefault="008D426B">
            <w:pPr>
              <w:spacing w:before="10" w:after="10" w:line="240" w:lineRule="auto"/>
            </w:pPr>
            <w:r>
              <w:rPr>
                <w:color w:val="000000"/>
                <w:sz w:val="17"/>
              </w:rPr>
              <w:t>821円</w:t>
            </w:r>
          </w:p>
        </w:tc>
        <w:tc>
          <w:tcPr>
            <w:tcW w:w="1134" w:type="dxa"/>
            <w:tcMar>
              <w:top w:w="80" w:type="dxa"/>
              <w:left w:w="70" w:type="dxa"/>
              <w:bottom w:w="80" w:type="dxa"/>
              <w:right w:w="70" w:type="dxa"/>
            </w:tcMar>
            <w:vAlign w:val="center"/>
          </w:tcPr>
          <w:p w14:paraId="7C79A1FB" w14:textId="77777777" w:rsidR="00AD0E4F" w:rsidRDefault="008D426B">
            <w:pPr>
              <w:spacing w:before="10" w:after="10" w:line="240" w:lineRule="auto"/>
            </w:pPr>
            <w:r>
              <w:rPr>
                <w:color w:val="000000"/>
                <w:sz w:val="17"/>
              </w:rPr>
              <w:t>1,232円</w:t>
            </w:r>
          </w:p>
        </w:tc>
        <w:tc>
          <w:tcPr>
            <w:tcW w:w="567" w:type="dxa"/>
            <w:tcMar>
              <w:top w:w="80" w:type="dxa"/>
              <w:left w:w="70" w:type="dxa"/>
              <w:bottom w:w="80" w:type="dxa"/>
              <w:right w:w="70" w:type="dxa"/>
            </w:tcMar>
            <w:vAlign w:val="center"/>
          </w:tcPr>
          <w:p w14:paraId="61481A62" w14:textId="77777777" w:rsidR="00AD0E4F" w:rsidRDefault="00AD0E4F">
            <w:pPr>
              <w:spacing w:before="10" w:after="10" w:line="240" w:lineRule="auto"/>
            </w:pPr>
          </w:p>
        </w:tc>
      </w:tr>
      <w:tr w:rsidR="00AD0E4F" w14:paraId="6A68B898" w14:textId="77777777">
        <w:trPr>
          <w:jc w:val="center"/>
        </w:trPr>
        <w:tc>
          <w:tcPr>
            <w:tcW w:w="2948" w:type="dxa"/>
            <w:tcMar>
              <w:top w:w="80" w:type="dxa"/>
              <w:left w:w="70" w:type="dxa"/>
              <w:bottom w:w="80" w:type="dxa"/>
              <w:right w:w="70" w:type="dxa"/>
            </w:tcMar>
            <w:vAlign w:val="center"/>
          </w:tcPr>
          <w:p w14:paraId="11CC3B7A" w14:textId="77777777" w:rsidR="00AD0E4F" w:rsidRDefault="008D426B">
            <w:pPr>
              <w:spacing w:before="10" w:after="10" w:line="240" w:lineRule="auto"/>
            </w:pPr>
            <w:r>
              <w:rPr>
                <w:color w:val="000000"/>
                <w:sz w:val="17"/>
              </w:rPr>
              <w:t>複数名訪問加算(II)・30分未満</w:t>
            </w:r>
          </w:p>
        </w:tc>
        <w:tc>
          <w:tcPr>
            <w:tcW w:w="850" w:type="dxa"/>
            <w:tcMar>
              <w:top w:w="80" w:type="dxa"/>
              <w:left w:w="70" w:type="dxa"/>
              <w:bottom w:w="80" w:type="dxa"/>
              <w:right w:w="70" w:type="dxa"/>
            </w:tcMar>
            <w:vAlign w:val="center"/>
          </w:tcPr>
          <w:p w14:paraId="6312816C" w14:textId="77777777" w:rsidR="00AD0E4F" w:rsidRDefault="008D426B">
            <w:pPr>
              <w:spacing w:before="10" w:after="10" w:line="240" w:lineRule="auto"/>
            </w:pPr>
            <w:r>
              <w:rPr>
                <w:color w:val="000000"/>
                <w:sz w:val="17"/>
              </w:rPr>
              <w:t>201</w:t>
            </w:r>
          </w:p>
        </w:tc>
        <w:tc>
          <w:tcPr>
            <w:tcW w:w="1417" w:type="dxa"/>
            <w:tcMar>
              <w:top w:w="80" w:type="dxa"/>
              <w:left w:w="70" w:type="dxa"/>
              <w:bottom w:w="80" w:type="dxa"/>
              <w:right w:w="70" w:type="dxa"/>
            </w:tcMar>
            <w:vAlign w:val="center"/>
          </w:tcPr>
          <w:p w14:paraId="57FBFEB9" w14:textId="77777777" w:rsidR="00AD0E4F" w:rsidRDefault="008D426B">
            <w:pPr>
              <w:spacing w:before="10" w:after="10" w:line="240" w:lineRule="auto"/>
            </w:pPr>
            <w:r>
              <w:rPr>
                <w:color w:val="000000"/>
                <w:sz w:val="17"/>
              </w:rPr>
              <w:t>2,052円</w:t>
            </w:r>
          </w:p>
        </w:tc>
        <w:tc>
          <w:tcPr>
            <w:tcW w:w="1134" w:type="dxa"/>
            <w:tcMar>
              <w:top w:w="80" w:type="dxa"/>
              <w:left w:w="70" w:type="dxa"/>
              <w:bottom w:w="80" w:type="dxa"/>
              <w:right w:w="70" w:type="dxa"/>
            </w:tcMar>
            <w:vAlign w:val="center"/>
          </w:tcPr>
          <w:p w14:paraId="7967EE06" w14:textId="77777777" w:rsidR="00AD0E4F" w:rsidRDefault="008D426B">
            <w:pPr>
              <w:spacing w:before="10" w:after="10" w:line="240" w:lineRule="auto"/>
            </w:pPr>
            <w:r>
              <w:rPr>
                <w:color w:val="000000"/>
                <w:sz w:val="17"/>
              </w:rPr>
              <w:t>206円</w:t>
            </w:r>
          </w:p>
        </w:tc>
        <w:tc>
          <w:tcPr>
            <w:tcW w:w="1134" w:type="dxa"/>
            <w:tcMar>
              <w:top w:w="80" w:type="dxa"/>
              <w:left w:w="70" w:type="dxa"/>
              <w:bottom w:w="80" w:type="dxa"/>
              <w:right w:w="70" w:type="dxa"/>
            </w:tcMar>
            <w:vAlign w:val="center"/>
          </w:tcPr>
          <w:p w14:paraId="23234ED2" w14:textId="77777777" w:rsidR="00AD0E4F" w:rsidRDefault="008D426B">
            <w:pPr>
              <w:spacing w:before="10" w:after="10" w:line="240" w:lineRule="auto"/>
            </w:pPr>
            <w:r>
              <w:rPr>
                <w:color w:val="000000"/>
                <w:sz w:val="17"/>
              </w:rPr>
              <w:t>411円</w:t>
            </w:r>
          </w:p>
        </w:tc>
        <w:tc>
          <w:tcPr>
            <w:tcW w:w="1134" w:type="dxa"/>
            <w:tcMar>
              <w:top w:w="80" w:type="dxa"/>
              <w:left w:w="70" w:type="dxa"/>
              <w:bottom w:w="80" w:type="dxa"/>
              <w:right w:w="70" w:type="dxa"/>
            </w:tcMar>
            <w:vAlign w:val="center"/>
          </w:tcPr>
          <w:p w14:paraId="1C93A4D5" w14:textId="77777777" w:rsidR="00AD0E4F" w:rsidRDefault="008D426B">
            <w:pPr>
              <w:spacing w:before="10" w:after="10" w:line="240" w:lineRule="auto"/>
            </w:pPr>
            <w:r>
              <w:rPr>
                <w:color w:val="000000"/>
                <w:sz w:val="17"/>
              </w:rPr>
              <w:t>616円</w:t>
            </w:r>
          </w:p>
        </w:tc>
        <w:tc>
          <w:tcPr>
            <w:tcW w:w="567" w:type="dxa"/>
            <w:tcMar>
              <w:top w:w="80" w:type="dxa"/>
              <w:left w:w="70" w:type="dxa"/>
              <w:bottom w:w="80" w:type="dxa"/>
              <w:right w:w="70" w:type="dxa"/>
            </w:tcMar>
            <w:vAlign w:val="center"/>
          </w:tcPr>
          <w:p w14:paraId="67275159" w14:textId="77777777" w:rsidR="00AD0E4F" w:rsidRDefault="00AD0E4F">
            <w:pPr>
              <w:spacing w:before="10" w:after="10" w:line="240" w:lineRule="auto"/>
            </w:pPr>
          </w:p>
        </w:tc>
      </w:tr>
      <w:tr w:rsidR="00AD0E4F" w14:paraId="5D220132" w14:textId="77777777">
        <w:trPr>
          <w:jc w:val="center"/>
        </w:trPr>
        <w:tc>
          <w:tcPr>
            <w:tcW w:w="2948" w:type="dxa"/>
            <w:tcMar>
              <w:top w:w="80" w:type="dxa"/>
              <w:left w:w="70" w:type="dxa"/>
              <w:bottom w:w="80" w:type="dxa"/>
              <w:right w:w="70" w:type="dxa"/>
            </w:tcMar>
            <w:vAlign w:val="center"/>
          </w:tcPr>
          <w:p w14:paraId="4E7E8353" w14:textId="77777777" w:rsidR="00AD0E4F" w:rsidRDefault="008D426B">
            <w:pPr>
              <w:spacing w:before="10" w:after="10" w:line="240" w:lineRule="auto"/>
              <w:rPr>
                <w:lang w:eastAsia="ja-JP"/>
              </w:rPr>
            </w:pPr>
            <w:r>
              <w:rPr>
                <w:color w:val="000000"/>
                <w:sz w:val="17"/>
                <w:lang w:eastAsia="ja-JP"/>
              </w:rPr>
              <w:lastRenderedPageBreak/>
              <w:t>複数名訪問加算(II)・30分以上</w:t>
            </w:r>
          </w:p>
        </w:tc>
        <w:tc>
          <w:tcPr>
            <w:tcW w:w="850" w:type="dxa"/>
            <w:tcMar>
              <w:top w:w="80" w:type="dxa"/>
              <w:left w:w="70" w:type="dxa"/>
              <w:bottom w:w="80" w:type="dxa"/>
              <w:right w:w="70" w:type="dxa"/>
            </w:tcMar>
            <w:vAlign w:val="center"/>
          </w:tcPr>
          <w:p w14:paraId="6680D467" w14:textId="77777777" w:rsidR="00AD0E4F" w:rsidRDefault="008D426B">
            <w:pPr>
              <w:spacing w:before="10" w:after="10" w:line="240" w:lineRule="auto"/>
            </w:pPr>
            <w:r>
              <w:rPr>
                <w:color w:val="000000"/>
                <w:sz w:val="17"/>
              </w:rPr>
              <w:t>317</w:t>
            </w:r>
          </w:p>
        </w:tc>
        <w:tc>
          <w:tcPr>
            <w:tcW w:w="1417" w:type="dxa"/>
            <w:tcMar>
              <w:top w:w="80" w:type="dxa"/>
              <w:left w:w="70" w:type="dxa"/>
              <w:bottom w:w="80" w:type="dxa"/>
              <w:right w:w="70" w:type="dxa"/>
            </w:tcMar>
            <w:vAlign w:val="center"/>
          </w:tcPr>
          <w:p w14:paraId="776157AB" w14:textId="77777777" w:rsidR="00AD0E4F" w:rsidRDefault="008D426B">
            <w:pPr>
              <w:spacing w:before="10" w:after="10" w:line="240" w:lineRule="auto"/>
            </w:pPr>
            <w:r>
              <w:rPr>
                <w:color w:val="000000"/>
                <w:sz w:val="17"/>
              </w:rPr>
              <w:t>3,236円</w:t>
            </w:r>
          </w:p>
        </w:tc>
        <w:tc>
          <w:tcPr>
            <w:tcW w:w="1134" w:type="dxa"/>
            <w:tcMar>
              <w:top w:w="80" w:type="dxa"/>
              <w:left w:w="70" w:type="dxa"/>
              <w:bottom w:w="80" w:type="dxa"/>
              <w:right w:w="70" w:type="dxa"/>
            </w:tcMar>
            <w:vAlign w:val="center"/>
          </w:tcPr>
          <w:p w14:paraId="6C6D3CAB" w14:textId="77777777" w:rsidR="00AD0E4F" w:rsidRDefault="008D426B">
            <w:pPr>
              <w:spacing w:before="10" w:after="10" w:line="240" w:lineRule="auto"/>
            </w:pPr>
            <w:r>
              <w:rPr>
                <w:color w:val="000000"/>
                <w:sz w:val="17"/>
              </w:rPr>
              <w:t>324円</w:t>
            </w:r>
          </w:p>
        </w:tc>
        <w:tc>
          <w:tcPr>
            <w:tcW w:w="1134" w:type="dxa"/>
            <w:tcMar>
              <w:top w:w="80" w:type="dxa"/>
              <w:left w:w="70" w:type="dxa"/>
              <w:bottom w:w="80" w:type="dxa"/>
              <w:right w:w="70" w:type="dxa"/>
            </w:tcMar>
            <w:vAlign w:val="center"/>
          </w:tcPr>
          <w:p w14:paraId="35BD6E92" w14:textId="77777777" w:rsidR="00AD0E4F" w:rsidRDefault="008D426B">
            <w:pPr>
              <w:spacing w:before="10" w:after="10" w:line="240" w:lineRule="auto"/>
            </w:pPr>
            <w:r>
              <w:rPr>
                <w:color w:val="000000"/>
                <w:sz w:val="17"/>
              </w:rPr>
              <w:t>648円</w:t>
            </w:r>
          </w:p>
        </w:tc>
        <w:tc>
          <w:tcPr>
            <w:tcW w:w="1134" w:type="dxa"/>
            <w:tcMar>
              <w:top w:w="80" w:type="dxa"/>
              <w:left w:w="70" w:type="dxa"/>
              <w:bottom w:w="80" w:type="dxa"/>
              <w:right w:w="70" w:type="dxa"/>
            </w:tcMar>
            <w:vAlign w:val="center"/>
          </w:tcPr>
          <w:p w14:paraId="3F47BA05" w14:textId="77777777" w:rsidR="00AD0E4F" w:rsidRDefault="008D426B">
            <w:pPr>
              <w:spacing w:before="10" w:after="10" w:line="240" w:lineRule="auto"/>
            </w:pPr>
            <w:r>
              <w:rPr>
                <w:color w:val="000000"/>
                <w:sz w:val="17"/>
              </w:rPr>
              <w:t>971円</w:t>
            </w:r>
          </w:p>
        </w:tc>
        <w:tc>
          <w:tcPr>
            <w:tcW w:w="567" w:type="dxa"/>
            <w:tcMar>
              <w:top w:w="80" w:type="dxa"/>
              <w:left w:w="70" w:type="dxa"/>
              <w:bottom w:w="80" w:type="dxa"/>
              <w:right w:w="70" w:type="dxa"/>
            </w:tcMar>
            <w:vAlign w:val="center"/>
          </w:tcPr>
          <w:p w14:paraId="3DB829A2" w14:textId="77777777" w:rsidR="00AD0E4F" w:rsidRDefault="00AD0E4F">
            <w:pPr>
              <w:spacing w:before="10" w:after="10" w:line="240" w:lineRule="auto"/>
            </w:pPr>
          </w:p>
        </w:tc>
      </w:tr>
      <w:tr w:rsidR="00AD0E4F" w14:paraId="299AA93E" w14:textId="77777777">
        <w:trPr>
          <w:jc w:val="center"/>
        </w:trPr>
        <w:tc>
          <w:tcPr>
            <w:tcW w:w="2948" w:type="dxa"/>
            <w:tcMar>
              <w:top w:w="80" w:type="dxa"/>
              <w:left w:w="70" w:type="dxa"/>
              <w:bottom w:w="80" w:type="dxa"/>
              <w:right w:w="70" w:type="dxa"/>
            </w:tcMar>
            <w:vAlign w:val="center"/>
          </w:tcPr>
          <w:p w14:paraId="7C94B0BB" w14:textId="77777777" w:rsidR="00AD0E4F" w:rsidRDefault="008D426B">
            <w:pPr>
              <w:spacing w:before="10" w:after="10" w:line="240" w:lineRule="auto"/>
              <w:rPr>
                <w:lang w:eastAsia="ja-JP"/>
              </w:rPr>
            </w:pPr>
            <w:r>
              <w:rPr>
                <w:color w:val="000000"/>
                <w:sz w:val="17"/>
                <w:lang w:eastAsia="ja-JP"/>
              </w:rPr>
              <w:t>ターミナルケア加算・死亡月</w:t>
            </w:r>
          </w:p>
        </w:tc>
        <w:tc>
          <w:tcPr>
            <w:tcW w:w="850" w:type="dxa"/>
            <w:tcMar>
              <w:top w:w="80" w:type="dxa"/>
              <w:left w:w="70" w:type="dxa"/>
              <w:bottom w:w="80" w:type="dxa"/>
              <w:right w:w="70" w:type="dxa"/>
            </w:tcMar>
            <w:vAlign w:val="center"/>
          </w:tcPr>
          <w:p w14:paraId="6F4CE067" w14:textId="77777777" w:rsidR="00AD0E4F" w:rsidRDefault="008D426B">
            <w:pPr>
              <w:spacing w:before="10" w:after="10" w:line="240" w:lineRule="auto"/>
            </w:pPr>
            <w:r>
              <w:rPr>
                <w:color w:val="000000"/>
                <w:sz w:val="17"/>
              </w:rPr>
              <w:t>2,500</w:t>
            </w:r>
          </w:p>
        </w:tc>
        <w:tc>
          <w:tcPr>
            <w:tcW w:w="1417" w:type="dxa"/>
            <w:tcMar>
              <w:top w:w="80" w:type="dxa"/>
              <w:left w:w="70" w:type="dxa"/>
              <w:bottom w:w="80" w:type="dxa"/>
              <w:right w:w="70" w:type="dxa"/>
            </w:tcMar>
            <w:vAlign w:val="center"/>
          </w:tcPr>
          <w:p w14:paraId="7349D3F7" w14:textId="77777777" w:rsidR="00AD0E4F" w:rsidRDefault="008D426B">
            <w:pPr>
              <w:spacing w:before="10" w:after="10" w:line="240" w:lineRule="auto"/>
            </w:pPr>
            <w:r>
              <w:rPr>
                <w:color w:val="000000"/>
                <w:sz w:val="17"/>
              </w:rPr>
              <w:t>25,525円</w:t>
            </w:r>
          </w:p>
        </w:tc>
        <w:tc>
          <w:tcPr>
            <w:tcW w:w="1134" w:type="dxa"/>
            <w:tcMar>
              <w:top w:w="80" w:type="dxa"/>
              <w:left w:w="70" w:type="dxa"/>
              <w:bottom w:w="80" w:type="dxa"/>
              <w:right w:w="70" w:type="dxa"/>
            </w:tcMar>
            <w:vAlign w:val="center"/>
          </w:tcPr>
          <w:p w14:paraId="72559101" w14:textId="77777777" w:rsidR="00AD0E4F" w:rsidRDefault="008D426B">
            <w:pPr>
              <w:spacing w:before="10" w:after="10" w:line="240" w:lineRule="auto"/>
            </w:pPr>
            <w:r>
              <w:rPr>
                <w:color w:val="000000"/>
                <w:sz w:val="17"/>
              </w:rPr>
              <w:t>2,553円</w:t>
            </w:r>
          </w:p>
        </w:tc>
        <w:tc>
          <w:tcPr>
            <w:tcW w:w="1134" w:type="dxa"/>
            <w:tcMar>
              <w:top w:w="80" w:type="dxa"/>
              <w:left w:w="70" w:type="dxa"/>
              <w:bottom w:w="80" w:type="dxa"/>
              <w:right w:w="70" w:type="dxa"/>
            </w:tcMar>
            <w:vAlign w:val="center"/>
          </w:tcPr>
          <w:p w14:paraId="57A8D151" w14:textId="77777777" w:rsidR="00AD0E4F" w:rsidRDefault="008D426B">
            <w:pPr>
              <w:spacing w:before="10" w:after="10" w:line="240" w:lineRule="auto"/>
            </w:pPr>
            <w:r>
              <w:rPr>
                <w:color w:val="000000"/>
                <w:sz w:val="17"/>
              </w:rPr>
              <w:t>5,105円</w:t>
            </w:r>
          </w:p>
        </w:tc>
        <w:tc>
          <w:tcPr>
            <w:tcW w:w="1134" w:type="dxa"/>
            <w:tcMar>
              <w:top w:w="80" w:type="dxa"/>
              <w:left w:w="70" w:type="dxa"/>
              <w:bottom w:w="80" w:type="dxa"/>
              <w:right w:w="70" w:type="dxa"/>
            </w:tcMar>
            <w:vAlign w:val="center"/>
          </w:tcPr>
          <w:p w14:paraId="0272F74E" w14:textId="77777777" w:rsidR="00AD0E4F" w:rsidRDefault="008D426B">
            <w:pPr>
              <w:spacing w:before="10" w:after="10" w:line="240" w:lineRule="auto"/>
            </w:pPr>
            <w:r>
              <w:rPr>
                <w:color w:val="000000"/>
                <w:sz w:val="17"/>
              </w:rPr>
              <w:t>7,658円</w:t>
            </w:r>
          </w:p>
        </w:tc>
        <w:tc>
          <w:tcPr>
            <w:tcW w:w="567" w:type="dxa"/>
            <w:tcMar>
              <w:top w:w="80" w:type="dxa"/>
              <w:left w:w="70" w:type="dxa"/>
              <w:bottom w:w="80" w:type="dxa"/>
              <w:right w:w="70" w:type="dxa"/>
            </w:tcMar>
            <w:vAlign w:val="center"/>
          </w:tcPr>
          <w:p w14:paraId="0F862DE0" w14:textId="77777777" w:rsidR="00AD0E4F" w:rsidRDefault="00AD0E4F">
            <w:pPr>
              <w:spacing w:before="10" w:after="10" w:line="240" w:lineRule="auto"/>
            </w:pPr>
          </w:p>
        </w:tc>
      </w:tr>
      <w:tr w:rsidR="00AD0E4F" w14:paraId="55CF7735" w14:textId="77777777">
        <w:trPr>
          <w:jc w:val="center"/>
        </w:trPr>
        <w:tc>
          <w:tcPr>
            <w:tcW w:w="2948" w:type="dxa"/>
            <w:tcMar>
              <w:top w:w="80" w:type="dxa"/>
              <w:left w:w="70" w:type="dxa"/>
              <w:bottom w:w="80" w:type="dxa"/>
              <w:right w:w="70" w:type="dxa"/>
            </w:tcMar>
            <w:vAlign w:val="center"/>
          </w:tcPr>
          <w:p w14:paraId="2D5B8937" w14:textId="77777777" w:rsidR="00AD0E4F" w:rsidRDefault="008D426B">
            <w:pPr>
              <w:spacing w:before="10" w:after="10" w:line="240" w:lineRule="auto"/>
            </w:pPr>
            <w:r>
              <w:rPr>
                <w:color w:val="000000"/>
                <w:sz w:val="17"/>
              </w:rPr>
              <w:t>遠隔死亡診断補助加算</w:t>
            </w:r>
          </w:p>
        </w:tc>
        <w:tc>
          <w:tcPr>
            <w:tcW w:w="850" w:type="dxa"/>
            <w:tcMar>
              <w:top w:w="80" w:type="dxa"/>
              <w:left w:w="70" w:type="dxa"/>
              <w:bottom w:w="80" w:type="dxa"/>
              <w:right w:w="70" w:type="dxa"/>
            </w:tcMar>
            <w:vAlign w:val="center"/>
          </w:tcPr>
          <w:p w14:paraId="2BABC6B8" w14:textId="77777777" w:rsidR="00AD0E4F" w:rsidRDefault="008D426B">
            <w:pPr>
              <w:spacing w:before="10" w:after="10" w:line="240" w:lineRule="auto"/>
            </w:pPr>
            <w:r>
              <w:rPr>
                <w:color w:val="000000"/>
                <w:sz w:val="17"/>
              </w:rPr>
              <w:t>150</w:t>
            </w:r>
          </w:p>
        </w:tc>
        <w:tc>
          <w:tcPr>
            <w:tcW w:w="1417" w:type="dxa"/>
            <w:tcMar>
              <w:top w:w="80" w:type="dxa"/>
              <w:left w:w="70" w:type="dxa"/>
              <w:bottom w:w="80" w:type="dxa"/>
              <w:right w:w="70" w:type="dxa"/>
            </w:tcMar>
            <w:vAlign w:val="center"/>
          </w:tcPr>
          <w:p w14:paraId="77F33C1C" w14:textId="77777777" w:rsidR="00AD0E4F" w:rsidRDefault="008D426B">
            <w:pPr>
              <w:spacing w:before="10" w:after="10" w:line="240" w:lineRule="auto"/>
            </w:pPr>
            <w:r>
              <w:rPr>
                <w:color w:val="000000"/>
                <w:sz w:val="17"/>
              </w:rPr>
              <w:t>1,531円</w:t>
            </w:r>
          </w:p>
        </w:tc>
        <w:tc>
          <w:tcPr>
            <w:tcW w:w="1134" w:type="dxa"/>
            <w:tcMar>
              <w:top w:w="80" w:type="dxa"/>
              <w:left w:w="70" w:type="dxa"/>
              <w:bottom w:w="80" w:type="dxa"/>
              <w:right w:w="70" w:type="dxa"/>
            </w:tcMar>
            <w:vAlign w:val="center"/>
          </w:tcPr>
          <w:p w14:paraId="4955F203" w14:textId="77777777" w:rsidR="00AD0E4F" w:rsidRDefault="008D426B">
            <w:pPr>
              <w:spacing w:before="10" w:after="10" w:line="240" w:lineRule="auto"/>
            </w:pPr>
            <w:r>
              <w:rPr>
                <w:color w:val="000000"/>
                <w:sz w:val="17"/>
              </w:rPr>
              <w:t>154円</w:t>
            </w:r>
          </w:p>
        </w:tc>
        <w:tc>
          <w:tcPr>
            <w:tcW w:w="1134" w:type="dxa"/>
            <w:tcMar>
              <w:top w:w="80" w:type="dxa"/>
              <w:left w:w="70" w:type="dxa"/>
              <w:bottom w:w="80" w:type="dxa"/>
              <w:right w:w="70" w:type="dxa"/>
            </w:tcMar>
            <w:vAlign w:val="center"/>
          </w:tcPr>
          <w:p w14:paraId="0132300A" w14:textId="77777777" w:rsidR="00AD0E4F" w:rsidRDefault="008D426B">
            <w:pPr>
              <w:spacing w:before="10" w:after="10" w:line="240" w:lineRule="auto"/>
            </w:pPr>
            <w:r>
              <w:rPr>
                <w:color w:val="000000"/>
                <w:sz w:val="17"/>
              </w:rPr>
              <w:t>307円</w:t>
            </w:r>
          </w:p>
        </w:tc>
        <w:tc>
          <w:tcPr>
            <w:tcW w:w="1134" w:type="dxa"/>
            <w:tcMar>
              <w:top w:w="80" w:type="dxa"/>
              <w:left w:w="70" w:type="dxa"/>
              <w:bottom w:w="80" w:type="dxa"/>
              <w:right w:w="70" w:type="dxa"/>
            </w:tcMar>
            <w:vAlign w:val="center"/>
          </w:tcPr>
          <w:p w14:paraId="7D69A607" w14:textId="77777777" w:rsidR="00AD0E4F" w:rsidRDefault="008D426B">
            <w:pPr>
              <w:spacing w:before="10" w:after="10" w:line="240" w:lineRule="auto"/>
            </w:pPr>
            <w:r>
              <w:rPr>
                <w:color w:val="000000"/>
                <w:sz w:val="17"/>
              </w:rPr>
              <w:t>460円</w:t>
            </w:r>
          </w:p>
        </w:tc>
        <w:tc>
          <w:tcPr>
            <w:tcW w:w="567" w:type="dxa"/>
            <w:tcMar>
              <w:top w:w="80" w:type="dxa"/>
              <w:left w:w="70" w:type="dxa"/>
              <w:bottom w:w="80" w:type="dxa"/>
              <w:right w:w="70" w:type="dxa"/>
            </w:tcMar>
            <w:vAlign w:val="center"/>
          </w:tcPr>
          <w:p w14:paraId="591355CD" w14:textId="77777777" w:rsidR="00AD0E4F" w:rsidRDefault="00AD0E4F">
            <w:pPr>
              <w:spacing w:before="10" w:after="10" w:line="240" w:lineRule="auto"/>
            </w:pPr>
          </w:p>
        </w:tc>
      </w:tr>
    </w:tbl>
    <w:p w14:paraId="131D0F03" w14:textId="77777777" w:rsidR="00AD0E4F" w:rsidRDefault="008D426B">
      <w:pPr>
        <w:spacing w:after="40" w:line="240" w:lineRule="auto"/>
      </w:pPr>
      <w:r>
        <w:rPr>
          <w:color w:val="000000"/>
          <w:sz w:val="17"/>
        </w:rPr>
        <w:t>時間帯による加算</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1701"/>
        <w:gridCol w:w="2835"/>
        <w:gridCol w:w="4819"/>
        <w:gridCol w:w="964"/>
      </w:tblGrid>
      <w:tr w:rsidR="00AD0E4F" w14:paraId="438D5317" w14:textId="77777777">
        <w:trPr>
          <w:tblHeader/>
          <w:jc w:val="center"/>
        </w:trPr>
        <w:tc>
          <w:tcPr>
            <w:tcW w:w="1701" w:type="dxa"/>
            <w:shd w:val="clear" w:color="auto" w:fill="4A4A4A"/>
            <w:tcMar>
              <w:top w:w="80" w:type="dxa"/>
              <w:left w:w="70" w:type="dxa"/>
              <w:bottom w:w="80" w:type="dxa"/>
              <w:right w:w="70" w:type="dxa"/>
            </w:tcMar>
            <w:vAlign w:val="center"/>
          </w:tcPr>
          <w:p w14:paraId="5CD5A900" w14:textId="77777777" w:rsidR="00AD0E4F" w:rsidRDefault="008D426B">
            <w:pPr>
              <w:spacing w:before="10" w:after="10" w:line="240" w:lineRule="auto"/>
              <w:jc w:val="center"/>
            </w:pPr>
            <w:r>
              <w:rPr>
                <w:color w:val="FFFFFF"/>
                <w:sz w:val="17"/>
              </w:rPr>
              <w:t>区分</w:t>
            </w:r>
          </w:p>
        </w:tc>
        <w:tc>
          <w:tcPr>
            <w:tcW w:w="2835" w:type="dxa"/>
            <w:shd w:val="clear" w:color="auto" w:fill="4A4A4A"/>
            <w:tcMar>
              <w:top w:w="80" w:type="dxa"/>
              <w:left w:w="70" w:type="dxa"/>
              <w:bottom w:w="80" w:type="dxa"/>
              <w:right w:w="70" w:type="dxa"/>
            </w:tcMar>
            <w:vAlign w:val="center"/>
          </w:tcPr>
          <w:p w14:paraId="0BC146B6" w14:textId="77777777" w:rsidR="00AD0E4F" w:rsidRDefault="008D426B">
            <w:pPr>
              <w:spacing w:before="10" w:after="10" w:line="240" w:lineRule="auto"/>
              <w:jc w:val="center"/>
            </w:pPr>
            <w:r>
              <w:rPr>
                <w:color w:val="FFFFFF"/>
                <w:sz w:val="17"/>
              </w:rPr>
              <w:t>対象となる時間帯</w:t>
            </w:r>
          </w:p>
        </w:tc>
        <w:tc>
          <w:tcPr>
            <w:tcW w:w="4819" w:type="dxa"/>
            <w:shd w:val="clear" w:color="auto" w:fill="4A4A4A"/>
            <w:tcMar>
              <w:top w:w="80" w:type="dxa"/>
              <w:left w:w="70" w:type="dxa"/>
              <w:bottom w:w="80" w:type="dxa"/>
              <w:right w:w="70" w:type="dxa"/>
            </w:tcMar>
            <w:vAlign w:val="center"/>
          </w:tcPr>
          <w:p w14:paraId="10C26234" w14:textId="77777777" w:rsidR="00AD0E4F" w:rsidRDefault="008D426B">
            <w:pPr>
              <w:spacing w:before="10" w:after="10" w:line="240" w:lineRule="auto"/>
              <w:jc w:val="center"/>
            </w:pPr>
            <w:r>
              <w:rPr>
                <w:color w:val="FFFFFF"/>
                <w:sz w:val="17"/>
              </w:rPr>
              <w:t>算定方法</w:t>
            </w:r>
          </w:p>
        </w:tc>
        <w:tc>
          <w:tcPr>
            <w:tcW w:w="964" w:type="dxa"/>
            <w:shd w:val="clear" w:color="auto" w:fill="4A4A4A"/>
            <w:tcMar>
              <w:top w:w="80" w:type="dxa"/>
              <w:left w:w="70" w:type="dxa"/>
              <w:bottom w:w="80" w:type="dxa"/>
              <w:right w:w="70" w:type="dxa"/>
            </w:tcMar>
            <w:vAlign w:val="center"/>
          </w:tcPr>
          <w:p w14:paraId="0C3E0D35" w14:textId="77777777" w:rsidR="00AD0E4F" w:rsidRDefault="008D426B">
            <w:pPr>
              <w:spacing w:before="10" w:after="10" w:line="240" w:lineRule="auto"/>
              <w:jc w:val="center"/>
            </w:pPr>
            <w:r>
              <w:rPr>
                <w:color w:val="FFFFFF"/>
                <w:sz w:val="17"/>
              </w:rPr>
              <w:t>該当</w:t>
            </w:r>
          </w:p>
        </w:tc>
      </w:tr>
      <w:tr w:rsidR="00AD0E4F" w14:paraId="3F71F269" w14:textId="77777777">
        <w:trPr>
          <w:jc w:val="center"/>
        </w:trPr>
        <w:tc>
          <w:tcPr>
            <w:tcW w:w="1701" w:type="dxa"/>
            <w:tcMar>
              <w:top w:w="80" w:type="dxa"/>
              <w:left w:w="70" w:type="dxa"/>
              <w:bottom w:w="80" w:type="dxa"/>
              <w:right w:w="70" w:type="dxa"/>
            </w:tcMar>
            <w:vAlign w:val="center"/>
          </w:tcPr>
          <w:p w14:paraId="1FB972F9" w14:textId="77777777" w:rsidR="00AD0E4F" w:rsidRDefault="008D426B">
            <w:pPr>
              <w:spacing w:before="10" w:after="10" w:line="240" w:lineRule="auto"/>
            </w:pPr>
            <w:r>
              <w:rPr>
                <w:color w:val="000000"/>
                <w:sz w:val="17"/>
              </w:rPr>
              <w:t>早朝</w:t>
            </w:r>
          </w:p>
        </w:tc>
        <w:tc>
          <w:tcPr>
            <w:tcW w:w="2835" w:type="dxa"/>
            <w:tcMar>
              <w:top w:w="80" w:type="dxa"/>
              <w:left w:w="70" w:type="dxa"/>
              <w:bottom w:w="80" w:type="dxa"/>
              <w:right w:w="70" w:type="dxa"/>
            </w:tcMar>
            <w:vAlign w:val="center"/>
          </w:tcPr>
          <w:p w14:paraId="287C773A" w14:textId="77777777" w:rsidR="00AD0E4F" w:rsidRDefault="008D426B">
            <w:pPr>
              <w:spacing w:before="10" w:after="10" w:line="240" w:lineRule="auto"/>
            </w:pPr>
            <w:r>
              <w:rPr>
                <w:color w:val="000000"/>
                <w:sz w:val="17"/>
              </w:rPr>
              <w:t>6:00-8:00</w:t>
            </w:r>
          </w:p>
        </w:tc>
        <w:tc>
          <w:tcPr>
            <w:tcW w:w="4819" w:type="dxa"/>
            <w:tcMar>
              <w:top w:w="80" w:type="dxa"/>
              <w:left w:w="70" w:type="dxa"/>
              <w:bottom w:w="80" w:type="dxa"/>
              <w:right w:w="70" w:type="dxa"/>
            </w:tcMar>
            <w:vAlign w:val="center"/>
          </w:tcPr>
          <w:p w14:paraId="49F6AB76" w14:textId="77777777" w:rsidR="00AD0E4F" w:rsidRDefault="008D426B">
            <w:pPr>
              <w:spacing w:before="10" w:after="10" w:line="240" w:lineRule="auto"/>
            </w:pPr>
            <w:r>
              <w:rPr>
                <w:color w:val="000000"/>
                <w:sz w:val="17"/>
              </w:rPr>
              <w:t>所定単位数に25%加算</w:t>
            </w:r>
          </w:p>
        </w:tc>
        <w:tc>
          <w:tcPr>
            <w:tcW w:w="964" w:type="dxa"/>
            <w:tcMar>
              <w:top w:w="80" w:type="dxa"/>
              <w:left w:w="70" w:type="dxa"/>
              <w:bottom w:w="80" w:type="dxa"/>
              <w:right w:w="70" w:type="dxa"/>
            </w:tcMar>
            <w:vAlign w:val="center"/>
          </w:tcPr>
          <w:p w14:paraId="171C9AF9" w14:textId="77777777" w:rsidR="00AD0E4F" w:rsidRDefault="00AD0E4F">
            <w:pPr>
              <w:spacing w:before="10" w:after="10" w:line="240" w:lineRule="auto"/>
            </w:pPr>
          </w:p>
        </w:tc>
      </w:tr>
      <w:tr w:rsidR="00AD0E4F" w14:paraId="5723DEAA" w14:textId="77777777">
        <w:trPr>
          <w:jc w:val="center"/>
        </w:trPr>
        <w:tc>
          <w:tcPr>
            <w:tcW w:w="1701" w:type="dxa"/>
            <w:tcMar>
              <w:top w:w="80" w:type="dxa"/>
              <w:left w:w="70" w:type="dxa"/>
              <w:bottom w:w="80" w:type="dxa"/>
              <w:right w:w="70" w:type="dxa"/>
            </w:tcMar>
            <w:vAlign w:val="center"/>
          </w:tcPr>
          <w:p w14:paraId="116D8994" w14:textId="77777777" w:rsidR="00AD0E4F" w:rsidRDefault="008D426B">
            <w:pPr>
              <w:spacing w:before="10" w:after="10" w:line="240" w:lineRule="auto"/>
            </w:pPr>
            <w:r>
              <w:rPr>
                <w:color w:val="000000"/>
                <w:sz w:val="17"/>
              </w:rPr>
              <w:t>夜間</w:t>
            </w:r>
          </w:p>
        </w:tc>
        <w:tc>
          <w:tcPr>
            <w:tcW w:w="2835" w:type="dxa"/>
            <w:tcMar>
              <w:top w:w="80" w:type="dxa"/>
              <w:left w:w="70" w:type="dxa"/>
              <w:bottom w:w="80" w:type="dxa"/>
              <w:right w:w="70" w:type="dxa"/>
            </w:tcMar>
            <w:vAlign w:val="center"/>
          </w:tcPr>
          <w:p w14:paraId="3243A7AB" w14:textId="77777777" w:rsidR="00AD0E4F" w:rsidRDefault="008D426B">
            <w:pPr>
              <w:spacing w:before="10" w:after="10" w:line="240" w:lineRule="auto"/>
            </w:pPr>
            <w:r>
              <w:rPr>
                <w:color w:val="000000"/>
                <w:sz w:val="17"/>
              </w:rPr>
              <w:t>18:00-22:00</w:t>
            </w:r>
          </w:p>
        </w:tc>
        <w:tc>
          <w:tcPr>
            <w:tcW w:w="4819" w:type="dxa"/>
            <w:tcMar>
              <w:top w:w="80" w:type="dxa"/>
              <w:left w:w="70" w:type="dxa"/>
              <w:bottom w:w="80" w:type="dxa"/>
              <w:right w:w="70" w:type="dxa"/>
            </w:tcMar>
            <w:vAlign w:val="center"/>
          </w:tcPr>
          <w:p w14:paraId="688407BC" w14:textId="77777777" w:rsidR="00AD0E4F" w:rsidRDefault="008D426B">
            <w:pPr>
              <w:spacing w:before="10" w:after="10" w:line="240" w:lineRule="auto"/>
            </w:pPr>
            <w:r>
              <w:rPr>
                <w:color w:val="000000"/>
                <w:sz w:val="17"/>
              </w:rPr>
              <w:t>所定単位数に25%加算</w:t>
            </w:r>
          </w:p>
        </w:tc>
        <w:tc>
          <w:tcPr>
            <w:tcW w:w="964" w:type="dxa"/>
            <w:tcMar>
              <w:top w:w="80" w:type="dxa"/>
              <w:left w:w="70" w:type="dxa"/>
              <w:bottom w:w="80" w:type="dxa"/>
              <w:right w:w="70" w:type="dxa"/>
            </w:tcMar>
            <w:vAlign w:val="center"/>
          </w:tcPr>
          <w:p w14:paraId="2C29B57A" w14:textId="77777777" w:rsidR="00AD0E4F" w:rsidRDefault="00AD0E4F">
            <w:pPr>
              <w:spacing w:before="10" w:after="10" w:line="240" w:lineRule="auto"/>
            </w:pPr>
          </w:p>
        </w:tc>
      </w:tr>
      <w:tr w:rsidR="00AD0E4F" w14:paraId="3B4DAFA7" w14:textId="77777777">
        <w:trPr>
          <w:jc w:val="center"/>
        </w:trPr>
        <w:tc>
          <w:tcPr>
            <w:tcW w:w="1701" w:type="dxa"/>
            <w:tcMar>
              <w:top w:w="80" w:type="dxa"/>
              <w:left w:w="70" w:type="dxa"/>
              <w:bottom w:w="80" w:type="dxa"/>
              <w:right w:w="70" w:type="dxa"/>
            </w:tcMar>
            <w:vAlign w:val="center"/>
          </w:tcPr>
          <w:p w14:paraId="1621F554" w14:textId="77777777" w:rsidR="00AD0E4F" w:rsidRDefault="008D426B">
            <w:pPr>
              <w:spacing w:before="10" w:after="10" w:line="240" w:lineRule="auto"/>
            </w:pPr>
            <w:r>
              <w:rPr>
                <w:color w:val="000000"/>
                <w:sz w:val="17"/>
              </w:rPr>
              <w:t>深夜</w:t>
            </w:r>
          </w:p>
        </w:tc>
        <w:tc>
          <w:tcPr>
            <w:tcW w:w="2835" w:type="dxa"/>
            <w:tcMar>
              <w:top w:w="80" w:type="dxa"/>
              <w:left w:w="70" w:type="dxa"/>
              <w:bottom w:w="80" w:type="dxa"/>
              <w:right w:w="70" w:type="dxa"/>
            </w:tcMar>
            <w:vAlign w:val="center"/>
          </w:tcPr>
          <w:p w14:paraId="2FCD5BA0" w14:textId="77777777" w:rsidR="00AD0E4F" w:rsidRDefault="008D426B">
            <w:pPr>
              <w:spacing w:before="10" w:after="10" w:line="240" w:lineRule="auto"/>
            </w:pPr>
            <w:r>
              <w:rPr>
                <w:color w:val="000000"/>
                <w:sz w:val="17"/>
              </w:rPr>
              <w:t>22:00-翌6:00</w:t>
            </w:r>
          </w:p>
        </w:tc>
        <w:tc>
          <w:tcPr>
            <w:tcW w:w="4819" w:type="dxa"/>
            <w:tcMar>
              <w:top w:w="80" w:type="dxa"/>
              <w:left w:w="70" w:type="dxa"/>
              <w:bottom w:w="80" w:type="dxa"/>
              <w:right w:w="70" w:type="dxa"/>
            </w:tcMar>
            <w:vAlign w:val="center"/>
          </w:tcPr>
          <w:p w14:paraId="7440E73B" w14:textId="77777777" w:rsidR="00AD0E4F" w:rsidRDefault="008D426B">
            <w:pPr>
              <w:spacing w:before="10" w:after="10" w:line="240" w:lineRule="auto"/>
            </w:pPr>
            <w:r>
              <w:rPr>
                <w:color w:val="000000"/>
                <w:sz w:val="17"/>
              </w:rPr>
              <w:t>所定単位数に50%加算</w:t>
            </w:r>
          </w:p>
        </w:tc>
        <w:tc>
          <w:tcPr>
            <w:tcW w:w="964" w:type="dxa"/>
            <w:tcMar>
              <w:top w:w="80" w:type="dxa"/>
              <w:left w:w="70" w:type="dxa"/>
              <w:bottom w:w="80" w:type="dxa"/>
              <w:right w:w="70" w:type="dxa"/>
            </w:tcMar>
            <w:vAlign w:val="center"/>
          </w:tcPr>
          <w:p w14:paraId="78F3C807" w14:textId="77777777" w:rsidR="00AD0E4F" w:rsidRDefault="00AD0E4F">
            <w:pPr>
              <w:spacing w:before="10" w:after="10" w:line="240" w:lineRule="auto"/>
            </w:pPr>
          </w:p>
        </w:tc>
      </w:tr>
    </w:tbl>
    <w:p w14:paraId="2E585DEE" w14:textId="77777777" w:rsidR="00AD0E4F" w:rsidRDefault="008D426B">
      <w:pPr>
        <w:spacing w:after="0" w:line="240" w:lineRule="auto"/>
        <w:rPr>
          <w:lang w:eastAsia="ja-JP"/>
        </w:rPr>
      </w:pPr>
      <w:r>
        <w:rPr>
          <w:color w:val="000000"/>
          <w:sz w:val="17"/>
          <w:lang w:eastAsia="ja-JP"/>
        </w:rPr>
        <w:t>※初回加算（I）・（II）は重複算定しません。初回加算と退院時共同指導加算の併算定制限、ターミナルケアの届出・実施要件など、各制度の条件に従います。介護職員等処遇改善加算は該当がある場合に所定単位数の1.8％を加算します。</w:t>
      </w:r>
    </w:p>
    <w:p w14:paraId="0F183926" w14:textId="77777777" w:rsidR="00AD0E4F" w:rsidRDefault="008D426B">
      <w:pPr>
        <w:spacing w:after="20" w:line="240" w:lineRule="auto"/>
        <w:rPr>
          <w:lang w:eastAsia="ja-JP"/>
        </w:rPr>
      </w:pPr>
      <w:r>
        <w:rPr>
          <w:color w:val="000000"/>
          <w:sz w:val="31"/>
          <w:lang w:eastAsia="ja-JP"/>
        </w:rPr>
        <w:t>08 介護保険加算の内容・対象（1/1）</w:t>
      </w:r>
    </w:p>
    <w:p w14:paraId="2F55176F" w14:textId="77777777" w:rsidR="00AD0E4F" w:rsidRDefault="008D426B">
      <w:pPr>
        <w:spacing w:after="20" w:line="240" w:lineRule="auto"/>
        <w:rPr>
          <w:lang w:eastAsia="ja-JP"/>
        </w:rPr>
      </w:pPr>
      <w:r>
        <w:rPr>
          <w:color w:val="000000"/>
          <w:sz w:val="17"/>
          <w:lang w:eastAsia="ja-JP"/>
        </w:rPr>
        <w:t>加算ごとの内容・対象・算定の目安です。実際の算定は、届出、利用者の同意、主治医の指示その他の必要な要件を満たす場合に限ります。</w:t>
      </w:r>
    </w:p>
    <w:p w14:paraId="6E70D2BD" w14:textId="77777777" w:rsidR="00AD0E4F" w:rsidRDefault="00AD0E4F">
      <w:pPr>
        <w:pBdr>
          <w:bottom w:val="single" w:sz="8" w:space="1" w:color="777777"/>
        </w:pBdr>
        <w:spacing w:before="20" w:after="0" w:line="240" w:lineRule="auto"/>
        <w:rPr>
          <w:lang w:eastAsia="ja-JP"/>
        </w:rPr>
      </w:pP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665"/>
        <w:gridCol w:w="5216"/>
        <w:gridCol w:w="1701"/>
        <w:gridCol w:w="737"/>
      </w:tblGrid>
      <w:tr w:rsidR="00AD0E4F" w14:paraId="24634D81" w14:textId="77777777">
        <w:trPr>
          <w:tblHeader/>
          <w:jc w:val="center"/>
        </w:trPr>
        <w:tc>
          <w:tcPr>
            <w:tcW w:w="2665" w:type="dxa"/>
            <w:shd w:val="clear" w:color="auto" w:fill="4A4A4A"/>
            <w:tcMar>
              <w:top w:w="80" w:type="dxa"/>
              <w:left w:w="70" w:type="dxa"/>
              <w:bottom w:w="80" w:type="dxa"/>
              <w:right w:w="70" w:type="dxa"/>
            </w:tcMar>
            <w:vAlign w:val="center"/>
          </w:tcPr>
          <w:p w14:paraId="79519F8F" w14:textId="77777777" w:rsidR="00AD0E4F" w:rsidRDefault="008D426B">
            <w:pPr>
              <w:spacing w:before="10" w:after="10" w:line="240" w:lineRule="auto"/>
              <w:jc w:val="center"/>
            </w:pPr>
            <w:r>
              <w:rPr>
                <w:color w:val="FFFFFF"/>
                <w:sz w:val="17"/>
              </w:rPr>
              <w:t>項目</w:t>
            </w:r>
          </w:p>
        </w:tc>
        <w:tc>
          <w:tcPr>
            <w:tcW w:w="5216" w:type="dxa"/>
            <w:shd w:val="clear" w:color="auto" w:fill="4A4A4A"/>
            <w:tcMar>
              <w:top w:w="80" w:type="dxa"/>
              <w:left w:w="70" w:type="dxa"/>
              <w:bottom w:w="80" w:type="dxa"/>
              <w:right w:w="70" w:type="dxa"/>
            </w:tcMar>
            <w:vAlign w:val="center"/>
          </w:tcPr>
          <w:p w14:paraId="4B631760" w14:textId="77777777" w:rsidR="00AD0E4F" w:rsidRDefault="008D426B">
            <w:pPr>
              <w:spacing w:before="10" w:after="10" w:line="240" w:lineRule="auto"/>
              <w:jc w:val="center"/>
              <w:rPr>
                <w:lang w:eastAsia="ja-JP"/>
              </w:rPr>
            </w:pPr>
            <w:r>
              <w:rPr>
                <w:color w:val="FFFFFF"/>
                <w:sz w:val="17"/>
                <w:lang w:eastAsia="ja-JP"/>
              </w:rPr>
              <w:t>内容・対象となる場合</w:t>
            </w:r>
          </w:p>
        </w:tc>
        <w:tc>
          <w:tcPr>
            <w:tcW w:w="1701" w:type="dxa"/>
            <w:shd w:val="clear" w:color="auto" w:fill="4A4A4A"/>
            <w:tcMar>
              <w:top w:w="80" w:type="dxa"/>
              <w:left w:w="70" w:type="dxa"/>
              <w:bottom w:w="80" w:type="dxa"/>
              <w:right w:w="70" w:type="dxa"/>
            </w:tcMar>
            <w:vAlign w:val="center"/>
          </w:tcPr>
          <w:p w14:paraId="3384A367" w14:textId="77777777" w:rsidR="00AD0E4F" w:rsidRDefault="008D426B">
            <w:pPr>
              <w:spacing w:before="10" w:after="10" w:line="240" w:lineRule="auto"/>
              <w:jc w:val="center"/>
            </w:pPr>
            <w:r>
              <w:rPr>
                <w:color w:val="FFFFFF"/>
                <w:sz w:val="17"/>
              </w:rPr>
              <w:t>料金・単位</w:t>
            </w:r>
          </w:p>
        </w:tc>
        <w:tc>
          <w:tcPr>
            <w:tcW w:w="737" w:type="dxa"/>
            <w:shd w:val="clear" w:color="auto" w:fill="4A4A4A"/>
            <w:tcMar>
              <w:top w:w="80" w:type="dxa"/>
              <w:left w:w="70" w:type="dxa"/>
              <w:bottom w:w="80" w:type="dxa"/>
              <w:right w:w="70" w:type="dxa"/>
            </w:tcMar>
            <w:vAlign w:val="center"/>
          </w:tcPr>
          <w:p w14:paraId="027D84FB" w14:textId="77777777" w:rsidR="00AD0E4F" w:rsidRDefault="008D426B">
            <w:pPr>
              <w:spacing w:before="10" w:after="10" w:line="240" w:lineRule="auto"/>
              <w:jc w:val="center"/>
            </w:pPr>
            <w:r>
              <w:rPr>
                <w:color w:val="FFFFFF"/>
                <w:sz w:val="17"/>
              </w:rPr>
              <w:t>該当</w:t>
            </w:r>
          </w:p>
        </w:tc>
      </w:tr>
      <w:tr w:rsidR="00AD0E4F" w14:paraId="5B33A6AB" w14:textId="77777777">
        <w:trPr>
          <w:jc w:val="center"/>
        </w:trPr>
        <w:tc>
          <w:tcPr>
            <w:tcW w:w="2665" w:type="dxa"/>
            <w:tcMar>
              <w:top w:w="80" w:type="dxa"/>
              <w:left w:w="70" w:type="dxa"/>
              <w:bottom w:w="80" w:type="dxa"/>
              <w:right w:w="70" w:type="dxa"/>
            </w:tcMar>
            <w:vAlign w:val="center"/>
          </w:tcPr>
          <w:p w14:paraId="10A109D0" w14:textId="77777777" w:rsidR="00AD0E4F" w:rsidRDefault="008D426B">
            <w:pPr>
              <w:spacing w:before="10" w:after="10" w:line="240" w:lineRule="auto"/>
            </w:pPr>
            <w:r>
              <w:rPr>
                <w:color w:val="000000"/>
                <w:sz w:val="17"/>
              </w:rPr>
              <w:t>初回加算(I)</w:t>
            </w:r>
          </w:p>
        </w:tc>
        <w:tc>
          <w:tcPr>
            <w:tcW w:w="5216" w:type="dxa"/>
            <w:tcMar>
              <w:top w:w="80" w:type="dxa"/>
              <w:left w:w="70" w:type="dxa"/>
              <w:bottom w:w="80" w:type="dxa"/>
              <w:right w:w="70" w:type="dxa"/>
            </w:tcMar>
            <w:vAlign w:val="center"/>
          </w:tcPr>
          <w:p w14:paraId="0D0220AB" w14:textId="77777777" w:rsidR="00AD0E4F" w:rsidRDefault="008D426B">
            <w:pPr>
              <w:spacing w:before="10" w:after="10" w:line="240" w:lineRule="auto"/>
              <w:rPr>
                <w:lang w:eastAsia="ja-JP"/>
              </w:rPr>
            </w:pPr>
            <w:r>
              <w:rPr>
                <w:color w:val="000000"/>
                <w:sz w:val="17"/>
                <w:lang w:eastAsia="ja-JP"/>
              </w:rPr>
              <w:t>病院等を退院した日に、主治医や関係者との連携に基づいて新たに訪問看護を開始し、所定の計画作成と支援を行う場合です。</w:t>
            </w:r>
          </w:p>
        </w:tc>
        <w:tc>
          <w:tcPr>
            <w:tcW w:w="1701" w:type="dxa"/>
            <w:tcMar>
              <w:top w:w="80" w:type="dxa"/>
              <w:left w:w="70" w:type="dxa"/>
              <w:bottom w:w="80" w:type="dxa"/>
              <w:right w:w="70" w:type="dxa"/>
            </w:tcMar>
            <w:vAlign w:val="center"/>
          </w:tcPr>
          <w:p w14:paraId="25AC0B20" w14:textId="77777777" w:rsidR="00AD0E4F" w:rsidRDefault="008D426B">
            <w:pPr>
              <w:spacing w:before="10" w:after="10" w:line="240" w:lineRule="auto"/>
            </w:pPr>
            <w:r>
              <w:rPr>
                <w:color w:val="000000"/>
                <w:sz w:val="17"/>
              </w:rPr>
              <w:t>350単位</w:t>
            </w:r>
          </w:p>
        </w:tc>
        <w:tc>
          <w:tcPr>
            <w:tcW w:w="737" w:type="dxa"/>
            <w:tcMar>
              <w:top w:w="80" w:type="dxa"/>
              <w:left w:w="70" w:type="dxa"/>
              <w:bottom w:w="80" w:type="dxa"/>
              <w:right w:w="70" w:type="dxa"/>
            </w:tcMar>
            <w:vAlign w:val="center"/>
          </w:tcPr>
          <w:p w14:paraId="54339DA5" w14:textId="77777777" w:rsidR="00AD0E4F" w:rsidRDefault="00AD0E4F">
            <w:pPr>
              <w:spacing w:before="10" w:after="10" w:line="240" w:lineRule="auto"/>
            </w:pPr>
          </w:p>
        </w:tc>
      </w:tr>
      <w:tr w:rsidR="00AD0E4F" w14:paraId="5FF179CF" w14:textId="77777777">
        <w:trPr>
          <w:jc w:val="center"/>
        </w:trPr>
        <w:tc>
          <w:tcPr>
            <w:tcW w:w="2665" w:type="dxa"/>
            <w:tcMar>
              <w:top w:w="80" w:type="dxa"/>
              <w:left w:w="70" w:type="dxa"/>
              <w:bottom w:w="80" w:type="dxa"/>
              <w:right w:w="70" w:type="dxa"/>
            </w:tcMar>
            <w:vAlign w:val="center"/>
          </w:tcPr>
          <w:p w14:paraId="678DE541" w14:textId="77777777" w:rsidR="00AD0E4F" w:rsidRDefault="008D426B">
            <w:pPr>
              <w:spacing w:before="10" w:after="10" w:line="240" w:lineRule="auto"/>
            </w:pPr>
            <w:r>
              <w:rPr>
                <w:color w:val="000000"/>
                <w:sz w:val="17"/>
              </w:rPr>
              <w:t>初回加算(II)</w:t>
            </w:r>
          </w:p>
        </w:tc>
        <w:tc>
          <w:tcPr>
            <w:tcW w:w="5216" w:type="dxa"/>
            <w:tcMar>
              <w:top w:w="80" w:type="dxa"/>
              <w:left w:w="70" w:type="dxa"/>
              <w:bottom w:w="80" w:type="dxa"/>
              <w:right w:w="70" w:type="dxa"/>
            </w:tcMar>
            <w:vAlign w:val="center"/>
          </w:tcPr>
          <w:p w14:paraId="49A0E779" w14:textId="77777777" w:rsidR="00AD0E4F" w:rsidRDefault="008D426B">
            <w:pPr>
              <w:spacing w:before="10" w:after="10" w:line="240" w:lineRule="auto"/>
              <w:rPr>
                <w:lang w:eastAsia="ja-JP"/>
              </w:rPr>
            </w:pPr>
            <w:r>
              <w:rPr>
                <w:color w:val="000000"/>
                <w:sz w:val="17"/>
                <w:lang w:eastAsia="ja-JP"/>
              </w:rPr>
              <w:t>新しく訪問看護を利用する方、または一定期間サービスの利用がなかった方について、訪問看護計画を作成して支援を開始する場合です。</w:t>
            </w:r>
          </w:p>
        </w:tc>
        <w:tc>
          <w:tcPr>
            <w:tcW w:w="1701" w:type="dxa"/>
            <w:tcMar>
              <w:top w:w="80" w:type="dxa"/>
              <w:left w:w="70" w:type="dxa"/>
              <w:bottom w:w="80" w:type="dxa"/>
              <w:right w:w="70" w:type="dxa"/>
            </w:tcMar>
            <w:vAlign w:val="center"/>
          </w:tcPr>
          <w:p w14:paraId="3CDCE646" w14:textId="77777777" w:rsidR="00AD0E4F" w:rsidRDefault="008D426B">
            <w:pPr>
              <w:spacing w:before="10" w:after="10" w:line="240" w:lineRule="auto"/>
            </w:pPr>
            <w:r>
              <w:rPr>
                <w:color w:val="000000"/>
                <w:sz w:val="17"/>
              </w:rPr>
              <w:t>300単位</w:t>
            </w:r>
          </w:p>
        </w:tc>
        <w:tc>
          <w:tcPr>
            <w:tcW w:w="737" w:type="dxa"/>
            <w:tcMar>
              <w:top w:w="80" w:type="dxa"/>
              <w:left w:w="70" w:type="dxa"/>
              <w:bottom w:w="80" w:type="dxa"/>
              <w:right w:w="70" w:type="dxa"/>
            </w:tcMar>
            <w:vAlign w:val="center"/>
          </w:tcPr>
          <w:p w14:paraId="017AD2B1" w14:textId="77777777" w:rsidR="00AD0E4F" w:rsidRDefault="00AD0E4F">
            <w:pPr>
              <w:spacing w:before="10" w:after="10" w:line="240" w:lineRule="auto"/>
            </w:pPr>
          </w:p>
        </w:tc>
      </w:tr>
      <w:tr w:rsidR="00AD0E4F" w14:paraId="007644B5" w14:textId="77777777">
        <w:trPr>
          <w:jc w:val="center"/>
        </w:trPr>
        <w:tc>
          <w:tcPr>
            <w:tcW w:w="2665" w:type="dxa"/>
            <w:tcMar>
              <w:top w:w="80" w:type="dxa"/>
              <w:left w:w="70" w:type="dxa"/>
              <w:bottom w:w="80" w:type="dxa"/>
              <w:right w:w="70" w:type="dxa"/>
            </w:tcMar>
            <w:vAlign w:val="center"/>
          </w:tcPr>
          <w:p w14:paraId="4DDAEC2A" w14:textId="77777777" w:rsidR="00AD0E4F" w:rsidRDefault="008D426B">
            <w:pPr>
              <w:spacing w:before="10" w:after="10" w:line="240" w:lineRule="auto"/>
            </w:pPr>
            <w:r>
              <w:rPr>
                <w:color w:val="000000"/>
                <w:sz w:val="17"/>
              </w:rPr>
              <w:t>退院時共同指導加算</w:t>
            </w:r>
          </w:p>
        </w:tc>
        <w:tc>
          <w:tcPr>
            <w:tcW w:w="5216" w:type="dxa"/>
            <w:tcMar>
              <w:top w:w="80" w:type="dxa"/>
              <w:left w:w="70" w:type="dxa"/>
              <w:bottom w:w="80" w:type="dxa"/>
              <w:right w:w="70" w:type="dxa"/>
            </w:tcMar>
            <w:vAlign w:val="center"/>
          </w:tcPr>
          <w:p w14:paraId="62A2F720" w14:textId="77777777" w:rsidR="00AD0E4F" w:rsidRDefault="008D426B">
            <w:pPr>
              <w:spacing w:before="10" w:after="10" w:line="240" w:lineRule="auto"/>
              <w:rPr>
                <w:lang w:eastAsia="ja-JP"/>
              </w:rPr>
            </w:pPr>
            <w:r>
              <w:rPr>
                <w:color w:val="000000"/>
                <w:sz w:val="17"/>
                <w:lang w:eastAsia="ja-JP"/>
              </w:rPr>
              <w:t>退院・退所に先立ち、病院等の医師や職員と訪問看護師が連携して、在宅療養に必要な注意点やケア方法を本人・家族へ説明する場合です。</w:t>
            </w:r>
          </w:p>
        </w:tc>
        <w:tc>
          <w:tcPr>
            <w:tcW w:w="1701" w:type="dxa"/>
            <w:tcMar>
              <w:top w:w="80" w:type="dxa"/>
              <w:left w:w="70" w:type="dxa"/>
              <w:bottom w:w="80" w:type="dxa"/>
              <w:right w:w="70" w:type="dxa"/>
            </w:tcMar>
            <w:vAlign w:val="center"/>
          </w:tcPr>
          <w:p w14:paraId="20EF67BC" w14:textId="77777777" w:rsidR="00AD0E4F" w:rsidRDefault="008D426B">
            <w:pPr>
              <w:spacing w:before="10" w:after="10" w:line="240" w:lineRule="auto"/>
            </w:pPr>
            <w:r>
              <w:rPr>
                <w:color w:val="000000"/>
                <w:sz w:val="17"/>
              </w:rPr>
              <w:t>600単位</w:t>
            </w:r>
          </w:p>
        </w:tc>
        <w:tc>
          <w:tcPr>
            <w:tcW w:w="737" w:type="dxa"/>
            <w:tcMar>
              <w:top w:w="80" w:type="dxa"/>
              <w:left w:w="70" w:type="dxa"/>
              <w:bottom w:w="80" w:type="dxa"/>
              <w:right w:w="70" w:type="dxa"/>
            </w:tcMar>
            <w:vAlign w:val="center"/>
          </w:tcPr>
          <w:p w14:paraId="1B6B5A5C" w14:textId="77777777" w:rsidR="00AD0E4F" w:rsidRDefault="00AD0E4F">
            <w:pPr>
              <w:spacing w:before="10" w:after="10" w:line="240" w:lineRule="auto"/>
            </w:pPr>
          </w:p>
        </w:tc>
      </w:tr>
      <w:tr w:rsidR="00AD0E4F" w14:paraId="0FDD9EFC" w14:textId="77777777">
        <w:trPr>
          <w:jc w:val="center"/>
        </w:trPr>
        <w:tc>
          <w:tcPr>
            <w:tcW w:w="2665" w:type="dxa"/>
            <w:tcMar>
              <w:top w:w="80" w:type="dxa"/>
              <w:left w:w="70" w:type="dxa"/>
              <w:bottom w:w="80" w:type="dxa"/>
              <w:right w:w="70" w:type="dxa"/>
            </w:tcMar>
            <w:vAlign w:val="center"/>
          </w:tcPr>
          <w:p w14:paraId="54367997" w14:textId="77777777" w:rsidR="00AD0E4F" w:rsidRDefault="008D426B">
            <w:pPr>
              <w:spacing w:before="10" w:after="10" w:line="240" w:lineRule="auto"/>
              <w:rPr>
                <w:lang w:eastAsia="ja-JP"/>
              </w:rPr>
            </w:pPr>
            <w:r>
              <w:rPr>
                <w:color w:val="000000"/>
                <w:sz w:val="17"/>
                <w:lang w:eastAsia="ja-JP"/>
              </w:rPr>
              <w:t>看護・介護職員連携強化</w:t>
            </w:r>
          </w:p>
        </w:tc>
        <w:tc>
          <w:tcPr>
            <w:tcW w:w="5216" w:type="dxa"/>
            <w:tcMar>
              <w:top w:w="80" w:type="dxa"/>
              <w:left w:w="70" w:type="dxa"/>
              <w:bottom w:w="80" w:type="dxa"/>
              <w:right w:w="70" w:type="dxa"/>
            </w:tcMar>
            <w:vAlign w:val="center"/>
          </w:tcPr>
          <w:p w14:paraId="48E38BA5" w14:textId="77777777" w:rsidR="00AD0E4F" w:rsidRDefault="008D426B">
            <w:pPr>
              <w:spacing w:before="10" w:after="10" w:line="240" w:lineRule="auto"/>
              <w:rPr>
                <w:lang w:eastAsia="ja-JP"/>
              </w:rPr>
            </w:pPr>
            <w:r>
              <w:rPr>
                <w:color w:val="000000"/>
                <w:sz w:val="17"/>
                <w:lang w:eastAsia="ja-JP"/>
              </w:rPr>
              <w:t>たんの吸引等を担う介護職員に対し、訪問看護師が技術面の助言、同行確認、計画・報告の連携、緊急時対応の確認を行う場合です。</w:t>
            </w:r>
          </w:p>
        </w:tc>
        <w:tc>
          <w:tcPr>
            <w:tcW w:w="1701" w:type="dxa"/>
            <w:tcMar>
              <w:top w:w="80" w:type="dxa"/>
              <w:left w:w="70" w:type="dxa"/>
              <w:bottom w:w="80" w:type="dxa"/>
              <w:right w:w="70" w:type="dxa"/>
            </w:tcMar>
            <w:vAlign w:val="center"/>
          </w:tcPr>
          <w:p w14:paraId="5C710C8F" w14:textId="77777777" w:rsidR="00AD0E4F" w:rsidRDefault="008D426B">
            <w:pPr>
              <w:spacing w:before="10" w:after="10" w:line="240" w:lineRule="auto"/>
            </w:pPr>
            <w:r>
              <w:rPr>
                <w:color w:val="000000"/>
                <w:sz w:val="17"/>
              </w:rPr>
              <w:t>250単位/月</w:t>
            </w:r>
          </w:p>
        </w:tc>
        <w:tc>
          <w:tcPr>
            <w:tcW w:w="737" w:type="dxa"/>
            <w:tcMar>
              <w:top w:w="80" w:type="dxa"/>
              <w:left w:w="70" w:type="dxa"/>
              <w:bottom w:w="80" w:type="dxa"/>
              <w:right w:w="70" w:type="dxa"/>
            </w:tcMar>
            <w:vAlign w:val="center"/>
          </w:tcPr>
          <w:p w14:paraId="77FBBF0F" w14:textId="77777777" w:rsidR="00AD0E4F" w:rsidRDefault="00AD0E4F">
            <w:pPr>
              <w:spacing w:before="10" w:after="10" w:line="240" w:lineRule="auto"/>
            </w:pPr>
          </w:p>
        </w:tc>
      </w:tr>
      <w:tr w:rsidR="00AD0E4F" w14:paraId="7731EDE0" w14:textId="77777777">
        <w:trPr>
          <w:jc w:val="center"/>
        </w:trPr>
        <w:tc>
          <w:tcPr>
            <w:tcW w:w="2665" w:type="dxa"/>
            <w:tcMar>
              <w:top w:w="80" w:type="dxa"/>
              <w:left w:w="70" w:type="dxa"/>
              <w:bottom w:w="80" w:type="dxa"/>
              <w:right w:w="70" w:type="dxa"/>
            </w:tcMar>
            <w:vAlign w:val="center"/>
          </w:tcPr>
          <w:p w14:paraId="4428D8D4" w14:textId="77777777" w:rsidR="00AD0E4F" w:rsidRDefault="008D426B">
            <w:pPr>
              <w:spacing w:before="10" w:after="10" w:line="240" w:lineRule="auto"/>
            </w:pPr>
            <w:r>
              <w:rPr>
                <w:color w:val="000000"/>
                <w:sz w:val="17"/>
              </w:rPr>
              <w:t>長時間訪問看護加算</w:t>
            </w:r>
          </w:p>
        </w:tc>
        <w:tc>
          <w:tcPr>
            <w:tcW w:w="5216" w:type="dxa"/>
            <w:tcMar>
              <w:top w:w="80" w:type="dxa"/>
              <w:left w:w="70" w:type="dxa"/>
              <w:bottom w:w="80" w:type="dxa"/>
              <w:right w:w="70" w:type="dxa"/>
            </w:tcMar>
            <w:vAlign w:val="center"/>
          </w:tcPr>
          <w:p w14:paraId="6E130817" w14:textId="77777777" w:rsidR="00AD0E4F" w:rsidRDefault="008D426B">
            <w:pPr>
              <w:spacing w:before="10" w:after="10" w:line="240" w:lineRule="auto"/>
              <w:rPr>
                <w:lang w:eastAsia="ja-JP"/>
              </w:rPr>
            </w:pPr>
            <w:r>
              <w:rPr>
                <w:color w:val="000000"/>
                <w:sz w:val="17"/>
                <w:lang w:eastAsia="ja-JP"/>
              </w:rPr>
              <w:t>特別な医療的管理が必要な方などに対し、主治医の指示と訪問看護計画に基づいて90分以上の訪問看護を実施する場合です。</w:t>
            </w:r>
          </w:p>
        </w:tc>
        <w:tc>
          <w:tcPr>
            <w:tcW w:w="1701" w:type="dxa"/>
            <w:tcMar>
              <w:top w:w="80" w:type="dxa"/>
              <w:left w:w="70" w:type="dxa"/>
              <w:bottom w:w="80" w:type="dxa"/>
              <w:right w:w="70" w:type="dxa"/>
            </w:tcMar>
            <w:vAlign w:val="center"/>
          </w:tcPr>
          <w:p w14:paraId="6B2A5AB5" w14:textId="77777777" w:rsidR="00AD0E4F" w:rsidRDefault="008D426B">
            <w:pPr>
              <w:spacing w:before="10" w:after="10" w:line="240" w:lineRule="auto"/>
            </w:pPr>
            <w:r>
              <w:rPr>
                <w:color w:val="000000"/>
                <w:sz w:val="17"/>
              </w:rPr>
              <w:t>300単位/回</w:t>
            </w:r>
          </w:p>
        </w:tc>
        <w:tc>
          <w:tcPr>
            <w:tcW w:w="737" w:type="dxa"/>
            <w:tcMar>
              <w:top w:w="80" w:type="dxa"/>
              <w:left w:w="70" w:type="dxa"/>
              <w:bottom w:w="80" w:type="dxa"/>
              <w:right w:w="70" w:type="dxa"/>
            </w:tcMar>
            <w:vAlign w:val="center"/>
          </w:tcPr>
          <w:p w14:paraId="52E6B170" w14:textId="77777777" w:rsidR="00AD0E4F" w:rsidRDefault="00AD0E4F">
            <w:pPr>
              <w:spacing w:before="10" w:after="10" w:line="240" w:lineRule="auto"/>
            </w:pPr>
          </w:p>
        </w:tc>
      </w:tr>
      <w:tr w:rsidR="00AD0E4F" w14:paraId="3E76190B" w14:textId="77777777">
        <w:trPr>
          <w:jc w:val="center"/>
        </w:trPr>
        <w:tc>
          <w:tcPr>
            <w:tcW w:w="2665" w:type="dxa"/>
            <w:tcMar>
              <w:top w:w="80" w:type="dxa"/>
              <w:left w:w="70" w:type="dxa"/>
              <w:bottom w:w="80" w:type="dxa"/>
              <w:right w:w="70" w:type="dxa"/>
            </w:tcMar>
            <w:vAlign w:val="center"/>
          </w:tcPr>
          <w:p w14:paraId="517FA28F" w14:textId="77777777" w:rsidR="00AD0E4F" w:rsidRDefault="008D426B">
            <w:pPr>
              <w:spacing w:before="10" w:after="10" w:line="240" w:lineRule="auto"/>
            </w:pPr>
            <w:r>
              <w:rPr>
                <w:color w:val="000000"/>
                <w:sz w:val="17"/>
              </w:rPr>
              <w:t>複数名訪問(I)30分未満</w:t>
            </w:r>
          </w:p>
        </w:tc>
        <w:tc>
          <w:tcPr>
            <w:tcW w:w="5216" w:type="dxa"/>
            <w:tcMar>
              <w:top w:w="80" w:type="dxa"/>
              <w:left w:w="70" w:type="dxa"/>
              <w:bottom w:w="80" w:type="dxa"/>
              <w:right w:w="70" w:type="dxa"/>
            </w:tcMar>
            <w:vAlign w:val="center"/>
          </w:tcPr>
          <w:p w14:paraId="288C2F47" w14:textId="77777777" w:rsidR="00AD0E4F" w:rsidRDefault="008D426B">
            <w:pPr>
              <w:spacing w:before="10" w:after="10" w:line="240" w:lineRule="auto"/>
              <w:rPr>
                <w:lang w:eastAsia="ja-JP"/>
              </w:rPr>
            </w:pPr>
            <w:r>
              <w:rPr>
                <w:color w:val="000000"/>
                <w:sz w:val="17"/>
                <w:lang w:eastAsia="ja-JP"/>
              </w:rPr>
              <w:t>利用者の状態や安全確保のため、複数の看護職員等が同時に訪問し、30分未満の訪問看護を行う場合です。</w:t>
            </w:r>
          </w:p>
        </w:tc>
        <w:tc>
          <w:tcPr>
            <w:tcW w:w="1701" w:type="dxa"/>
            <w:tcMar>
              <w:top w:w="80" w:type="dxa"/>
              <w:left w:w="70" w:type="dxa"/>
              <w:bottom w:w="80" w:type="dxa"/>
              <w:right w:w="70" w:type="dxa"/>
            </w:tcMar>
            <w:vAlign w:val="center"/>
          </w:tcPr>
          <w:p w14:paraId="24FE7CC7" w14:textId="77777777" w:rsidR="00AD0E4F" w:rsidRDefault="008D426B">
            <w:pPr>
              <w:spacing w:before="10" w:after="10" w:line="240" w:lineRule="auto"/>
            </w:pPr>
            <w:r>
              <w:rPr>
                <w:color w:val="000000"/>
                <w:sz w:val="17"/>
              </w:rPr>
              <w:t>254単位/回</w:t>
            </w:r>
          </w:p>
        </w:tc>
        <w:tc>
          <w:tcPr>
            <w:tcW w:w="737" w:type="dxa"/>
            <w:tcMar>
              <w:top w:w="80" w:type="dxa"/>
              <w:left w:w="70" w:type="dxa"/>
              <w:bottom w:w="80" w:type="dxa"/>
              <w:right w:w="70" w:type="dxa"/>
            </w:tcMar>
            <w:vAlign w:val="center"/>
          </w:tcPr>
          <w:p w14:paraId="5205AACB" w14:textId="77777777" w:rsidR="00AD0E4F" w:rsidRDefault="00AD0E4F">
            <w:pPr>
              <w:spacing w:before="10" w:after="10" w:line="240" w:lineRule="auto"/>
            </w:pPr>
          </w:p>
        </w:tc>
      </w:tr>
      <w:tr w:rsidR="00AD0E4F" w14:paraId="013CE7F3" w14:textId="77777777">
        <w:trPr>
          <w:jc w:val="center"/>
        </w:trPr>
        <w:tc>
          <w:tcPr>
            <w:tcW w:w="2665" w:type="dxa"/>
            <w:tcMar>
              <w:top w:w="80" w:type="dxa"/>
              <w:left w:w="70" w:type="dxa"/>
              <w:bottom w:w="80" w:type="dxa"/>
              <w:right w:w="70" w:type="dxa"/>
            </w:tcMar>
            <w:vAlign w:val="center"/>
          </w:tcPr>
          <w:p w14:paraId="53AB9908" w14:textId="77777777" w:rsidR="00AD0E4F" w:rsidRDefault="008D426B">
            <w:pPr>
              <w:spacing w:before="10" w:after="10" w:line="240" w:lineRule="auto"/>
            </w:pPr>
            <w:r>
              <w:rPr>
                <w:color w:val="000000"/>
                <w:sz w:val="17"/>
              </w:rPr>
              <w:t>複数名訪問(I)30分以上</w:t>
            </w:r>
          </w:p>
        </w:tc>
        <w:tc>
          <w:tcPr>
            <w:tcW w:w="5216" w:type="dxa"/>
            <w:tcMar>
              <w:top w:w="80" w:type="dxa"/>
              <w:left w:w="70" w:type="dxa"/>
              <w:bottom w:w="80" w:type="dxa"/>
              <w:right w:w="70" w:type="dxa"/>
            </w:tcMar>
            <w:vAlign w:val="center"/>
          </w:tcPr>
          <w:p w14:paraId="791AA02B" w14:textId="77777777" w:rsidR="00AD0E4F" w:rsidRDefault="008D426B">
            <w:pPr>
              <w:spacing w:before="10" w:after="10" w:line="240" w:lineRule="auto"/>
              <w:rPr>
                <w:lang w:eastAsia="ja-JP"/>
              </w:rPr>
            </w:pPr>
            <w:r>
              <w:rPr>
                <w:color w:val="000000"/>
                <w:sz w:val="17"/>
                <w:lang w:eastAsia="ja-JP"/>
              </w:rPr>
              <w:t>医療処置の安全確保や身体介助などの必要性があり、複数の看護職員等が同時に30分以上の訪問看護を行う場合です。</w:t>
            </w:r>
          </w:p>
        </w:tc>
        <w:tc>
          <w:tcPr>
            <w:tcW w:w="1701" w:type="dxa"/>
            <w:tcMar>
              <w:top w:w="80" w:type="dxa"/>
              <w:left w:w="70" w:type="dxa"/>
              <w:bottom w:w="80" w:type="dxa"/>
              <w:right w:w="70" w:type="dxa"/>
            </w:tcMar>
            <w:vAlign w:val="center"/>
          </w:tcPr>
          <w:p w14:paraId="0D7F90C7" w14:textId="77777777" w:rsidR="00AD0E4F" w:rsidRDefault="008D426B">
            <w:pPr>
              <w:spacing w:before="10" w:after="10" w:line="240" w:lineRule="auto"/>
            </w:pPr>
            <w:r>
              <w:rPr>
                <w:color w:val="000000"/>
                <w:sz w:val="17"/>
              </w:rPr>
              <w:t>402単位/回</w:t>
            </w:r>
          </w:p>
        </w:tc>
        <w:tc>
          <w:tcPr>
            <w:tcW w:w="737" w:type="dxa"/>
            <w:tcMar>
              <w:top w:w="80" w:type="dxa"/>
              <w:left w:w="70" w:type="dxa"/>
              <w:bottom w:w="80" w:type="dxa"/>
              <w:right w:w="70" w:type="dxa"/>
            </w:tcMar>
            <w:vAlign w:val="center"/>
          </w:tcPr>
          <w:p w14:paraId="71E1DF35" w14:textId="77777777" w:rsidR="00AD0E4F" w:rsidRDefault="00AD0E4F">
            <w:pPr>
              <w:spacing w:before="10" w:after="10" w:line="240" w:lineRule="auto"/>
            </w:pPr>
          </w:p>
        </w:tc>
      </w:tr>
      <w:tr w:rsidR="00AD0E4F" w14:paraId="07590A21" w14:textId="77777777">
        <w:trPr>
          <w:jc w:val="center"/>
        </w:trPr>
        <w:tc>
          <w:tcPr>
            <w:tcW w:w="2665" w:type="dxa"/>
            <w:tcMar>
              <w:top w:w="80" w:type="dxa"/>
              <w:left w:w="70" w:type="dxa"/>
              <w:bottom w:w="80" w:type="dxa"/>
              <w:right w:w="70" w:type="dxa"/>
            </w:tcMar>
            <w:vAlign w:val="center"/>
          </w:tcPr>
          <w:p w14:paraId="189AF3C7" w14:textId="77777777" w:rsidR="00AD0E4F" w:rsidRDefault="008D426B">
            <w:pPr>
              <w:spacing w:before="10" w:after="10" w:line="240" w:lineRule="auto"/>
            </w:pPr>
            <w:r>
              <w:rPr>
                <w:color w:val="000000"/>
                <w:sz w:val="17"/>
              </w:rPr>
              <w:lastRenderedPageBreak/>
              <w:t>複数名訪問(II)30分未満</w:t>
            </w:r>
          </w:p>
        </w:tc>
        <w:tc>
          <w:tcPr>
            <w:tcW w:w="5216" w:type="dxa"/>
            <w:tcMar>
              <w:top w:w="80" w:type="dxa"/>
              <w:left w:w="70" w:type="dxa"/>
              <w:bottom w:w="80" w:type="dxa"/>
              <w:right w:w="70" w:type="dxa"/>
            </w:tcMar>
            <w:vAlign w:val="center"/>
          </w:tcPr>
          <w:p w14:paraId="0B86CA00" w14:textId="77777777" w:rsidR="00AD0E4F" w:rsidRDefault="008D426B">
            <w:pPr>
              <w:spacing w:before="10" w:after="10" w:line="240" w:lineRule="auto"/>
              <w:rPr>
                <w:lang w:eastAsia="ja-JP"/>
              </w:rPr>
            </w:pPr>
            <w:r>
              <w:rPr>
                <w:color w:val="000000"/>
                <w:sz w:val="17"/>
                <w:lang w:eastAsia="ja-JP"/>
              </w:rPr>
              <w:t>看護職員と看護補助者などが同時に訪問し、必要な介助や安全確保を行いながら30分未満の訪問看護を提供する場合です。</w:t>
            </w:r>
          </w:p>
        </w:tc>
        <w:tc>
          <w:tcPr>
            <w:tcW w:w="1701" w:type="dxa"/>
            <w:tcMar>
              <w:top w:w="80" w:type="dxa"/>
              <w:left w:w="70" w:type="dxa"/>
              <w:bottom w:w="80" w:type="dxa"/>
              <w:right w:w="70" w:type="dxa"/>
            </w:tcMar>
            <w:vAlign w:val="center"/>
          </w:tcPr>
          <w:p w14:paraId="4D002386" w14:textId="77777777" w:rsidR="00AD0E4F" w:rsidRDefault="008D426B">
            <w:pPr>
              <w:spacing w:before="10" w:after="10" w:line="240" w:lineRule="auto"/>
            </w:pPr>
            <w:r>
              <w:rPr>
                <w:color w:val="000000"/>
                <w:sz w:val="17"/>
              </w:rPr>
              <w:t>201単位/回</w:t>
            </w:r>
          </w:p>
        </w:tc>
        <w:tc>
          <w:tcPr>
            <w:tcW w:w="737" w:type="dxa"/>
            <w:tcMar>
              <w:top w:w="80" w:type="dxa"/>
              <w:left w:w="70" w:type="dxa"/>
              <w:bottom w:w="80" w:type="dxa"/>
              <w:right w:w="70" w:type="dxa"/>
            </w:tcMar>
            <w:vAlign w:val="center"/>
          </w:tcPr>
          <w:p w14:paraId="195FB2BF" w14:textId="77777777" w:rsidR="00AD0E4F" w:rsidRDefault="00AD0E4F">
            <w:pPr>
              <w:spacing w:before="10" w:after="10" w:line="240" w:lineRule="auto"/>
            </w:pPr>
          </w:p>
        </w:tc>
      </w:tr>
      <w:tr w:rsidR="00AD0E4F" w14:paraId="3738AB71" w14:textId="77777777">
        <w:trPr>
          <w:jc w:val="center"/>
        </w:trPr>
        <w:tc>
          <w:tcPr>
            <w:tcW w:w="2665" w:type="dxa"/>
            <w:tcMar>
              <w:top w:w="80" w:type="dxa"/>
              <w:left w:w="70" w:type="dxa"/>
              <w:bottom w:w="80" w:type="dxa"/>
              <w:right w:w="70" w:type="dxa"/>
            </w:tcMar>
            <w:vAlign w:val="center"/>
          </w:tcPr>
          <w:p w14:paraId="7DE64510" w14:textId="77777777" w:rsidR="00352484" w:rsidRDefault="00352484">
            <w:pPr>
              <w:spacing w:before="10" w:after="10" w:line="240" w:lineRule="auto"/>
              <w:rPr>
                <w:color w:val="000000"/>
                <w:sz w:val="17"/>
                <w:lang w:eastAsia="ja-JP"/>
              </w:rPr>
            </w:pPr>
          </w:p>
          <w:p w14:paraId="05F4760B" w14:textId="77777777" w:rsidR="00AD0E4F" w:rsidRDefault="008D426B">
            <w:pPr>
              <w:spacing w:before="10" w:after="10" w:line="240" w:lineRule="auto"/>
            </w:pPr>
            <w:r>
              <w:rPr>
                <w:color w:val="000000"/>
                <w:sz w:val="17"/>
              </w:rPr>
              <w:t>複数名訪問(II)30分以上</w:t>
            </w:r>
          </w:p>
        </w:tc>
        <w:tc>
          <w:tcPr>
            <w:tcW w:w="5216" w:type="dxa"/>
            <w:tcMar>
              <w:top w:w="80" w:type="dxa"/>
              <w:left w:w="70" w:type="dxa"/>
              <w:bottom w:w="80" w:type="dxa"/>
              <w:right w:w="70" w:type="dxa"/>
            </w:tcMar>
            <w:vAlign w:val="center"/>
          </w:tcPr>
          <w:p w14:paraId="0E6147F6" w14:textId="77777777" w:rsidR="00E16FC9" w:rsidRDefault="00E16FC9">
            <w:pPr>
              <w:spacing w:before="10" w:after="10" w:line="240" w:lineRule="auto"/>
              <w:rPr>
                <w:color w:val="000000"/>
                <w:sz w:val="17"/>
                <w:lang w:eastAsia="ja-JP"/>
              </w:rPr>
            </w:pPr>
          </w:p>
          <w:p w14:paraId="4512522D" w14:textId="77777777" w:rsidR="00AD0E4F" w:rsidRDefault="008D426B">
            <w:pPr>
              <w:spacing w:before="10" w:after="10" w:line="240" w:lineRule="auto"/>
              <w:rPr>
                <w:lang w:eastAsia="ja-JP"/>
              </w:rPr>
            </w:pPr>
            <w:r>
              <w:rPr>
                <w:color w:val="000000"/>
                <w:sz w:val="17"/>
                <w:lang w:eastAsia="ja-JP"/>
              </w:rPr>
              <w:t>看護職員と看護補助者などが協力し、利用者の状態に応じて30分以上の訪問看護と必要な補助を同時に行う場合です。</w:t>
            </w:r>
          </w:p>
        </w:tc>
        <w:tc>
          <w:tcPr>
            <w:tcW w:w="1701" w:type="dxa"/>
            <w:tcMar>
              <w:top w:w="80" w:type="dxa"/>
              <w:left w:w="70" w:type="dxa"/>
              <w:bottom w:w="80" w:type="dxa"/>
              <w:right w:w="70" w:type="dxa"/>
            </w:tcMar>
            <w:vAlign w:val="center"/>
          </w:tcPr>
          <w:p w14:paraId="6AE76FD2" w14:textId="77777777" w:rsidR="00E16FC9" w:rsidRDefault="00E16FC9">
            <w:pPr>
              <w:spacing w:before="10" w:after="10" w:line="240" w:lineRule="auto"/>
              <w:rPr>
                <w:color w:val="000000"/>
                <w:sz w:val="17"/>
                <w:lang w:eastAsia="ja-JP"/>
              </w:rPr>
            </w:pPr>
          </w:p>
          <w:p w14:paraId="4BB9C592" w14:textId="77777777" w:rsidR="00AD0E4F" w:rsidRDefault="008D426B">
            <w:pPr>
              <w:spacing w:before="10" w:after="10" w:line="240" w:lineRule="auto"/>
            </w:pPr>
            <w:r>
              <w:rPr>
                <w:color w:val="000000"/>
                <w:sz w:val="17"/>
              </w:rPr>
              <w:t>317単位/回</w:t>
            </w:r>
          </w:p>
        </w:tc>
        <w:tc>
          <w:tcPr>
            <w:tcW w:w="737" w:type="dxa"/>
            <w:tcMar>
              <w:top w:w="80" w:type="dxa"/>
              <w:left w:w="70" w:type="dxa"/>
              <w:bottom w:w="80" w:type="dxa"/>
              <w:right w:w="70" w:type="dxa"/>
            </w:tcMar>
            <w:vAlign w:val="center"/>
          </w:tcPr>
          <w:p w14:paraId="30DD5CAA" w14:textId="77777777" w:rsidR="00AD0E4F" w:rsidRDefault="00AD0E4F">
            <w:pPr>
              <w:spacing w:before="10" w:after="10" w:line="240" w:lineRule="auto"/>
            </w:pPr>
          </w:p>
        </w:tc>
      </w:tr>
      <w:tr w:rsidR="00AD0E4F" w14:paraId="292363D1" w14:textId="77777777">
        <w:trPr>
          <w:jc w:val="center"/>
        </w:trPr>
        <w:tc>
          <w:tcPr>
            <w:tcW w:w="2665" w:type="dxa"/>
            <w:tcMar>
              <w:top w:w="80" w:type="dxa"/>
              <w:left w:w="70" w:type="dxa"/>
              <w:bottom w:w="80" w:type="dxa"/>
              <w:right w:w="70" w:type="dxa"/>
            </w:tcMar>
            <w:vAlign w:val="center"/>
          </w:tcPr>
          <w:p w14:paraId="1415E50C" w14:textId="77777777" w:rsidR="00AD0E4F" w:rsidRDefault="008D426B">
            <w:pPr>
              <w:spacing w:before="10" w:after="10" w:line="240" w:lineRule="auto"/>
            </w:pPr>
            <w:r>
              <w:rPr>
                <w:color w:val="000000"/>
                <w:sz w:val="17"/>
              </w:rPr>
              <w:t>ターミナルケア加算</w:t>
            </w:r>
          </w:p>
        </w:tc>
        <w:tc>
          <w:tcPr>
            <w:tcW w:w="5216" w:type="dxa"/>
            <w:tcMar>
              <w:top w:w="80" w:type="dxa"/>
              <w:left w:w="70" w:type="dxa"/>
              <w:bottom w:w="80" w:type="dxa"/>
              <w:right w:w="70" w:type="dxa"/>
            </w:tcMar>
            <w:vAlign w:val="center"/>
          </w:tcPr>
          <w:p w14:paraId="2700AC6B" w14:textId="77777777" w:rsidR="00AD0E4F" w:rsidRDefault="008D426B">
            <w:pPr>
              <w:spacing w:before="10" w:after="10" w:line="240" w:lineRule="auto"/>
              <w:rPr>
                <w:lang w:eastAsia="ja-JP"/>
              </w:rPr>
            </w:pPr>
            <w:r>
              <w:rPr>
                <w:color w:val="000000"/>
                <w:sz w:val="17"/>
                <w:lang w:eastAsia="ja-JP"/>
              </w:rPr>
              <w:t>在宅で最期を迎える方に、本人・家族の希望と主治医の指示を踏まえ、症状緩和、意思決定支援、看取りのケアを行う場合です。</w:t>
            </w:r>
          </w:p>
        </w:tc>
        <w:tc>
          <w:tcPr>
            <w:tcW w:w="1701" w:type="dxa"/>
            <w:tcMar>
              <w:top w:w="80" w:type="dxa"/>
              <w:left w:w="70" w:type="dxa"/>
              <w:bottom w:w="80" w:type="dxa"/>
              <w:right w:w="70" w:type="dxa"/>
            </w:tcMar>
            <w:vAlign w:val="center"/>
          </w:tcPr>
          <w:p w14:paraId="5FE33B0B" w14:textId="77777777" w:rsidR="00AD0E4F" w:rsidRDefault="008D426B">
            <w:pPr>
              <w:spacing w:before="10" w:after="10" w:line="240" w:lineRule="auto"/>
            </w:pPr>
            <w:r>
              <w:rPr>
                <w:color w:val="000000"/>
                <w:sz w:val="17"/>
              </w:rPr>
              <w:t>2,500単位</w:t>
            </w:r>
          </w:p>
        </w:tc>
        <w:tc>
          <w:tcPr>
            <w:tcW w:w="737" w:type="dxa"/>
            <w:tcMar>
              <w:top w:w="80" w:type="dxa"/>
              <w:left w:w="70" w:type="dxa"/>
              <w:bottom w:w="80" w:type="dxa"/>
              <w:right w:w="70" w:type="dxa"/>
            </w:tcMar>
            <w:vAlign w:val="center"/>
          </w:tcPr>
          <w:p w14:paraId="2B5CFB5A" w14:textId="77777777" w:rsidR="00AD0E4F" w:rsidRDefault="00AD0E4F">
            <w:pPr>
              <w:spacing w:before="10" w:after="10" w:line="240" w:lineRule="auto"/>
            </w:pPr>
          </w:p>
        </w:tc>
      </w:tr>
      <w:tr w:rsidR="00AD0E4F" w14:paraId="51AB94F0" w14:textId="77777777">
        <w:trPr>
          <w:jc w:val="center"/>
        </w:trPr>
        <w:tc>
          <w:tcPr>
            <w:tcW w:w="2665" w:type="dxa"/>
            <w:tcMar>
              <w:top w:w="80" w:type="dxa"/>
              <w:left w:w="70" w:type="dxa"/>
              <w:bottom w:w="80" w:type="dxa"/>
              <w:right w:w="70" w:type="dxa"/>
            </w:tcMar>
            <w:vAlign w:val="center"/>
          </w:tcPr>
          <w:p w14:paraId="4DB924A3" w14:textId="77777777" w:rsidR="00AD0E4F" w:rsidRDefault="008D426B">
            <w:pPr>
              <w:spacing w:before="10" w:after="10" w:line="240" w:lineRule="auto"/>
            </w:pPr>
            <w:r>
              <w:rPr>
                <w:color w:val="000000"/>
                <w:sz w:val="17"/>
              </w:rPr>
              <w:t>遠隔死亡診断補助加算</w:t>
            </w:r>
          </w:p>
        </w:tc>
        <w:tc>
          <w:tcPr>
            <w:tcW w:w="5216" w:type="dxa"/>
            <w:tcMar>
              <w:top w:w="80" w:type="dxa"/>
              <w:left w:w="70" w:type="dxa"/>
              <w:bottom w:w="80" w:type="dxa"/>
              <w:right w:w="70" w:type="dxa"/>
            </w:tcMar>
            <w:vAlign w:val="center"/>
          </w:tcPr>
          <w:p w14:paraId="52BF67A4" w14:textId="77777777" w:rsidR="00AD0E4F" w:rsidRDefault="008D426B">
            <w:pPr>
              <w:spacing w:before="10" w:after="10" w:line="240" w:lineRule="auto"/>
              <w:rPr>
                <w:lang w:eastAsia="ja-JP"/>
              </w:rPr>
            </w:pPr>
            <w:r>
              <w:rPr>
                <w:color w:val="000000"/>
                <w:sz w:val="17"/>
                <w:lang w:eastAsia="ja-JP"/>
              </w:rPr>
              <w:t>医師による情報通信機器を用いた死亡診断に際して、必要な研修を修了した看護師が現地で所定の診療補助を行う場合です。</w:t>
            </w:r>
          </w:p>
        </w:tc>
        <w:tc>
          <w:tcPr>
            <w:tcW w:w="1701" w:type="dxa"/>
            <w:tcMar>
              <w:top w:w="80" w:type="dxa"/>
              <w:left w:w="70" w:type="dxa"/>
              <w:bottom w:w="80" w:type="dxa"/>
              <w:right w:w="70" w:type="dxa"/>
            </w:tcMar>
            <w:vAlign w:val="center"/>
          </w:tcPr>
          <w:p w14:paraId="13F7E409" w14:textId="77777777" w:rsidR="00AD0E4F" w:rsidRDefault="008D426B">
            <w:pPr>
              <w:spacing w:before="10" w:after="10" w:line="240" w:lineRule="auto"/>
            </w:pPr>
            <w:r>
              <w:rPr>
                <w:color w:val="000000"/>
                <w:sz w:val="17"/>
              </w:rPr>
              <w:t>150単位</w:t>
            </w:r>
          </w:p>
        </w:tc>
        <w:tc>
          <w:tcPr>
            <w:tcW w:w="737" w:type="dxa"/>
            <w:tcMar>
              <w:top w:w="80" w:type="dxa"/>
              <w:left w:w="70" w:type="dxa"/>
              <w:bottom w:w="80" w:type="dxa"/>
              <w:right w:w="70" w:type="dxa"/>
            </w:tcMar>
            <w:vAlign w:val="center"/>
          </w:tcPr>
          <w:p w14:paraId="27F3DE80" w14:textId="77777777" w:rsidR="00AD0E4F" w:rsidRDefault="00AD0E4F">
            <w:pPr>
              <w:spacing w:before="10" w:after="10" w:line="240" w:lineRule="auto"/>
            </w:pPr>
          </w:p>
        </w:tc>
      </w:tr>
    </w:tbl>
    <w:p w14:paraId="3E7D9D1F" w14:textId="77777777" w:rsidR="00AD0E4F" w:rsidRDefault="008D426B">
      <w:pPr>
        <w:spacing w:after="20" w:line="240" w:lineRule="auto"/>
        <w:rPr>
          <w:lang w:eastAsia="ja-JP"/>
        </w:rPr>
      </w:pPr>
      <w:r>
        <w:rPr>
          <w:color w:val="000000"/>
          <w:sz w:val="28"/>
          <w:lang w:eastAsia="ja-JP"/>
        </w:rPr>
        <w:t>09 介護保険の利用例・算定上の注意</w:t>
      </w:r>
    </w:p>
    <w:p w14:paraId="7401713F" w14:textId="77777777" w:rsidR="00AD0E4F" w:rsidRDefault="00AD0E4F">
      <w:pPr>
        <w:pBdr>
          <w:bottom w:val="single" w:sz="8" w:space="1" w:color="777777"/>
        </w:pBdr>
        <w:spacing w:before="20" w:after="0" w:line="240" w:lineRule="auto"/>
        <w:rPr>
          <w:lang w:eastAsia="ja-JP"/>
        </w:rPr>
      </w:pPr>
    </w:p>
    <w:p w14:paraId="7662668F" w14:textId="77777777" w:rsidR="00AD0E4F" w:rsidRDefault="008D426B">
      <w:pPr>
        <w:rPr>
          <w:lang w:eastAsia="ja-JP"/>
        </w:rPr>
      </w:pPr>
      <w:r>
        <w:rPr>
          <w:color w:val="000000"/>
          <w:sz w:val="17"/>
          <w:lang w:eastAsia="ja-JP"/>
        </w:rPr>
        <w:t>※以下の例には、介護職員等処遇改善加算（1.8%）を含みません。届出・算定要件を満たす場合は別途加算されます。</w:t>
      </w:r>
    </w:p>
    <w:p w14:paraId="380572B6" w14:textId="77777777" w:rsidR="00AD0E4F" w:rsidRDefault="008D426B">
      <w:pPr>
        <w:spacing w:after="40" w:line="240" w:lineRule="auto"/>
        <w:rPr>
          <w:lang w:eastAsia="ja-JP"/>
        </w:rPr>
      </w:pPr>
      <w:r>
        <w:rPr>
          <w:color w:val="000000"/>
          <w:sz w:val="17"/>
          <w:lang w:eastAsia="ja-JP"/>
        </w:rPr>
        <w:t>月額イメージ - 要介護・30-60分の定期訪問</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948"/>
        <w:gridCol w:w="1020"/>
        <w:gridCol w:w="1701"/>
        <w:gridCol w:w="1531"/>
        <w:gridCol w:w="1531"/>
        <w:gridCol w:w="1587"/>
      </w:tblGrid>
      <w:tr w:rsidR="00AD0E4F" w14:paraId="02DD59BB" w14:textId="77777777">
        <w:trPr>
          <w:tblHeader/>
          <w:jc w:val="center"/>
        </w:trPr>
        <w:tc>
          <w:tcPr>
            <w:tcW w:w="2948" w:type="dxa"/>
            <w:shd w:val="clear" w:color="auto" w:fill="4A4A4A"/>
            <w:tcMar>
              <w:top w:w="45" w:type="dxa"/>
              <w:left w:w="100" w:type="dxa"/>
              <w:bottom w:w="45" w:type="dxa"/>
              <w:right w:w="100" w:type="dxa"/>
            </w:tcMar>
            <w:vAlign w:val="center"/>
          </w:tcPr>
          <w:p w14:paraId="440E8636" w14:textId="77777777" w:rsidR="00AD0E4F" w:rsidRDefault="008D426B">
            <w:pPr>
              <w:spacing w:after="0" w:line="240" w:lineRule="auto"/>
              <w:jc w:val="center"/>
            </w:pPr>
            <w:r>
              <w:rPr>
                <w:color w:val="FFFFFF"/>
                <w:sz w:val="17"/>
              </w:rPr>
              <w:t>利用例</w:t>
            </w:r>
          </w:p>
        </w:tc>
        <w:tc>
          <w:tcPr>
            <w:tcW w:w="1020" w:type="dxa"/>
            <w:shd w:val="clear" w:color="auto" w:fill="4A4A4A"/>
            <w:tcMar>
              <w:top w:w="45" w:type="dxa"/>
              <w:left w:w="100" w:type="dxa"/>
              <w:bottom w:w="45" w:type="dxa"/>
              <w:right w:w="100" w:type="dxa"/>
            </w:tcMar>
            <w:vAlign w:val="center"/>
          </w:tcPr>
          <w:p w14:paraId="7C3F9424" w14:textId="77777777" w:rsidR="00AD0E4F" w:rsidRDefault="008D426B">
            <w:pPr>
              <w:spacing w:after="0" w:line="240" w:lineRule="auto"/>
              <w:jc w:val="center"/>
            </w:pPr>
            <w:r>
              <w:rPr>
                <w:color w:val="FFFFFF"/>
                <w:sz w:val="17"/>
              </w:rPr>
              <w:t>単位</w:t>
            </w:r>
          </w:p>
        </w:tc>
        <w:tc>
          <w:tcPr>
            <w:tcW w:w="1701" w:type="dxa"/>
            <w:shd w:val="clear" w:color="auto" w:fill="4A4A4A"/>
            <w:tcMar>
              <w:top w:w="45" w:type="dxa"/>
              <w:left w:w="100" w:type="dxa"/>
              <w:bottom w:w="45" w:type="dxa"/>
              <w:right w:w="100" w:type="dxa"/>
            </w:tcMar>
            <w:vAlign w:val="center"/>
          </w:tcPr>
          <w:p w14:paraId="2E2310B5" w14:textId="77777777" w:rsidR="00AD0E4F" w:rsidRDefault="008D426B">
            <w:pPr>
              <w:spacing w:after="0" w:line="240" w:lineRule="auto"/>
              <w:jc w:val="center"/>
            </w:pPr>
            <w:r>
              <w:rPr>
                <w:color w:val="FFFFFF"/>
                <w:sz w:val="17"/>
              </w:rPr>
              <w:t>全額</w:t>
            </w:r>
          </w:p>
        </w:tc>
        <w:tc>
          <w:tcPr>
            <w:tcW w:w="1531" w:type="dxa"/>
            <w:shd w:val="clear" w:color="auto" w:fill="4A4A4A"/>
            <w:tcMar>
              <w:top w:w="45" w:type="dxa"/>
              <w:left w:w="100" w:type="dxa"/>
              <w:bottom w:w="45" w:type="dxa"/>
              <w:right w:w="100" w:type="dxa"/>
            </w:tcMar>
            <w:vAlign w:val="center"/>
          </w:tcPr>
          <w:p w14:paraId="1244AB53" w14:textId="77777777" w:rsidR="00AD0E4F" w:rsidRDefault="008D426B">
            <w:pPr>
              <w:spacing w:after="0" w:line="240" w:lineRule="auto"/>
              <w:jc w:val="center"/>
            </w:pPr>
            <w:r>
              <w:rPr>
                <w:color w:val="FFFFFF"/>
                <w:sz w:val="17"/>
              </w:rPr>
              <w:t>1割</w:t>
            </w:r>
          </w:p>
        </w:tc>
        <w:tc>
          <w:tcPr>
            <w:tcW w:w="1531" w:type="dxa"/>
            <w:shd w:val="clear" w:color="auto" w:fill="4A4A4A"/>
            <w:tcMar>
              <w:top w:w="45" w:type="dxa"/>
              <w:left w:w="100" w:type="dxa"/>
              <w:bottom w:w="45" w:type="dxa"/>
              <w:right w:w="100" w:type="dxa"/>
            </w:tcMar>
            <w:vAlign w:val="center"/>
          </w:tcPr>
          <w:p w14:paraId="6F6D5223" w14:textId="77777777" w:rsidR="00AD0E4F" w:rsidRDefault="008D426B">
            <w:pPr>
              <w:spacing w:after="0" w:line="240" w:lineRule="auto"/>
              <w:jc w:val="center"/>
            </w:pPr>
            <w:r>
              <w:rPr>
                <w:color w:val="FFFFFF"/>
                <w:sz w:val="17"/>
              </w:rPr>
              <w:t>2割</w:t>
            </w:r>
          </w:p>
        </w:tc>
        <w:tc>
          <w:tcPr>
            <w:tcW w:w="1587" w:type="dxa"/>
            <w:shd w:val="clear" w:color="auto" w:fill="4A4A4A"/>
            <w:tcMar>
              <w:top w:w="45" w:type="dxa"/>
              <w:left w:w="100" w:type="dxa"/>
              <w:bottom w:w="45" w:type="dxa"/>
              <w:right w:w="100" w:type="dxa"/>
            </w:tcMar>
            <w:vAlign w:val="center"/>
          </w:tcPr>
          <w:p w14:paraId="4FF4F164" w14:textId="77777777" w:rsidR="00AD0E4F" w:rsidRDefault="008D426B">
            <w:pPr>
              <w:spacing w:after="0" w:line="240" w:lineRule="auto"/>
              <w:jc w:val="center"/>
            </w:pPr>
            <w:r>
              <w:rPr>
                <w:color w:val="FFFFFF"/>
                <w:sz w:val="17"/>
              </w:rPr>
              <w:t>3割</w:t>
            </w:r>
          </w:p>
        </w:tc>
      </w:tr>
      <w:tr w:rsidR="00AD0E4F" w14:paraId="7A78F9CD" w14:textId="77777777">
        <w:trPr>
          <w:jc w:val="center"/>
        </w:trPr>
        <w:tc>
          <w:tcPr>
            <w:tcW w:w="2948" w:type="dxa"/>
            <w:tcMar>
              <w:top w:w="45" w:type="dxa"/>
              <w:left w:w="100" w:type="dxa"/>
              <w:bottom w:w="45" w:type="dxa"/>
              <w:right w:w="100" w:type="dxa"/>
            </w:tcMar>
            <w:vAlign w:val="center"/>
          </w:tcPr>
          <w:p w14:paraId="00C80A98" w14:textId="77777777" w:rsidR="00AD0E4F" w:rsidRDefault="008D426B">
            <w:pPr>
              <w:spacing w:after="0" w:line="240" w:lineRule="auto"/>
            </w:pPr>
            <w:r>
              <w:rPr>
                <w:color w:val="000000"/>
                <w:sz w:val="17"/>
              </w:rPr>
              <w:t>週1回・月4回</w:t>
            </w:r>
          </w:p>
        </w:tc>
        <w:tc>
          <w:tcPr>
            <w:tcW w:w="1020" w:type="dxa"/>
            <w:tcMar>
              <w:top w:w="45" w:type="dxa"/>
              <w:left w:w="100" w:type="dxa"/>
              <w:bottom w:w="45" w:type="dxa"/>
              <w:right w:w="100" w:type="dxa"/>
            </w:tcMar>
            <w:vAlign w:val="center"/>
          </w:tcPr>
          <w:p w14:paraId="154B0A6B" w14:textId="77777777" w:rsidR="00AD0E4F" w:rsidRDefault="008D426B">
            <w:pPr>
              <w:spacing w:after="0" w:line="240" w:lineRule="auto"/>
            </w:pPr>
            <w:r>
              <w:rPr>
                <w:color w:val="000000"/>
                <w:sz w:val="17"/>
              </w:rPr>
              <w:t>3,292</w:t>
            </w:r>
          </w:p>
        </w:tc>
        <w:tc>
          <w:tcPr>
            <w:tcW w:w="1701" w:type="dxa"/>
            <w:tcMar>
              <w:top w:w="45" w:type="dxa"/>
              <w:left w:w="100" w:type="dxa"/>
              <w:bottom w:w="45" w:type="dxa"/>
              <w:right w:w="100" w:type="dxa"/>
            </w:tcMar>
            <w:vAlign w:val="center"/>
          </w:tcPr>
          <w:p w14:paraId="7ADB60E3" w14:textId="77777777" w:rsidR="00AD0E4F" w:rsidRDefault="008D426B">
            <w:pPr>
              <w:spacing w:after="0" w:line="240" w:lineRule="auto"/>
            </w:pPr>
            <w:r>
              <w:rPr>
                <w:color w:val="000000"/>
                <w:sz w:val="17"/>
              </w:rPr>
              <w:t>33,611円</w:t>
            </w:r>
          </w:p>
        </w:tc>
        <w:tc>
          <w:tcPr>
            <w:tcW w:w="1531" w:type="dxa"/>
            <w:tcMar>
              <w:top w:w="45" w:type="dxa"/>
              <w:left w:w="100" w:type="dxa"/>
              <w:bottom w:w="45" w:type="dxa"/>
              <w:right w:w="100" w:type="dxa"/>
            </w:tcMar>
            <w:vAlign w:val="center"/>
          </w:tcPr>
          <w:p w14:paraId="4D20D01E" w14:textId="77777777" w:rsidR="00AD0E4F" w:rsidRDefault="008D426B">
            <w:pPr>
              <w:spacing w:after="0" w:line="240" w:lineRule="auto"/>
            </w:pPr>
            <w:r>
              <w:rPr>
                <w:color w:val="000000"/>
                <w:sz w:val="17"/>
              </w:rPr>
              <w:t>3,362円</w:t>
            </w:r>
          </w:p>
        </w:tc>
        <w:tc>
          <w:tcPr>
            <w:tcW w:w="1531" w:type="dxa"/>
            <w:tcMar>
              <w:top w:w="45" w:type="dxa"/>
              <w:left w:w="100" w:type="dxa"/>
              <w:bottom w:w="45" w:type="dxa"/>
              <w:right w:w="100" w:type="dxa"/>
            </w:tcMar>
            <w:vAlign w:val="center"/>
          </w:tcPr>
          <w:p w14:paraId="7EDCF147" w14:textId="77777777" w:rsidR="00AD0E4F" w:rsidRDefault="008D426B">
            <w:pPr>
              <w:spacing w:after="0" w:line="240" w:lineRule="auto"/>
            </w:pPr>
            <w:r>
              <w:rPr>
                <w:color w:val="000000"/>
                <w:sz w:val="17"/>
              </w:rPr>
              <w:t>6,723円</w:t>
            </w:r>
          </w:p>
        </w:tc>
        <w:tc>
          <w:tcPr>
            <w:tcW w:w="1587" w:type="dxa"/>
            <w:tcMar>
              <w:top w:w="45" w:type="dxa"/>
              <w:left w:w="100" w:type="dxa"/>
              <w:bottom w:w="45" w:type="dxa"/>
              <w:right w:w="100" w:type="dxa"/>
            </w:tcMar>
            <w:vAlign w:val="center"/>
          </w:tcPr>
          <w:p w14:paraId="7D211D96" w14:textId="77777777" w:rsidR="00AD0E4F" w:rsidRDefault="008D426B">
            <w:pPr>
              <w:spacing w:after="0" w:line="240" w:lineRule="auto"/>
            </w:pPr>
            <w:r>
              <w:rPr>
                <w:color w:val="000000"/>
                <w:sz w:val="17"/>
              </w:rPr>
              <w:t>10,084円</w:t>
            </w:r>
          </w:p>
        </w:tc>
      </w:tr>
      <w:tr w:rsidR="00AD0E4F" w14:paraId="28674238" w14:textId="77777777">
        <w:trPr>
          <w:jc w:val="center"/>
        </w:trPr>
        <w:tc>
          <w:tcPr>
            <w:tcW w:w="2948" w:type="dxa"/>
            <w:tcMar>
              <w:top w:w="45" w:type="dxa"/>
              <w:left w:w="100" w:type="dxa"/>
              <w:bottom w:w="45" w:type="dxa"/>
              <w:right w:w="100" w:type="dxa"/>
            </w:tcMar>
            <w:vAlign w:val="center"/>
          </w:tcPr>
          <w:p w14:paraId="0E14267C" w14:textId="77777777" w:rsidR="00AD0E4F" w:rsidRDefault="008D426B">
            <w:pPr>
              <w:spacing w:after="0" w:line="240" w:lineRule="auto"/>
            </w:pPr>
            <w:r>
              <w:rPr>
                <w:color w:val="000000"/>
                <w:sz w:val="17"/>
              </w:rPr>
              <w:t>週2回・月8回</w:t>
            </w:r>
          </w:p>
        </w:tc>
        <w:tc>
          <w:tcPr>
            <w:tcW w:w="1020" w:type="dxa"/>
            <w:tcMar>
              <w:top w:w="45" w:type="dxa"/>
              <w:left w:w="100" w:type="dxa"/>
              <w:bottom w:w="45" w:type="dxa"/>
              <w:right w:w="100" w:type="dxa"/>
            </w:tcMar>
            <w:vAlign w:val="center"/>
          </w:tcPr>
          <w:p w14:paraId="36152403" w14:textId="77777777" w:rsidR="00AD0E4F" w:rsidRDefault="008D426B">
            <w:pPr>
              <w:spacing w:after="0" w:line="240" w:lineRule="auto"/>
            </w:pPr>
            <w:r>
              <w:rPr>
                <w:color w:val="000000"/>
                <w:sz w:val="17"/>
              </w:rPr>
              <w:t>6,584</w:t>
            </w:r>
          </w:p>
        </w:tc>
        <w:tc>
          <w:tcPr>
            <w:tcW w:w="1701" w:type="dxa"/>
            <w:tcMar>
              <w:top w:w="45" w:type="dxa"/>
              <w:left w:w="100" w:type="dxa"/>
              <w:bottom w:w="45" w:type="dxa"/>
              <w:right w:w="100" w:type="dxa"/>
            </w:tcMar>
            <w:vAlign w:val="center"/>
          </w:tcPr>
          <w:p w14:paraId="64134D12" w14:textId="77777777" w:rsidR="00AD0E4F" w:rsidRDefault="008D426B">
            <w:pPr>
              <w:spacing w:after="0" w:line="240" w:lineRule="auto"/>
            </w:pPr>
            <w:r>
              <w:rPr>
                <w:color w:val="000000"/>
                <w:sz w:val="17"/>
              </w:rPr>
              <w:t>67,222円</w:t>
            </w:r>
          </w:p>
        </w:tc>
        <w:tc>
          <w:tcPr>
            <w:tcW w:w="1531" w:type="dxa"/>
            <w:tcMar>
              <w:top w:w="45" w:type="dxa"/>
              <w:left w:w="100" w:type="dxa"/>
              <w:bottom w:w="45" w:type="dxa"/>
              <w:right w:w="100" w:type="dxa"/>
            </w:tcMar>
            <w:vAlign w:val="center"/>
          </w:tcPr>
          <w:p w14:paraId="53809E67" w14:textId="77777777" w:rsidR="00AD0E4F" w:rsidRDefault="008D426B">
            <w:pPr>
              <w:spacing w:after="0" w:line="240" w:lineRule="auto"/>
            </w:pPr>
            <w:r>
              <w:rPr>
                <w:color w:val="000000"/>
                <w:sz w:val="17"/>
              </w:rPr>
              <w:t>6,723円</w:t>
            </w:r>
          </w:p>
        </w:tc>
        <w:tc>
          <w:tcPr>
            <w:tcW w:w="1531" w:type="dxa"/>
            <w:tcMar>
              <w:top w:w="45" w:type="dxa"/>
              <w:left w:w="100" w:type="dxa"/>
              <w:bottom w:w="45" w:type="dxa"/>
              <w:right w:w="100" w:type="dxa"/>
            </w:tcMar>
            <w:vAlign w:val="center"/>
          </w:tcPr>
          <w:p w14:paraId="0849C0B8" w14:textId="77777777" w:rsidR="00AD0E4F" w:rsidRDefault="008D426B">
            <w:pPr>
              <w:spacing w:after="0" w:line="240" w:lineRule="auto"/>
            </w:pPr>
            <w:r>
              <w:rPr>
                <w:color w:val="000000"/>
                <w:sz w:val="17"/>
              </w:rPr>
              <w:t>13,445円</w:t>
            </w:r>
          </w:p>
        </w:tc>
        <w:tc>
          <w:tcPr>
            <w:tcW w:w="1587" w:type="dxa"/>
            <w:tcMar>
              <w:top w:w="45" w:type="dxa"/>
              <w:left w:w="100" w:type="dxa"/>
              <w:bottom w:w="45" w:type="dxa"/>
              <w:right w:w="100" w:type="dxa"/>
            </w:tcMar>
            <w:vAlign w:val="center"/>
          </w:tcPr>
          <w:p w14:paraId="10730A85" w14:textId="77777777" w:rsidR="00AD0E4F" w:rsidRDefault="008D426B">
            <w:pPr>
              <w:spacing w:after="0" w:line="240" w:lineRule="auto"/>
            </w:pPr>
            <w:r>
              <w:rPr>
                <w:color w:val="000000"/>
                <w:sz w:val="17"/>
              </w:rPr>
              <w:t>20,167円</w:t>
            </w:r>
          </w:p>
        </w:tc>
      </w:tr>
      <w:tr w:rsidR="00AD0E4F" w14:paraId="25180675" w14:textId="77777777">
        <w:trPr>
          <w:jc w:val="center"/>
        </w:trPr>
        <w:tc>
          <w:tcPr>
            <w:tcW w:w="2948" w:type="dxa"/>
            <w:tcMar>
              <w:top w:w="45" w:type="dxa"/>
              <w:left w:w="100" w:type="dxa"/>
              <w:bottom w:w="45" w:type="dxa"/>
              <w:right w:w="100" w:type="dxa"/>
            </w:tcMar>
            <w:vAlign w:val="center"/>
          </w:tcPr>
          <w:p w14:paraId="1C643723" w14:textId="77777777" w:rsidR="00AD0E4F" w:rsidRDefault="008D426B">
            <w:pPr>
              <w:spacing w:after="0" w:line="240" w:lineRule="auto"/>
            </w:pPr>
            <w:r>
              <w:rPr>
                <w:color w:val="000000"/>
                <w:sz w:val="17"/>
              </w:rPr>
              <w:t>週3回・月12回</w:t>
            </w:r>
          </w:p>
        </w:tc>
        <w:tc>
          <w:tcPr>
            <w:tcW w:w="1020" w:type="dxa"/>
            <w:tcMar>
              <w:top w:w="45" w:type="dxa"/>
              <w:left w:w="100" w:type="dxa"/>
              <w:bottom w:w="45" w:type="dxa"/>
              <w:right w:w="100" w:type="dxa"/>
            </w:tcMar>
            <w:vAlign w:val="center"/>
          </w:tcPr>
          <w:p w14:paraId="4BA3F68E" w14:textId="77777777" w:rsidR="00AD0E4F" w:rsidRDefault="008D426B">
            <w:pPr>
              <w:spacing w:after="0" w:line="240" w:lineRule="auto"/>
            </w:pPr>
            <w:r>
              <w:rPr>
                <w:color w:val="000000"/>
                <w:sz w:val="17"/>
              </w:rPr>
              <w:t>9,876</w:t>
            </w:r>
          </w:p>
        </w:tc>
        <w:tc>
          <w:tcPr>
            <w:tcW w:w="1701" w:type="dxa"/>
            <w:tcMar>
              <w:top w:w="45" w:type="dxa"/>
              <w:left w:w="100" w:type="dxa"/>
              <w:bottom w:w="45" w:type="dxa"/>
              <w:right w:w="100" w:type="dxa"/>
            </w:tcMar>
            <w:vAlign w:val="center"/>
          </w:tcPr>
          <w:p w14:paraId="6C36924E" w14:textId="77777777" w:rsidR="00AD0E4F" w:rsidRDefault="008D426B">
            <w:pPr>
              <w:spacing w:after="0" w:line="240" w:lineRule="auto"/>
            </w:pPr>
            <w:r>
              <w:rPr>
                <w:color w:val="000000"/>
                <w:sz w:val="17"/>
              </w:rPr>
              <w:t>100,833円</w:t>
            </w:r>
          </w:p>
        </w:tc>
        <w:tc>
          <w:tcPr>
            <w:tcW w:w="1531" w:type="dxa"/>
            <w:tcMar>
              <w:top w:w="45" w:type="dxa"/>
              <w:left w:w="100" w:type="dxa"/>
              <w:bottom w:w="45" w:type="dxa"/>
              <w:right w:w="100" w:type="dxa"/>
            </w:tcMar>
            <w:vAlign w:val="center"/>
          </w:tcPr>
          <w:p w14:paraId="0497A9AF" w14:textId="77777777" w:rsidR="00AD0E4F" w:rsidRDefault="008D426B">
            <w:pPr>
              <w:spacing w:after="0" w:line="240" w:lineRule="auto"/>
            </w:pPr>
            <w:r>
              <w:rPr>
                <w:color w:val="000000"/>
                <w:sz w:val="17"/>
              </w:rPr>
              <w:t>10,084円</w:t>
            </w:r>
          </w:p>
        </w:tc>
        <w:tc>
          <w:tcPr>
            <w:tcW w:w="1531" w:type="dxa"/>
            <w:tcMar>
              <w:top w:w="45" w:type="dxa"/>
              <w:left w:w="100" w:type="dxa"/>
              <w:bottom w:w="45" w:type="dxa"/>
              <w:right w:w="100" w:type="dxa"/>
            </w:tcMar>
            <w:vAlign w:val="center"/>
          </w:tcPr>
          <w:p w14:paraId="49554F0D" w14:textId="77777777" w:rsidR="00AD0E4F" w:rsidRDefault="008D426B">
            <w:pPr>
              <w:spacing w:after="0" w:line="240" w:lineRule="auto"/>
            </w:pPr>
            <w:r>
              <w:rPr>
                <w:color w:val="000000"/>
                <w:sz w:val="17"/>
              </w:rPr>
              <w:t>20,167円</w:t>
            </w:r>
          </w:p>
        </w:tc>
        <w:tc>
          <w:tcPr>
            <w:tcW w:w="1587" w:type="dxa"/>
            <w:tcMar>
              <w:top w:w="45" w:type="dxa"/>
              <w:left w:w="100" w:type="dxa"/>
              <w:bottom w:w="45" w:type="dxa"/>
              <w:right w:w="100" w:type="dxa"/>
            </w:tcMar>
            <w:vAlign w:val="center"/>
          </w:tcPr>
          <w:p w14:paraId="68C69391" w14:textId="77777777" w:rsidR="00AD0E4F" w:rsidRDefault="008D426B">
            <w:pPr>
              <w:spacing w:after="0" w:line="240" w:lineRule="auto"/>
            </w:pPr>
            <w:r>
              <w:rPr>
                <w:color w:val="000000"/>
                <w:sz w:val="17"/>
              </w:rPr>
              <w:t>30,250円</w:t>
            </w:r>
          </w:p>
        </w:tc>
      </w:tr>
      <w:tr w:rsidR="00AD0E4F" w14:paraId="00762A03" w14:textId="77777777">
        <w:trPr>
          <w:jc w:val="center"/>
        </w:trPr>
        <w:tc>
          <w:tcPr>
            <w:tcW w:w="2948" w:type="dxa"/>
            <w:tcMar>
              <w:top w:w="45" w:type="dxa"/>
              <w:left w:w="100" w:type="dxa"/>
              <w:bottom w:w="45" w:type="dxa"/>
              <w:right w:w="100" w:type="dxa"/>
            </w:tcMar>
            <w:vAlign w:val="center"/>
          </w:tcPr>
          <w:p w14:paraId="25BC75BF" w14:textId="77777777" w:rsidR="00AD0E4F" w:rsidRDefault="008D426B">
            <w:pPr>
              <w:spacing w:after="0" w:line="240" w:lineRule="auto"/>
            </w:pPr>
            <w:r>
              <w:rPr>
                <w:color w:val="000000"/>
                <w:sz w:val="17"/>
              </w:rPr>
              <w:t>月8回＋緊急時加算(II)</w:t>
            </w:r>
          </w:p>
        </w:tc>
        <w:tc>
          <w:tcPr>
            <w:tcW w:w="1020" w:type="dxa"/>
            <w:tcMar>
              <w:top w:w="45" w:type="dxa"/>
              <w:left w:w="100" w:type="dxa"/>
              <w:bottom w:w="45" w:type="dxa"/>
              <w:right w:w="100" w:type="dxa"/>
            </w:tcMar>
            <w:vAlign w:val="center"/>
          </w:tcPr>
          <w:p w14:paraId="49FDDF8D" w14:textId="77777777" w:rsidR="00AD0E4F" w:rsidRDefault="008D426B">
            <w:pPr>
              <w:spacing w:after="0" w:line="240" w:lineRule="auto"/>
            </w:pPr>
            <w:r>
              <w:rPr>
                <w:color w:val="000000"/>
                <w:sz w:val="17"/>
              </w:rPr>
              <w:t>7,158</w:t>
            </w:r>
          </w:p>
        </w:tc>
        <w:tc>
          <w:tcPr>
            <w:tcW w:w="1701" w:type="dxa"/>
            <w:tcMar>
              <w:top w:w="45" w:type="dxa"/>
              <w:left w:w="100" w:type="dxa"/>
              <w:bottom w:w="45" w:type="dxa"/>
              <w:right w:w="100" w:type="dxa"/>
            </w:tcMar>
            <w:vAlign w:val="center"/>
          </w:tcPr>
          <w:p w14:paraId="2B7602C9" w14:textId="77777777" w:rsidR="00AD0E4F" w:rsidRDefault="008D426B">
            <w:pPr>
              <w:spacing w:after="0" w:line="240" w:lineRule="auto"/>
            </w:pPr>
            <w:r>
              <w:rPr>
                <w:color w:val="000000"/>
                <w:sz w:val="17"/>
              </w:rPr>
              <w:t>73,083円</w:t>
            </w:r>
          </w:p>
        </w:tc>
        <w:tc>
          <w:tcPr>
            <w:tcW w:w="1531" w:type="dxa"/>
            <w:tcMar>
              <w:top w:w="45" w:type="dxa"/>
              <w:left w:w="100" w:type="dxa"/>
              <w:bottom w:w="45" w:type="dxa"/>
              <w:right w:w="100" w:type="dxa"/>
            </w:tcMar>
            <w:vAlign w:val="center"/>
          </w:tcPr>
          <w:p w14:paraId="69559556" w14:textId="77777777" w:rsidR="00AD0E4F" w:rsidRDefault="008D426B">
            <w:pPr>
              <w:spacing w:after="0" w:line="240" w:lineRule="auto"/>
            </w:pPr>
            <w:r>
              <w:rPr>
                <w:color w:val="000000"/>
                <w:sz w:val="17"/>
              </w:rPr>
              <w:t>7,309円</w:t>
            </w:r>
          </w:p>
        </w:tc>
        <w:tc>
          <w:tcPr>
            <w:tcW w:w="1531" w:type="dxa"/>
            <w:tcMar>
              <w:top w:w="45" w:type="dxa"/>
              <w:left w:w="100" w:type="dxa"/>
              <w:bottom w:w="45" w:type="dxa"/>
              <w:right w:w="100" w:type="dxa"/>
            </w:tcMar>
            <w:vAlign w:val="center"/>
          </w:tcPr>
          <w:p w14:paraId="134EE68D" w14:textId="77777777" w:rsidR="00AD0E4F" w:rsidRDefault="008D426B">
            <w:pPr>
              <w:spacing w:after="0" w:line="240" w:lineRule="auto"/>
            </w:pPr>
            <w:r>
              <w:rPr>
                <w:color w:val="000000"/>
                <w:sz w:val="17"/>
              </w:rPr>
              <w:t>14,617円</w:t>
            </w:r>
          </w:p>
        </w:tc>
        <w:tc>
          <w:tcPr>
            <w:tcW w:w="1587" w:type="dxa"/>
            <w:tcMar>
              <w:top w:w="45" w:type="dxa"/>
              <w:left w:w="100" w:type="dxa"/>
              <w:bottom w:w="45" w:type="dxa"/>
              <w:right w:w="100" w:type="dxa"/>
            </w:tcMar>
            <w:vAlign w:val="center"/>
          </w:tcPr>
          <w:p w14:paraId="54EF6EB0" w14:textId="77777777" w:rsidR="00AD0E4F" w:rsidRDefault="008D426B">
            <w:pPr>
              <w:spacing w:after="0" w:line="240" w:lineRule="auto"/>
            </w:pPr>
            <w:r>
              <w:rPr>
                <w:color w:val="000000"/>
                <w:sz w:val="17"/>
              </w:rPr>
              <w:t>21,925円</w:t>
            </w:r>
          </w:p>
        </w:tc>
      </w:tr>
      <w:tr w:rsidR="00AD0E4F" w14:paraId="014A361D" w14:textId="77777777">
        <w:trPr>
          <w:jc w:val="center"/>
        </w:trPr>
        <w:tc>
          <w:tcPr>
            <w:tcW w:w="2948" w:type="dxa"/>
            <w:tcMar>
              <w:top w:w="45" w:type="dxa"/>
              <w:left w:w="100" w:type="dxa"/>
              <w:bottom w:w="45" w:type="dxa"/>
              <w:right w:w="100" w:type="dxa"/>
            </w:tcMar>
            <w:vAlign w:val="center"/>
          </w:tcPr>
          <w:p w14:paraId="503660EC" w14:textId="77777777" w:rsidR="00AD0E4F" w:rsidRDefault="008D426B">
            <w:pPr>
              <w:spacing w:after="0" w:line="240" w:lineRule="auto"/>
            </w:pPr>
            <w:r>
              <w:rPr>
                <w:color w:val="000000"/>
                <w:sz w:val="17"/>
              </w:rPr>
              <w:t>月8回＋緊急時(II)＋特別管理(II)</w:t>
            </w:r>
          </w:p>
        </w:tc>
        <w:tc>
          <w:tcPr>
            <w:tcW w:w="1020" w:type="dxa"/>
            <w:tcMar>
              <w:top w:w="45" w:type="dxa"/>
              <w:left w:w="100" w:type="dxa"/>
              <w:bottom w:w="45" w:type="dxa"/>
              <w:right w:w="100" w:type="dxa"/>
            </w:tcMar>
            <w:vAlign w:val="center"/>
          </w:tcPr>
          <w:p w14:paraId="5131218A" w14:textId="77777777" w:rsidR="00AD0E4F" w:rsidRDefault="008D426B">
            <w:pPr>
              <w:spacing w:after="0" w:line="240" w:lineRule="auto"/>
            </w:pPr>
            <w:r>
              <w:rPr>
                <w:color w:val="000000"/>
                <w:sz w:val="17"/>
              </w:rPr>
              <w:t>7,408</w:t>
            </w:r>
          </w:p>
        </w:tc>
        <w:tc>
          <w:tcPr>
            <w:tcW w:w="1701" w:type="dxa"/>
            <w:tcMar>
              <w:top w:w="45" w:type="dxa"/>
              <w:left w:w="100" w:type="dxa"/>
              <w:bottom w:w="45" w:type="dxa"/>
              <w:right w:w="100" w:type="dxa"/>
            </w:tcMar>
            <w:vAlign w:val="center"/>
          </w:tcPr>
          <w:p w14:paraId="64E08E56" w14:textId="77777777" w:rsidR="00AD0E4F" w:rsidRDefault="008D426B">
            <w:pPr>
              <w:spacing w:after="0" w:line="240" w:lineRule="auto"/>
            </w:pPr>
            <w:r>
              <w:rPr>
                <w:color w:val="000000"/>
                <w:sz w:val="17"/>
              </w:rPr>
              <w:t>75,635円</w:t>
            </w:r>
          </w:p>
        </w:tc>
        <w:tc>
          <w:tcPr>
            <w:tcW w:w="1531" w:type="dxa"/>
            <w:tcMar>
              <w:top w:w="45" w:type="dxa"/>
              <w:left w:w="100" w:type="dxa"/>
              <w:bottom w:w="45" w:type="dxa"/>
              <w:right w:w="100" w:type="dxa"/>
            </w:tcMar>
            <w:vAlign w:val="center"/>
          </w:tcPr>
          <w:p w14:paraId="15C165F7" w14:textId="77777777" w:rsidR="00AD0E4F" w:rsidRDefault="008D426B">
            <w:pPr>
              <w:spacing w:after="0" w:line="240" w:lineRule="auto"/>
            </w:pPr>
            <w:r>
              <w:rPr>
                <w:color w:val="000000"/>
                <w:sz w:val="17"/>
              </w:rPr>
              <w:t>7,564円</w:t>
            </w:r>
          </w:p>
        </w:tc>
        <w:tc>
          <w:tcPr>
            <w:tcW w:w="1531" w:type="dxa"/>
            <w:tcMar>
              <w:top w:w="45" w:type="dxa"/>
              <w:left w:w="100" w:type="dxa"/>
              <w:bottom w:w="45" w:type="dxa"/>
              <w:right w:w="100" w:type="dxa"/>
            </w:tcMar>
            <w:vAlign w:val="center"/>
          </w:tcPr>
          <w:p w14:paraId="37717DB6" w14:textId="77777777" w:rsidR="00AD0E4F" w:rsidRDefault="008D426B">
            <w:pPr>
              <w:spacing w:after="0" w:line="240" w:lineRule="auto"/>
            </w:pPr>
            <w:r>
              <w:rPr>
                <w:color w:val="000000"/>
                <w:sz w:val="17"/>
              </w:rPr>
              <w:t>15,127円</w:t>
            </w:r>
          </w:p>
        </w:tc>
        <w:tc>
          <w:tcPr>
            <w:tcW w:w="1587" w:type="dxa"/>
            <w:tcMar>
              <w:top w:w="45" w:type="dxa"/>
              <w:left w:w="100" w:type="dxa"/>
              <w:bottom w:w="45" w:type="dxa"/>
              <w:right w:w="100" w:type="dxa"/>
            </w:tcMar>
            <w:vAlign w:val="center"/>
          </w:tcPr>
          <w:p w14:paraId="17F085D0" w14:textId="77777777" w:rsidR="00AD0E4F" w:rsidRDefault="008D426B">
            <w:pPr>
              <w:spacing w:after="0" w:line="240" w:lineRule="auto"/>
            </w:pPr>
            <w:r>
              <w:rPr>
                <w:color w:val="000000"/>
                <w:sz w:val="17"/>
              </w:rPr>
              <w:t>22,691円</w:t>
            </w:r>
          </w:p>
        </w:tc>
      </w:tr>
    </w:tbl>
    <w:p w14:paraId="170A96D5" w14:textId="77777777" w:rsidR="00AD0E4F" w:rsidRDefault="008D426B">
      <w:pPr>
        <w:spacing w:after="40" w:line="240" w:lineRule="auto"/>
        <w:rPr>
          <w:lang w:eastAsia="ja-JP"/>
        </w:rPr>
      </w:pPr>
      <w:r>
        <w:rPr>
          <w:color w:val="000000"/>
          <w:sz w:val="17"/>
          <w:lang w:eastAsia="ja-JP"/>
        </w:rPr>
        <w:t>区分支給限度基準額・全額負担</w:t>
      </w:r>
    </w:p>
    <w:p w14:paraId="0C4927E0" w14:textId="77777777" w:rsidR="00AD0E4F" w:rsidRDefault="008D426B">
      <w:pPr>
        <w:spacing w:after="20" w:line="240" w:lineRule="auto"/>
        <w:rPr>
          <w:lang w:eastAsia="ja-JP"/>
        </w:rPr>
      </w:pPr>
      <w:r>
        <w:rPr>
          <w:color w:val="000000"/>
          <w:sz w:val="17"/>
          <w:lang w:eastAsia="ja-JP"/>
        </w:rPr>
        <w:t>・介護保険の居宅サービスには、要介護度・要支援度に応じた月ごとの支給限度基準額があります。</w:t>
      </w:r>
    </w:p>
    <w:p w14:paraId="6D8B67B8" w14:textId="77777777" w:rsidR="00AD0E4F" w:rsidRDefault="008D426B">
      <w:pPr>
        <w:spacing w:after="20" w:line="240" w:lineRule="auto"/>
        <w:rPr>
          <w:lang w:eastAsia="ja-JP"/>
        </w:rPr>
      </w:pPr>
      <w:r>
        <w:rPr>
          <w:color w:val="000000"/>
          <w:sz w:val="17"/>
          <w:lang w:eastAsia="ja-JP"/>
        </w:rPr>
        <w:t>・支給限度を超えたサービス分や、保険給付対象外となる分は、原則として全額が利用者負担です。</w:t>
      </w:r>
    </w:p>
    <w:p w14:paraId="1816EDE7" w14:textId="77777777" w:rsidR="00AD0E4F" w:rsidRDefault="008D426B">
      <w:pPr>
        <w:spacing w:after="20" w:line="240" w:lineRule="auto"/>
        <w:rPr>
          <w:lang w:eastAsia="ja-JP"/>
        </w:rPr>
      </w:pPr>
      <w:r>
        <w:rPr>
          <w:color w:val="000000"/>
          <w:sz w:val="17"/>
          <w:lang w:eastAsia="ja-JP"/>
        </w:rPr>
        <w:t>・ケアプラン未作成、保険料の滞納による給付制限、資格喪失等がある場合は、負担割合や支払方法が変わることがあります。</w:t>
      </w:r>
    </w:p>
    <w:p w14:paraId="42B16FF0" w14:textId="77777777" w:rsidR="00AD0E4F" w:rsidRDefault="008D426B">
      <w:pPr>
        <w:spacing w:after="40" w:line="240" w:lineRule="auto"/>
        <w:rPr>
          <w:lang w:eastAsia="ja-JP"/>
        </w:rPr>
      </w:pPr>
      <w:r>
        <w:rPr>
          <w:color w:val="000000"/>
          <w:sz w:val="17"/>
          <w:lang w:eastAsia="ja-JP"/>
        </w:rPr>
        <w:t>減算・その他の取扱い</w:t>
      </w:r>
    </w:p>
    <w:p w14:paraId="2C202CCB" w14:textId="77777777" w:rsidR="00AD0E4F" w:rsidRDefault="008D426B">
      <w:pPr>
        <w:spacing w:after="20" w:line="240" w:lineRule="auto"/>
        <w:rPr>
          <w:lang w:eastAsia="ja-JP"/>
        </w:rPr>
      </w:pPr>
      <w:r>
        <w:rPr>
          <w:color w:val="000000"/>
          <w:sz w:val="17"/>
          <w:lang w:eastAsia="ja-JP"/>
        </w:rPr>
        <w:t>・同一建物の居住者への訪問は、建物の状況・利用者数等により所定の減算が適用されることがあります。</w:t>
      </w:r>
    </w:p>
    <w:p w14:paraId="69634315" w14:textId="77777777" w:rsidR="00AD0E4F" w:rsidRDefault="008D426B">
      <w:pPr>
        <w:spacing w:after="20" w:line="240" w:lineRule="auto"/>
        <w:rPr>
          <w:lang w:eastAsia="ja-JP"/>
        </w:rPr>
      </w:pPr>
      <w:r>
        <w:rPr>
          <w:color w:val="000000"/>
          <w:sz w:val="17"/>
          <w:lang w:eastAsia="ja-JP"/>
        </w:rPr>
        <w:t>・理学療法士等の訪問は、週当たりの回数制限、1日に複数回訪問する場合の減算、体制に応じた減算等を適用します。</w:t>
      </w:r>
    </w:p>
    <w:p w14:paraId="20116694" w14:textId="77777777" w:rsidR="00AD0E4F" w:rsidRDefault="008D426B">
      <w:pPr>
        <w:spacing w:after="20" w:line="240" w:lineRule="auto"/>
        <w:rPr>
          <w:lang w:eastAsia="ja-JP"/>
        </w:rPr>
      </w:pPr>
      <w:r>
        <w:rPr>
          <w:color w:val="000000"/>
          <w:sz w:val="17"/>
          <w:lang w:eastAsia="ja-JP"/>
        </w:rPr>
        <w:t>・高齢者虐待防止措置や業務継続計画に関する基準を満たさない場合は、法令上の減算が適用されることがあります。</w:t>
      </w:r>
    </w:p>
    <w:p w14:paraId="56990F76" w14:textId="77777777" w:rsidR="00AD0E4F" w:rsidRDefault="008D426B">
      <w:pPr>
        <w:spacing w:after="20" w:line="240" w:lineRule="auto"/>
        <w:rPr>
          <w:lang w:eastAsia="ja-JP"/>
        </w:rPr>
      </w:pPr>
      <w:r>
        <w:rPr>
          <w:color w:val="000000"/>
          <w:sz w:val="17"/>
          <w:lang w:eastAsia="ja-JP"/>
        </w:rPr>
        <w:t>・要支援・要介護認定、負担割合、住所、被保険者証、公費受給者証に変更が生じた場合は速やかにお知らせください。</w:t>
      </w:r>
    </w:p>
    <w:p w14:paraId="48F2F796" w14:textId="77777777" w:rsidR="00AD0E4F" w:rsidRDefault="008D426B">
      <w:pPr>
        <w:spacing w:after="20" w:line="240" w:lineRule="auto"/>
        <w:rPr>
          <w:lang w:eastAsia="ja-JP"/>
        </w:rPr>
      </w:pPr>
      <w:r>
        <w:rPr>
          <w:color w:val="000000"/>
          <w:sz w:val="30"/>
          <w:lang w:eastAsia="ja-JP"/>
        </w:rPr>
        <w:t>10 医療保険の基本料金 - 2026年6月改定</w:t>
      </w:r>
    </w:p>
    <w:p w14:paraId="2C11078A" w14:textId="77777777" w:rsidR="00AD0E4F" w:rsidRDefault="00AD0E4F">
      <w:pPr>
        <w:pBdr>
          <w:bottom w:val="single" w:sz="8" w:space="1" w:color="777777"/>
        </w:pBdr>
        <w:spacing w:before="20" w:after="0" w:line="240" w:lineRule="auto"/>
        <w:rPr>
          <w:lang w:eastAsia="ja-JP"/>
        </w:rPr>
      </w:pPr>
    </w:p>
    <w:p w14:paraId="245B0F01" w14:textId="77777777" w:rsidR="00AD0E4F" w:rsidRDefault="008D426B">
      <w:pPr>
        <w:spacing w:after="0" w:line="240" w:lineRule="auto"/>
        <w:rPr>
          <w:lang w:eastAsia="ja-JP"/>
        </w:rPr>
      </w:pPr>
      <w:r>
        <w:rPr>
          <w:color w:val="000000"/>
          <w:sz w:val="17"/>
          <w:lang w:eastAsia="ja-JP"/>
        </w:rPr>
        <w:t>医療保険による訪問看護は、訪問看護基本療養費、訪問看護管理療養費、状態や体制に応じた加算等の合計に対し、保険証・資格確認書・公費受給者証の負担割合を適用します。</w:t>
      </w:r>
    </w:p>
    <w:p w14:paraId="545B52FB" w14:textId="77777777" w:rsidR="00AD0E4F" w:rsidRDefault="008D426B">
      <w:pPr>
        <w:spacing w:after="20" w:line="240" w:lineRule="auto"/>
      </w:pPr>
      <w:r>
        <w:rPr>
          <w:color w:val="000000"/>
          <w:sz w:val="17"/>
        </w:rPr>
        <w:t>1. 訪問看護基本療養費(I) - 一般の居宅</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3685"/>
        <w:gridCol w:w="1701"/>
        <w:gridCol w:w="1644"/>
        <w:gridCol w:w="1644"/>
        <w:gridCol w:w="1644"/>
      </w:tblGrid>
      <w:tr w:rsidR="00AD0E4F" w14:paraId="4384C5E8" w14:textId="77777777">
        <w:trPr>
          <w:tblHeader/>
          <w:jc w:val="center"/>
        </w:trPr>
        <w:tc>
          <w:tcPr>
            <w:tcW w:w="3685" w:type="dxa"/>
            <w:shd w:val="clear" w:color="auto" w:fill="4A4A4A"/>
            <w:tcMar>
              <w:top w:w="45" w:type="dxa"/>
              <w:left w:w="100" w:type="dxa"/>
              <w:bottom w:w="45" w:type="dxa"/>
              <w:right w:w="100" w:type="dxa"/>
            </w:tcMar>
            <w:vAlign w:val="center"/>
          </w:tcPr>
          <w:p w14:paraId="4E8B5B2C" w14:textId="77777777" w:rsidR="00AD0E4F" w:rsidRDefault="008D426B">
            <w:pPr>
              <w:spacing w:after="0" w:line="240" w:lineRule="auto"/>
              <w:jc w:val="center"/>
            </w:pPr>
            <w:r>
              <w:rPr>
                <w:color w:val="FFFFFF"/>
                <w:sz w:val="17"/>
              </w:rPr>
              <w:t>訪問者・条件</w:t>
            </w:r>
          </w:p>
        </w:tc>
        <w:tc>
          <w:tcPr>
            <w:tcW w:w="1701" w:type="dxa"/>
            <w:shd w:val="clear" w:color="auto" w:fill="4A4A4A"/>
            <w:tcMar>
              <w:top w:w="45" w:type="dxa"/>
              <w:left w:w="100" w:type="dxa"/>
              <w:bottom w:w="45" w:type="dxa"/>
              <w:right w:w="100" w:type="dxa"/>
            </w:tcMar>
            <w:vAlign w:val="center"/>
          </w:tcPr>
          <w:p w14:paraId="533587B7" w14:textId="77777777" w:rsidR="00AD0E4F" w:rsidRDefault="008D426B">
            <w:pPr>
              <w:spacing w:after="0" w:line="240" w:lineRule="auto"/>
              <w:jc w:val="center"/>
            </w:pPr>
            <w:r>
              <w:rPr>
                <w:color w:val="FFFFFF"/>
                <w:sz w:val="17"/>
              </w:rPr>
              <w:t>全額</w:t>
            </w:r>
          </w:p>
        </w:tc>
        <w:tc>
          <w:tcPr>
            <w:tcW w:w="1644" w:type="dxa"/>
            <w:shd w:val="clear" w:color="auto" w:fill="4A4A4A"/>
            <w:tcMar>
              <w:top w:w="45" w:type="dxa"/>
              <w:left w:w="100" w:type="dxa"/>
              <w:bottom w:w="45" w:type="dxa"/>
              <w:right w:w="100" w:type="dxa"/>
            </w:tcMar>
            <w:vAlign w:val="center"/>
          </w:tcPr>
          <w:p w14:paraId="47A4646D" w14:textId="77777777" w:rsidR="00AD0E4F" w:rsidRDefault="008D426B">
            <w:pPr>
              <w:spacing w:after="0" w:line="240" w:lineRule="auto"/>
              <w:jc w:val="center"/>
            </w:pPr>
            <w:r>
              <w:rPr>
                <w:color w:val="FFFFFF"/>
                <w:sz w:val="17"/>
              </w:rPr>
              <w:t>1割</w:t>
            </w:r>
          </w:p>
        </w:tc>
        <w:tc>
          <w:tcPr>
            <w:tcW w:w="1644" w:type="dxa"/>
            <w:shd w:val="clear" w:color="auto" w:fill="4A4A4A"/>
            <w:tcMar>
              <w:top w:w="45" w:type="dxa"/>
              <w:left w:w="100" w:type="dxa"/>
              <w:bottom w:w="45" w:type="dxa"/>
              <w:right w:w="100" w:type="dxa"/>
            </w:tcMar>
            <w:vAlign w:val="center"/>
          </w:tcPr>
          <w:p w14:paraId="08AD877D" w14:textId="77777777" w:rsidR="00AD0E4F" w:rsidRDefault="008D426B">
            <w:pPr>
              <w:spacing w:after="0" w:line="240" w:lineRule="auto"/>
              <w:jc w:val="center"/>
            </w:pPr>
            <w:r>
              <w:rPr>
                <w:color w:val="FFFFFF"/>
                <w:sz w:val="17"/>
              </w:rPr>
              <w:t>2割</w:t>
            </w:r>
          </w:p>
        </w:tc>
        <w:tc>
          <w:tcPr>
            <w:tcW w:w="1644" w:type="dxa"/>
            <w:shd w:val="clear" w:color="auto" w:fill="4A4A4A"/>
            <w:tcMar>
              <w:top w:w="45" w:type="dxa"/>
              <w:left w:w="100" w:type="dxa"/>
              <w:bottom w:w="45" w:type="dxa"/>
              <w:right w:w="100" w:type="dxa"/>
            </w:tcMar>
            <w:vAlign w:val="center"/>
          </w:tcPr>
          <w:p w14:paraId="04336A61" w14:textId="77777777" w:rsidR="00AD0E4F" w:rsidRDefault="008D426B">
            <w:pPr>
              <w:spacing w:after="0" w:line="240" w:lineRule="auto"/>
              <w:jc w:val="center"/>
            </w:pPr>
            <w:r>
              <w:rPr>
                <w:color w:val="FFFFFF"/>
                <w:sz w:val="17"/>
              </w:rPr>
              <w:t>3割</w:t>
            </w:r>
          </w:p>
        </w:tc>
      </w:tr>
      <w:tr w:rsidR="00AD0E4F" w14:paraId="2F996719" w14:textId="77777777">
        <w:trPr>
          <w:jc w:val="center"/>
        </w:trPr>
        <w:tc>
          <w:tcPr>
            <w:tcW w:w="3685" w:type="dxa"/>
            <w:tcMar>
              <w:top w:w="45" w:type="dxa"/>
              <w:left w:w="100" w:type="dxa"/>
              <w:bottom w:w="45" w:type="dxa"/>
              <w:right w:w="100" w:type="dxa"/>
            </w:tcMar>
            <w:vAlign w:val="center"/>
          </w:tcPr>
          <w:p w14:paraId="57A937BC" w14:textId="77777777" w:rsidR="00AD0E4F" w:rsidRDefault="008D426B">
            <w:pPr>
              <w:spacing w:after="0" w:line="240" w:lineRule="auto"/>
            </w:pPr>
            <w:r>
              <w:rPr>
                <w:color w:val="000000"/>
                <w:sz w:val="17"/>
              </w:rPr>
              <w:t>看護師・週3日目まで</w:t>
            </w:r>
          </w:p>
        </w:tc>
        <w:tc>
          <w:tcPr>
            <w:tcW w:w="1701" w:type="dxa"/>
            <w:tcMar>
              <w:top w:w="45" w:type="dxa"/>
              <w:left w:w="100" w:type="dxa"/>
              <w:bottom w:w="45" w:type="dxa"/>
              <w:right w:w="100" w:type="dxa"/>
            </w:tcMar>
            <w:vAlign w:val="center"/>
          </w:tcPr>
          <w:p w14:paraId="11CC1B10" w14:textId="77777777" w:rsidR="00AD0E4F" w:rsidRDefault="008D426B">
            <w:pPr>
              <w:spacing w:after="0" w:line="240" w:lineRule="auto"/>
            </w:pPr>
            <w:r>
              <w:rPr>
                <w:color w:val="000000"/>
                <w:sz w:val="17"/>
              </w:rPr>
              <w:t>5,550円</w:t>
            </w:r>
          </w:p>
        </w:tc>
        <w:tc>
          <w:tcPr>
            <w:tcW w:w="1644" w:type="dxa"/>
            <w:tcMar>
              <w:top w:w="45" w:type="dxa"/>
              <w:left w:w="100" w:type="dxa"/>
              <w:bottom w:w="45" w:type="dxa"/>
              <w:right w:w="100" w:type="dxa"/>
            </w:tcMar>
            <w:vAlign w:val="center"/>
          </w:tcPr>
          <w:p w14:paraId="5E3700A3" w14:textId="77777777" w:rsidR="00AD0E4F" w:rsidRDefault="008D426B">
            <w:pPr>
              <w:spacing w:after="0" w:line="240" w:lineRule="auto"/>
            </w:pPr>
            <w:r>
              <w:rPr>
                <w:color w:val="000000"/>
                <w:sz w:val="17"/>
              </w:rPr>
              <w:t>555円</w:t>
            </w:r>
          </w:p>
        </w:tc>
        <w:tc>
          <w:tcPr>
            <w:tcW w:w="1644" w:type="dxa"/>
            <w:tcMar>
              <w:top w:w="45" w:type="dxa"/>
              <w:left w:w="100" w:type="dxa"/>
              <w:bottom w:w="45" w:type="dxa"/>
              <w:right w:w="100" w:type="dxa"/>
            </w:tcMar>
            <w:vAlign w:val="center"/>
          </w:tcPr>
          <w:p w14:paraId="7F206685" w14:textId="77777777" w:rsidR="00AD0E4F" w:rsidRDefault="008D426B">
            <w:pPr>
              <w:spacing w:after="0" w:line="240" w:lineRule="auto"/>
            </w:pPr>
            <w:r>
              <w:rPr>
                <w:color w:val="000000"/>
                <w:sz w:val="17"/>
              </w:rPr>
              <w:t>1,110円</w:t>
            </w:r>
          </w:p>
        </w:tc>
        <w:tc>
          <w:tcPr>
            <w:tcW w:w="1644" w:type="dxa"/>
            <w:tcMar>
              <w:top w:w="45" w:type="dxa"/>
              <w:left w:w="100" w:type="dxa"/>
              <w:bottom w:w="45" w:type="dxa"/>
              <w:right w:w="100" w:type="dxa"/>
            </w:tcMar>
            <w:vAlign w:val="center"/>
          </w:tcPr>
          <w:p w14:paraId="1909FF72" w14:textId="77777777" w:rsidR="00AD0E4F" w:rsidRDefault="008D426B">
            <w:pPr>
              <w:spacing w:after="0" w:line="240" w:lineRule="auto"/>
            </w:pPr>
            <w:r>
              <w:rPr>
                <w:color w:val="000000"/>
                <w:sz w:val="17"/>
              </w:rPr>
              <w:t>1,665円</w:t>
            </w:r>
          </w:p>
        </w:tc>
      </w:tr>
      <w:tr w:rsidR="00AD0E4F" w14:paraId="71BBC7A0" w14:textId="77777777">
        <w:trPr>
          <w:jc w:val="center"/>
        </w:trPr>
        <w:tc>
          <w:tcPr>
            <w:tcW w:w="3685" w:type="dxa"/>
            <w:tcMar>
              <w:top w:w="45" w:type="dxa"/>
              <w:left w:w="100" w:type="dxa"/>
              <w:bottom w:w="45" w:type="dxa"/>
              <w:right w:w="100" w:type="dxa"/>
            </w:tcMar>
            <w:vAlign w:val="center"/>
          </w:tcPr>
          <w:p w14:paraId="2B14E3C7" w14:textId="77777777" w:rsidR="00AD0E4F" w:rsidRDefault="008D426B">
            <w:pPr>
              <w:spacing w:after="0" w:line="240" w:lineRule="auto"/>
            </w:pPr>
            <w:r>
              <w:rPr>
                <w:color w:val="000000"/>
                <w:sz w:val="17"/>
              </w:rPr>
              <w:lastRenderedPageBreak/>
              <w:t>看護師・週4日目以降</w:t>
            </w:r>
          </w:p>
        </w:tc>
        <w:tc>
          <w:tcPr>
            <w:tcW w:w="1701" w:type="dxa"/>
            <w:tcMar>
              <w:top w:w="45" w:type="dxa"/>
              <w:left w:w="100" w:type="dxa"/>
              <w:bottom w:w="45" w:type="dxa"/>
              <w:right w:w="100" w:type="dxa"/>
            </w:tcMar>
            <w:vAlign w:val="center"/>
          </w:tcPr>
          <w:p w14:paraId="5B731DE3" w14:textId="77777777" w:rsidR="00AD0E4F" w:rsidRDefault="008D426B">
            <w:pPr>
              <w:spacing w:after="0" w:line="240" w:lineRule="auto"/>
            </w:pPr>
            <w:r>
              <w:rPr>
                <w:color w:val="000000"/>
                <w:sz w:val="17"/>
              </w:rPr>
              <w:t>6,550円</w:t>
            </w:r>
          </w:p>
        </w:tc>
        <w:tc>
          <w:tcPr>
            <w:tcW w:w="1644" w:type="dxa"/>
            <w:tcMar>
              <w:top w:w="45" w:type="dxa"/>
              <w:left w:w="100" w:type="dxa"/>
              <w:bottom w:w="45" w:type="dxa"/>
              <w:right w:w="100" w:type="dxa"/>
            </w:tcMar>
            <w:vAlign w:val="center"/>
          </w:tcPr>
          <w:p w14:paraId="6A4E6A13" w14:textId="77777777" w:rsidR="00AD0E4F" w:rsidRDefault="008D426B">
            <w:pPr>
              <w:spacing w:after="0" w:line="240" w:lineRule="auto"/>
            </w:pPr>
            <w:r>
              <w:rPr>
                <w:color w:val="000000"/>
                <w:sz w:val="17"/>
              </w:rPr>
              <w:t>655円</w:t>
            </w:r>
          </w:p>
        </w:tc>
        <w:tc>
          <w:tcPr>
            <w:tcW w:w="1644" w:type="dxa"/>
            <w:tcMar>
              <w:top w:w="45" w:type="dxa"/>
              <w:left w:w="100" w:type="dxa"/>
              <w:bottom w:w="45" w:type="dxa"/>
              <w:right w:w="100" w:type="dxa"/>
            </w:tcMar>
            <w:vAlign w:val="center"/>
          </w:tcPr>
          <w:p w14:paraId="5D484839" w14:textId="77777777" w:rsidR="00AD0E4F" w:rsidRDefault="008D426B">
            <w:pPr>
              <w:spacing w:after="0" w:line="240" w:lineRule="auto"/>
            </w:pPr>
            <w:r>
              <w:rPr>
                <w:color w:val="000000"/>
                <w:sz w:val="17"/>
              </w:rPr>
              <w:t>1,310円</w:t>
            </w:r>
          </w:p>
        </w:tc>
        <w:tc>
          <w:tcPr>
            <w:tcW w:w="1644" w:type="dxa"/>
            <w:tcMar>
              <w:top w:w="45" w:type="dxa"/>
              <w:left w:w="100" w:type="dxa"/>
              <w:bottom w:w="45" w:type="dxa"/>
              <w:right w:w="100" w:type="dxa"/>
            </w:tcMar>
            <w:vAlign w:val="center"/>
          </w:tcPr>
          <w:p w14:paraId="39078D12" w14:textId="77777777" w:rsidR="00AD0E4F" w:rsidRDefault="008D426B">
            <w:pPr>
              <w:spacing w:after="0" w:line="240" w:lineRule="auto"/>
            </w:pPr>
            <w:r>
              <w:rPr>
                <w:color w:val="000000"/>
                <w:sz w:val="17"/>
              </w:rPr>
              <w:t>1,965円</w:t>
            </w:r>
          </w:p>
        </w:tc>
      </w:tr>
      <w:tr w:rsidR="00AD0E4F" w14:paraId="1B5BA35B" w14:textId="77777777">
        <w:trPr>
          <w:jc w:val="center"/>
        </w:trPr>
        <w:tc>
          <w:tcPr>
            <w:tcW w:w="3685" w:type="dxa"/>
            <w:tcMar>
              <w:top w:w="45" w:type="dxa"/>
              <w:left w:w="100" w:type="dxa"/>
              <w:bottom w:w="45" w:type="dxa"/>
              <w:right w:w="100" w:type="dxa"/>
            </w:tcMar>
            <w:vAlign w:val="center"/>
          </w:tcPr>
          <w:p w14:paraId="4BE62808" w14:textId="77777777" w:rsidR="00AD0E4F" w:rsidRDefault="008D426B">
            <w:pPr>
              <w:spacing w:after="0" w:line="240" w:lineRule="auto"/>
              <w:rPr>
                <w:lang w:eastAsia="ja-JP"/>
              </w:rPr>
            </w:pPr>
            <w:r>
              <w:rPr>
                <w:color w:val="000000"/>
                <w:sz w:val="17"/>
                <w:lang w:eastAsia="ja-JP"/>
              </w:rPr>
              <w:t>准看護師・週3日目まで</w:t>
            </w:r>
          </w:p>
        </w:tc>
        <w:tc>
          <w:tcPr>
            <w:tcW w:w="1701" w:type="dxa"/>
            <w:tcMar>
              <w:top w:w="45" w:type="dxa"/>
              <w:left w:w="100" w:type="dxa"/>
              <w:bottom w:w="45" w:type="dxa"/>
              <w:right w:w="100" w:type="dxa"/>
            </w:tcMar>
            <w:vAlign w:val="center"/>
          </w:tcPr>
          <w:p w14:paraId="579A8BC1" w14:textId="77777777" w:rsidR="00AD0E4F" w:rsidRDefault="008D426B">
            <w:pPr>
              <w:spacing w:after="0" w:line="240" w:lineRule="auto"/>
            </w:pPr>
            <w:r>
              <w:rPr>
                <w:color w:val="000000"/>
                <w:sz w:val="17"/>
              </w:rPr>
              <w:t>5,050円</w:t>
            </w:r>
          </w:p>
        </w:tc>
        <w:tc>
          <w:tcPr>
            <w:tcW w:w="1644" w:type="dxa"/>
            <w:tcMar>
              <w:top w:w="45" w:type="dxa"/>
              <w:left w:w="100" w:type="dxa"/>
              <w:bottom w:w="45" w:type="dxa"/>
              <w:right w:w="100" w:type="dxa"/>
            </w:tcMar>
            <w:vAlign w:val="center"/>
          </w:tcPr>
          <w:p w14:paraId="5EF04493" w14:textId="77777777" w:rsidR="00AD0E4F" w:rsidRDefault="008D426B">
            <w:pPr>
              <w:spacing w:after="0" w:line="240" w:lineRule="auto"/>
            </w:pPr>
            <w:r>
              <w:rPr>
                <w:color w:val="000000"/>
                <w:sz w:val="17"/>
              </w:rPr>
              <w:t>505円</w:t>
            </w:r>
          </w:p>
        </w:tc>
        <w:tc>
          <w:tcPr>
            <w:tcW w:w="1644" w:type="dxa"/>
            <w:tcMar>
              <w:top w:w="45" w:type="dxa"/>
              <w:left w:w="100" w:type="dxa"/>
              <w:bottom w:w="45" w:type="dxa"/>
              <w:right w:w="100" w:type="dxa"/>
            </w:tcMar>
            <w:vAlign w:val="center"/>
          </w:tcPr>
          <w:p w14:paraId="4283B6F6" w14:textId="77777777" w:rsidR="00AD0E4F" w:rsidRDefault="008D426B">
            <w:pPr>
              <w:spacing w:after="0" w:line="240" w:lineRule="auto"/>
            </w:pPr>
            <w:r>
              <w:rPr>
                <w:color w:val="000000"/>
                <w:sz w:val="17"/>
              </w:rPr>
              <w:t>1,010円</w:t>
            </w:r>
          </w:p>
        </w:tc>
        <w:tc>
          <w:tcPr>
            <w:tcW w:w="1644" w:type="dxa"/>
            <w:tcMar>
              <w:top w:w="45" w:type="dxa"/>
              <w:left w:w="100" w:type="dxa"/>
              <w:bottom w:w="45" w:type="dxa"/>
              <w:right w:w="100" w:type="dxa"/>
            </w:tcMar>
            <w:vAlign w:val="center"/>
          </w:tcPr>
          <w:p w14:paraId="520EC2FF" w14:textId="77777777" w:rsidR="00AD0E4F" w:rsidRDefault="008D426B">
            <w:pPr>
              <w:spacing w:after="0" w:line="240" w:lineRule="auto"/>
            </w:pPr>
            <w:r>
              <w:rPr>
                <w:color w:val="000000"/>
                <w:sz w:val="17"/>
              </w:rPr>
              <w:t>1,515円</w:t>
            </w:r>
          </w:p>
        </w:tc>
      </w:tr>
      <w:tr w:rsidR="00AD0E4F" w14:paraId="0091E172" w14:textId="77777777">
        <w:trPr>
          <w:jc w:val="center"/>
        </w:trPr>
        <w:tc>
          <w:tcPr>
            <w:tcW w:w="3685" w:type="dxa"/>
            <w:tcMar>
              <w:top w:w="45" w:type="dxa"/>
              <w:left w:w="100" w:type="dxa"/>
              <w:bottom w:w="45" w:type="dxa"/>
              <w:right w:w="100" w:type="dxa"/>
            </w:tcMar>
            <w:vAlign w:val="center"/>
          </w:tcPr>
          <w:p w14:paraId="2596910F" w14:textId="77777777" w:rsidR="00AD0E4F" w:rsidRDefault="008D426B">
            <w:pPr>
              <w:spacing w:after="0" w:line="240" w:lineRule="auto"/>
              <w:rPr>
                <w:lang w:eastAsia="ja-JP"/>
              </w:rPr>
            </w:pPr>
            <w:r>
              <w:rPr>
                <w:color w:val="000000"/>
                <w:sz w:val="17"/>
                <w:lang w:eastAsia="ja-JP"/>
              </w:rPr>
              <w:t>准看護師・週4日目以降</w:t>
            </w:r>
          </w:p>
        </w:tc>
        <w:tc>
          <w:tcPr>
            <w:tcW w:w="1701" w:type="dxa"/>
            <w:tcMar>
              <w:top w:w="45" w:type="dxa"/>
              <w:left w:w="100" w:type="dxa"/>
              <w:bottom w:w="45" w:type="dxa"/>
              <w:right w:w="100" w:type="dxa"/>
            </w:tcMar>
            <w:vAlign w:val="center"/>
          </w:tcPr>
          <w:p w14:paraId="1C47AC5E" w14:textId="77777777" w:rsidR="00AD0E4F" w:rsidRDefault="008D426B">
            <w:pPr>
              <w:spacing w:after="0" w:line="240" w:lineRule="auto"/>
            </w:pPr>
            <w:r>
              <w:rPr>
                <w:color w:val="000000"/>
                <w:sz w:val="17"/>
              </w:rPr>
              <w:t>6,050円</w:t>
            </w:r>
          </w:p>
        </w:tc>
        <w:tc>
          <w:tcPr>
            <w:tcW w:w="1644" w:type="dxa"/>
            <w:tcMar>
              <w:top w:w="45" w:type="dxa"/>
              <w:left w:w="100" w:type="dxa"/>
              <w:bottom w:w="45" w:type="dxa"/>
              <w:right w:w="100" w:type="dxa"/>
            </w:tcMar>
            <w:vAlign w:val="center"/>
          </w:tcPr>
          <w:p w14:paraId="04AC434E" w14:textId="77777777" w:rsidR="00AD0E4F" w:rsidRDefault="008D426B">
            <w:pPr>
              <w:spacing w:after="0" w:line="240" w:lineRule="auto"/>
            </w:pPr>
            <w:r>
              <w:rPr>
                <w:color w:val="000000"/>
                <w:sz w:val="17"/>
              </w:rPr>
              <w:t>605円</w:t>
            </w:r>
          </w:p>
        </w:tc>
        <w:tc>
          <w:tcPr>
            <w:tcW w:w="1644" w:type="dxa"/>
            <w:tcMar>
              <w:top w:w="45" w:type="dxa"/>
              <w:left w:w="100" w:type="dxa"/>
              <w:bottom w:w="45" w:type="dxa"/>
              <w:right w:w="100" w:type="dxa"/>
            </w:tcMar>
            <w:vAlign w:val="center"/>
          </w:tcPr>
          <w:p w14:paraId="5F9EC0CE" w14:textId="77777777" w:rsidR="00AD0E4F" w:rsidRDefault="008D426B">
            <w:pPr>
              <w:spacing w:after="0" w:line="240" w:lineRule="auto"/>
            </w:pPr>
            <w:r>
              <w:rPr>
                <w:color w:val="000000"/>
                <w:sz w:val="17"/>
              </w:rPr>
              <w:t>1,210円</w:t>
            </w:r>
          </w:p>
        </w:tc>
        <w:tc>
          <w:tcPr>
            <w:tcW w:w="1644" w:type="dxa"/>
            <w:tcMar>
              <w:top w:w="45" w:type="dxa"/>
              <w:left w:w="100" w:type="dxa"/>
              <w:bottom w:w="45" w:type="dxa"/>
              <w:right w:w="100" w:type="dxa"/>
            </w:tcMar>
            <w:vAlign w:val="center"/>
          </w:tcPr>
          <w:p w14:paraId="685784E3" w14:textId="77777777" w:rsidR="00AD0E4F" w:rsidRDefault="008D426B">
            <w:pPr>
              <w:spacing w:after="0" w:line="240" w:lineRule="auto"/>
            </w:pPr>
            <w:r>
              <w:rPr>
                <w:color w:val="000000"/>
                <w:sz w:val="17"/>
              </w:rPr>
              <w:t>1,815円</w:t>
            </w:r>
          </w:p>
        </w:tc>
      </w:tr>
      <w:tr w:rsidR="00AD0E4F" w14:paraId="3D0A207E" w14:textId="77777777">
        <w:trPr>
          <w:jc w:val="center"/>
        </w:trPr>
        <w:tc>
          <w:tcPr>
            <w:tcW w:w="3685" w:type="dxa"/>
            <w:tcMar>
              <w:top w:w="45" w:type="dxa"/>
              <w:left w:w="100" w:type="dxa"/>
              <w:bottom w:w="45" w:type="dxa"/>
              <w:right w:w="100" w:type="dxa"/>
            </w:tcMar>
            <w:vAlign w:val="center"/>
          </w:tcPr>
          <w:p w14:paraId="778271E2" w14:textId="77777777" w:rsidR="00AD0E4F" w:rsidRDefault="008D426B">
            <w:pPr>
              <w:spacing w:after="0" w:line="240" w:lineRule="auto"/>
            </w:pPr>
            <w:r>
              <w:rPr>
                <w:color w:val="000000"/>
                <w:sz w:val="17"/>
              </w:rPr>
              <w:t>理学療法士等・1日</w:t>
            </w:r>
          </w:p>
        </w:tc>
        <w:tc>
          <w:tcPr>
            <w:tcW w:w="1701" w:type="dxa"/>
            <w:tcMar>
              <w:top w:w="45" w:type="dxa"/>
              <w:left w:w="100" w:type="dxa"/>
              <w:bottom w:w="45" w:type="dxa"/>
              <w:right w:w="100" w:type="dxa"/>
            </w:tcMar>
            <w:vAlign w:val="center"/>
          </w:tcPr>
          <w:p w14:paraId="6257D008" w14:textId="77777777" w:rsidR="00AD0E4F" w:rsidRDefault="008D426B">
            <w:pPr>
              <w:spacing w:after="0" w:line="240" w:lineRule="auto"/>
            </w:pPr>
            <w:r>
              <w:rPr>
                <w:color w:val="000000"/>
                <w:sz w:val="17"/>
              </w:rPr>
              <w:t>5,550円</w:t>
            </w:r>
          </w:p>
        </w:tc>
        <w:tc>
          <w:tcPr>
            <w:tcW w:w="1644" w:type="dxa"/>
            <w:tcMar>
              <w:top w:w="45" w:type="dxa"/>
              <w:left w:w="100" w:type="dxa"/>
              <w:bottom w:w="45" w:type="dxa"/>
              <w:right w:w="100" w:type="dxa"/>
            </w:tcMar>
            <w:vAlign w:val="center"/>
          </w:tcPr>
          <w:p w14:paraId="5DD49BB2" w14:textId="77777777" w:rsidR="00AD0E4F" w:rsidRDefault="008D426B">
            <w:pPr>
              <w:spacing w:after="0" w:line="240" w:lineRule="auto"/>
            </w:pPr>
            <w:r>
              <w:rPr>
                <w:color w:val="000000"/>
                <w:sz w:val="17"/>
              </w:rPr>
              <w:t>555円</w:t>
            </w:r>
          </w:p>
        </w:tc>
        <w:tc>
          <w:tcPr>
            <w:tcW w:w="1644" w:type="dxa"/>
            <w:tcMar>
              <w:top w:w="45" w:type="dxa"/>
              <w:left w:w="100" w:type="dxa"/>
              <w:bottom w:w="45" w:type="dxa"/>
              <w:right w:w="100" w:type="dxa"/>
            </w:tcMar>
            <w:vAlign w:val="center"/>
          </w:tcPr>
          <w:p w14:paraId="4065DEDF" w14:textId="77777777" w:rsidR="00AD0E4F" w:rsidRDefault="008D426B">
            <w:pPr>
              <w:spacing w:after="0" w:line="240" w:lineRule="auto"/>
            </w:pPr>
            <w:r>
              <w:rPr>
                <w:color w:val="000000"/>
                <w:sz w:val="17"/>
              </w:rPr>
              <w:t>1,110円</w:t>
            </w:r>
          </w:p>
        </w:tc>
        <w:tc>
          <w:tcPr>
            <w:tcW w:w="1644" w:type="dxa"/>
            <w:tcMar>
              <w:top w:w="45" w:type="dxa"/>
              <w:left w:w="100" w:type="dxa"/>
              <w:bottom w:w="45" w:type="dxa"/>
              <w:right w:w="100" w:type="dxa"/>
            </w:tcMar>
            <w:vAlign w:val="center"/>
          </w:tcPr>
          <w:p w14:paraId="1F23D75F" w14:textId="77777777" w:rsidR="00AD0E4F" w:rsidRDefault="008D426B">
            <w:pPr>
              <w:spacing w:after="0" w:line="240" w:lineRule="auto"/>
            </w:pPr>
            <w:r>
              <w:rPr>
                <w:color w:val="000000"/>
                <w:sz w:val="17"/>
              </w:rPr>
              <w:t>1,665円</w:t>
            </w:r>
          </w:p>
        </w:tc>
      </w:tr>
      <w:tr w:rsidR="00AD0E4F" w14:paraId="06B9610C" w14:textId="77777777">
        <w:trPr>
          <w:jc w:val="center"/>
        </w:trPr>
        <w:tc>
          <w:tcPr>
            <w:tcW w:w="3685" w:type="dxa"/>
            <w:tcMar>
              <w:top w:w="45" w:type="dxa"/>
              <w:left w:w="100" w:type="dxa"/>
              <w:bottom w:w="45" w:type="dxa"/>
              <w:right w:w="100" w:type="dxa"/>
            </w:tcMar>
            <w:vAlign w:val="center"/>
          </w:tcPr>
          <w:p w14:paraId="488D5877" w14:textId="77777777" w:rsidR="00AD0E4F" w:rsidRDefault="008D426B">
            <w:pPr>
              <w:spacing w:after="0" w:line="240" w:lineRule="auto"/>
              <w:rPr>
                <w:lang w:eastAsia="ja-JP"/>
              </w:rPr>
            </w:pPr>
            <w:r>
              <w:rPr>
                <w:color w:val="000000"/>
                <w:sz w:val="17"/>
                <w:lang w:eastAsia="ja-JP"/>
              </w:rPr>
              <w:t>入院中の外泊時・基本療養費(III)</w:t>
            </w:r>
          </w:p>
        </w:tc>
        <w:tc>
          <w:tcPr>
            <w:tcW w:w="1701" w:type="dxa"/>
            <w:tcMar>
              <w:top w:w="45" w:type="dxa"/>
              <w:left w:w="100" w:type="dxa"/>
              <w:bottom w:w="45" w:type="dxa"/>
              <w:right w:w="100" w:type="dxa"/>
            </w:tcMar>
            <w:vAlign w:val="center"/>
          </w:tcPr>
          <w:p w14:paraId="7187AD23" w14:textId="77777777" w:rsidR="00AD0E4F" w:rsidRDefault="008D426B">
            <w:pPr>
              <w:spacing w:after="0" w:line="240" w:lineRule="auto"/>
            </w:pPr>
            <w:r>
              <w:rPr>
                <w:color w:val="000000"/>
                <w:sz w:val="17"/>
              </w:rPr>
              <w:t>8,500円</w:t>
            </w:r>
          </w:p>
        </w:tc>
        <w:tc>
          <w:tcPr>
            <w:tcW w:w="1644" w:type="dxa"/>
            <w:tcMar>
              <w:top w:w="45" w:type="dxa"/>
              <w:left w:w="100" w:type="dxa"/>
              <w:bottom w:w="45" w:type="dxa"/>
              <w:right w:w="100" w:type="dxa"/>
            </w:tcMar>
            <w:vAlign w:val="center"/>
          </w:tcPr>
          <w:p w14:paraId="7D0A04BB" w14:textId="77777777" w:rsidR="00AD0E4F" w:rsidRDefault="008D426B">
            <w:pPr>
              <w:spacing w:after="0" w:line="240" w:lineRule="auto"/>
            </w:pPr>
            <w:r>
              <w:rPr>
                <w:color w:val="000000"/>
                <w:sz w:val="17"/>
              </w:rPr>
              <w:t>850円</w:t>
            </w:r>
          </w:p>
        </w:tc>
        <w:tc>
          <w:tcPr>
            <w:tcW w:w="1644" w:type="dxa"/>
            <w:tcMar>
              <w:top w:w="45" w:type="dxa"/>
              <w:left w:w="100" w:type="dxa"/>
              <w:bottom w:w="45" w:type="dxa"/>
              <w:right w:w="100" w:type="dxa"/>
            </w:tcMar>
            <w:vAlign w:val="center"/>
          </w:tcPr>
          <w:p w14:paraId="0464853B" w14:textId="77777777" w:rsidR="00AD0E4F" w:rsidRDefault="008D426B">
            <w:pPr>
              <w:spacing w:after="0" w:line="240" w:lineRule="auto"/>
            </w:pPr>
            <w:r>
              <w:rPr>
                <w:color w:val="000000"/>
                <w:sz w:val="17"/>
              </w:rPr>
              <w:t>1,700円</w:t>
            </w:r>
          </w:p>
        </w:tc>
        <w:tc>
          <w:tcPr>
            <w:tcW w:w="1644" w:type="dxa"/>
            <w:tcMar>
              <w:top w:w="45" w:type="dxa"/>
              <w:left w:w="100" w:type="dxa"/>
              <w:bottom w:w="45" w:type="dxa"/>
              <w:right w:w="100" w:type="dxa"/>
            </w:tcMar>
            <w:vAlign w:val="center"/>
          </w:tcPr>
          <w:p w14:paraId="1F57CF53" w14:textId="77777777" w:rsidR="00AD0E4F" w:rsidRDefault="008D426B">
            <w:pPr>
              <w:spacing w:after="0" w:line="240" w:lineRule="auto"/>
            </w:pPr>
            <w:r>
              <w:rPr>
                <w:color w:val="000000"/>
                <w:sz w:val="17"/>
              </w:rPr>
              <w:t>2,550円</w:t>
            </w:r>
          </w:p>
        </w:tc>
      </w:tr>
    </w:tbl>
    <w:p w14:paraId="10CCBE30" w14:textId="77777777" w:rsidR="00AD0E4F" w:rsidRDefault="008D426B">
      <w:pPr>
        <w:keepNext/>
        <w:pageBreakBefore/>
        <w:spacing w:after="20" w:line="240" w:lineRule="auto"/>
        <w:rPr>
          <w:lang w:eastAsia="ja-JP"/>
        </w:rPr>
      </w:pPr>
      <w:r>
        <w:rPr>
          <w:color w:val="000000"/>
          <w:sz w:val="17"/>
          <w:lang w:eastAsia="ja-JP"/>
        </w:rPr>
        <w:lastRenderedPageBreak/>
        <w:t>2. 同一建物の利用者に対する基本療養費(II) - 看護師等・准看護師等・リハ職</w:t>
      </w:r>
    </w:p>
    <w:tbl>
      <w:tblPr>
        <w:tblW w:w="9709" w:type="dxa"/>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3109"/>
        <w:gridCol w:w="1660"/>
        <w:gridCol w:w="1660"/>
        <w:gridCol w:w="1454"/>
        <w:gridCol w:w="1826"/>
      </w:tblGrid>
      <w:tr w:rsidR="00AD0E4F" w14:paraId="759BEA1A" w14:textId="77777777" w:rsidTr="00385FC6">
        <w:trPr>
          <w:cantSplit/>
          <w:trHeight w:val="276"/>
          <w:tblHeader/>
          <w:jc w:val="center"/>
        </w:trPr>
        <w:tc>
          <w:tcPr>
            <w:tcW w:w="3109" w:type="dxa"/>
            <w:shd w:val="clear" w:color="auto" w:fill="4A4A4A"/>
            <w:noWrap/>
            <w:tcMar>
              <w:top w:w="45" w:type="dxa"/>
              <w:left w:w="100" w:type="dxa"/>
              <w:bottom w:w="45" w:type="dxa"/>
              <w:right w:w="100" w:type="dxa"/>
            </w:tcMar>
            <w:vAlign w:val="center"/>
          </w:tcPr>
          <w:p w14:paraId="19A8ED17" w14:textId="77777777" w:rsidR="00AD0E4F" w:rsidRDefault="008D426B">
            <w:pPr>
              <w:keepNext/>
              <w:spacing w:after="0" w:line="240" w:lineRule="auto"/>
              <w:jc w:val="center"/>
            </w:pPr>
            <w:r>
              <w:rPr>
                <w:color w:val="FFFFFF"/>
                <w:sz w:val="17"/>
              </w:rPr>
              <w:t>人数・月内日数</w:t>
            </w:r>
          </w:p>
        </w:tc>
        <w:tc>
          <w:tcPr>
            <w:tcW w:w="1660" w:type="dxa"/>
            <w:shd w:val="clear" w:color="auto" w:fill="4A4A4A"/>
            <w:tcMar>
              <w:top w:w="45" w:type="dxa"/>
              <w:left w:w="100" w:type="dxa"/>
              <w:bottom w:w="45" w:type="dxa"/>
              <w:right w:w="100" w:type="dxa"/>
            </w:tcMar>
            <w:vAlign w:val="center"/>
          </w:tcPr>
          <w:p w14:paraId="009C40EF" w14:textId="77777777" w:rsidR="00AD0E4F" w:rsidRDefault="008D426B">
            <w:pPr>
              <w:keepNext/>
              <w:spacing w:after="0" w:line="240" w:lineRule="auto"/>
              <w:jc w:val="center"/>
            </w:pPr>
            <w:r>
              <w:rPr>
                <w:color w:val="FFFFFF"/>
                <w:sz w:val="17"/>
              </w:rPr>
              <w:t>看護師等</w:t>
            </w:r>
          </w:p>
        </w:tc>
        <w:tc>
          <w:tcPr>
            <w:tcW w:w="1660" w:type="dxa"/>
            <w:shd w:val="clear" w:color="auto" w:fill="4A4A4A"/>
            <w:tcMar>
              <w:top w:w="45" w:type="dxa"/>
              <w:left w:w="100" w:type="dxa"/>
              <w:bottom w:w="45" w:type="dxa"/>
              <w:right w:w="100" w:type="dxa"/>
            </w:tcMar>
            <w:vAlign w:val="center"/>
          </w:tcPr>
          <w:p w14:paraId="0573BF6F" w14:textId="77777777" w:rsidR="00AD0E4F" w:rsidRDefault="008D426B">
            <w:pPr>
              <w:keepNext/>
              <w:spacing w:after="0" w:line="240" w:lineRule="auto"/>
              <w:jc w:val="center"/>
            </w:pPr>
            <w:r>
              <w:rPr>
                <w:color w:val="FFFFFF"/>
                <w:sz w:val="17"/>
              </w:rPr>
              <w:t>准看護師等</w:t>
            </w:r>
          </w:p>
        </w:tc>
        <w:tc>
          <w:tcPr>
            <w:tcW w:w="1454" w:type="dxa"/>
            <w:tcMar>
              <w:top w:w="45" w:type="dxa"/>
              <w:bottom w:w="45" w:type="dxa"/>
            </w:tcMar>
            <w:vAlign w:val="center"/>
          </w:tcPr>
          <w:p w14:paraId="4483B80D" w14:textId="77777777" w:rsidR="00AD0E4F" w:rsidRDefault="008D426B">
            <w:pPr>
              <w:keepNext/>
            </w:pPr>
            <w:r>
              <w:rPr>
                <w:color w:val="000000"/>
                <w:sz w:val="17"/>
              </w:rPr>
              <w:t>PT・OT・ST</w:t>
            </w:r>
          </w:p>
        </w:tc>
        <w:tc>
          <w:tcPr>
            <w:tcW w:w="1826" w:type="dxa"/>
            <w:tcMar>
              <w:top w:w="45" w:type="dxa"/>
              <w:bottom w:w="45" w:type="dxa"/>
            </w:tcMar>
            <w:vAlign w:val="center"/>
          </w:tcPr>
          <w:p w14:paraId="0C38AEF0" w14:textId="77777777" w:rsidR="00AD0E4F" w:rsidRDefault="008D426B">
            <w:pPr>
              <w:keepNext/>
            </w:pPr>
            <w:r>
              <w:rPr>
                <w:color w:val="000000"/>
                <w:sz w:val="17"/>
              </w:rPr>
              <w:t>算定単位</w:t>
            </w:r>
          </w:p>
        </w:tc>
      </w:tr>
      <w:tr w:rsidR="00AD0E4F" w14:paraId="04B1668E" w14:textId="77777777" w:rsidTr="00385FC6">
        <w:trPr>
          <w:cantSplit/>
          <w:trHeight w:val="436"/>
          <w:jc w:val="center"/>
        </w:trPr>
        <w:tc>
          <w:tcPr>
            <w:tcW w:w="3109" w:type="dxa"/>
            <w:noWrap/>
            <w:tcMar>
              <w:top w:w="45" w:type="dxa"/>
              <w:bottom w:w="45" w:type="dxa"/>
            </w:tcMar>
            <w:vAlign w:val="center"/>
          </w:tcPr>
          <w:p w14:paraId="7970DB22" w14:textId="77777777" w:rsidR="00AD0E4F" w:rsidRDefault="008D426B">
            <w:pPr>
              <w:keepNext/>
            </w:pPr>
            <w:r>
              <w:rPr>
                <w:color w:val="000000"/>
                <w:sz w:val="16"/>
              </w:rPr>
              <w:t>同一日に2人</w:t>
            </w:r>
          </w:p>
        </w:tc>
        <w:tc>
          <w:tcPr>
            <w:tcW w:w="1660" w:type="dxa"/>
            <w:tcMar>
              <w:top w:w="45" w:type="dxa"/>
              <w:bottom w:w="45" w:type="dxa"/>
            </w:tcMar>
            <w:vAlign w:val="center"/>
          </w:tcPr>
          <w:p w14:paraId="79939292" w14:textId="77777777" w:rsidR="00AD0E4F" w:rsidRDefault="008D426B">
            <w:pPr>
              <w:keepNext/>
            </w:pPr>
            <w:r>
              <w:rPr>
                <w:color w:val="000000"/>
                <w:sz w:val="17"/>
              </w:rPr>
              <w:t>5,550円／6,550円</w:t>
            </w:r>
          </w:p>
        </w:tc>
        <w:tc>
          <w:tcPr>
            <w:tcW w:w="1660" w:type="dxa"/>
            <w:tcMar>
              <w:top w:w="45" w:type="dxa"/>
              <w:bottom w:w="45" w:type="dxa"/>
            </w:tcMar>
            <w:vAlign w:val="center"/>
          </w:tcPr>
          <w:p w14:paraId="2D6AE88C" w14:textId="77777777" w:rsidR="00AD0E4F" w:rsidRDefault="008D426B">
            <w:pPr>
              <w:keepNext/>
            </w:pPr>
            <w:r>
              <w:rPr>
                <w:color w:val="000000"/>
                <w:sz w:val="17"/>
              </w:rPr>
              <w:t>5,050円／6,050円</w:t>
            </w:r>
          </w:p>
        </w:tc>
        <w:tc>
          <w:tcPr>
            <w:tcW w:w="1454" w:type="dxa"/>
            <w:tcMar>
              <w:top w:w="45" w:type="dxa"/>
              <w:bottom w:w="45" w:type="dxa"/>
            </w:tcMar>
            <w:vAlign w:val="center"/>
          </w:tcPr>
          <w:p w14:paraId="7967FFEC" w14:textId="77777777" w:rsidR="00AD0E4F" w:rsidRDefault="008D426B">
            <w:pPr>
              <w:keepNext/>
            </w:pPr>
            <w:r>
              <w:rPr>
                <w:color w:val="000000"/>
                <w:sz w:val="17"/>
              </w:rPr>
              <w:t>5,550円</w:t>
            </w:r>
          </w:p>
        </w:tc>
        <w:tc>
          <w:tcPr>
            <w:tcW w:w="1826" w:type="dxa"/>
            <w:tcMar>
              <w:top w:w="45" w:type="dxa"/>
              <w:bottom w:w="45" w:type="dxa"/>
            </w:tcMar>
            <w:vAlign w:val="center"/>
          </w:tcPr>
          <w:p w14:paraId="25D2025D" w14:textId="77777777" w:rsidR="00AD0E4F" w:rsidRDefault="008D426B">
            <w:pPr>
              <w:keepNext/>
            </w:pPr>
            <w:r>
              <w:rPr>
                <w:color w:val="000000"/>
                <w:sz w:val="17"/>
              </w:rPr>
              <w:t>週3日まで／週4日以降</w:t>
            </w:r>
          </w:p>
        </w:tc>
      </w:tr>
      <w:tr w:rsidR="00AD0E4F" w14:paraId="32C7A6F1" w14:textId="77777777" w:rsidTr="00385FC6">
        <w:trPr>
          <w:cantSplit/>
          <w:trHeight w:val="436"/>
          <w:jc w:val="center"/>
        </w:trPr>
        <w:tc>
          <w:tcPr>
            <w:tcW w:w="3109" w:type="dxa"/>
            <w:noWrap/>
            <w:tcMar>
              <w:top w:w="45" w:type="dxa"/>
              <w:bottom w:w="45" w:type="dxa"/>
            </w:tcMar>
            <w:vAlign w:val="center"/>
          </w:tcPr>
          <w:p w14:paraId="24B814FA" w14:textId="77777777" w:rsidR="00AD0E4F" w:rsidRDefault="008D426B">
            <w:pPr>
              <w:keepNext/>
            </w:pPr>
            <w:r>
              <w:rPr>
                <w:color w:val="000000"/>
                <w:sz w:val="16"/>
              </w:rPr>
              <w:t>同一日に3〜9人</w:t>
            </w:r>
          </w:p>
        </w:tc>
        <w:tc>
          <w:tcPr>
            <w:tcW w:w="1660" w:type="dxa"/>
            <w:tcMar>
              <w:top w:w="45" w:type="dxa"/>
              <w:bottom w:w="45" w:type="dxa"/>
            </w:tcMar>
            <w:vAlign w:val="center"/>
          </w:tcPr>
          <w:p w14:paraId="450987EC" w14:textId="77777777" w:rsidR="00AD0E4F" w:rsidRDefault="008D426B">
            <w:pPr>
              <w:keepNext/>
            </w:pPr>
            <w:r>
              <w:rPr>
                <w:color w:val="000000"/>
                <w:sz w:val="17"/>
              </w:rPr>
              <w:t>2,780円／3,280円</w:t>
            </w:r>
          </w:p>
        </w:tc>
        <w:tc>
          <w:tcPr>
            <w:tcW w:w="1660" w:type="dxa"/>
            <w:tcMar>
              <w:top w:w="45" w:type="dxa"/>
              <w:bottom w:w="45" w:type="dxa"/>
            </w:tcMar>
            <w:vAlign w:val="center"/>
          </w:tcPr>
          <w:p w14:paraId="19B03F0E" w14:textId="77777777" w:rsidR="00AD0E4F" w:rsidRDefault="008D426B">
            <w:pPr>
              <w:keepNext/>
            </w:pPr>
            <w:r>
              <w:rPr>
                <w:color w:val="000000"/>
                <w:sz w:val="17"/>
              </w:rPr>
              <w:t>2,530円／3,030円</w:t>
            </w:r>
          </w:p>
        </w:tc>
        <w:tc>
          <w:tcPr>
            <w:tcW w:w="1454" w:type="dxa"/>
            <w:tcMar>
              <w:top w:w="45" w:type="dxa"/>
              <w:bottom w:w="45" w:type="dxa"/>
            </w:tcMar>
            <w:vAlign w:val="center"/>
          </w:tcPr>
          <w:p w14:paraId="196FB928" w14:textId="77777777" w:rsidR="00AD0E4F" w:rsidRDefault="008D426B">
            <w:pPr>
              <w:keepNext/>
            </w:pPr>
            <w:r>
              <w:rPr>
                <w:color w:val="000000"/>
                <w:sz w:val="17"/>
              </w:rPr>
              <w:t>2,780円</w:t>
            </w:r>
          </w:p>
        </w:tc>
        <w:tc>
          <w:tcPr>
            <w:tcW w:w="1826" w:type="dxa"/>
            <w:tcMar>
              <w:top w:w="45" w:type="dxa"/>
              <w:bottom w:w="45" w:type="dxa"/>
            </w:tcMar>
            <w:vAlign w:val="center"/>
          </w:tcPr>
          <w:p w14:paraId="6E1EE86E" w14:textId="77777777" w:rsidR="00AD0E4F" w:rsidRDefault="008D426B">
            <w:pPr>
              <w:keepNext/>
            </w:pPr>
            <w:r>
              <w:rPr>
                <w:color w:val="000000"/>
                <w:sz w:val="17"/>
              </w:rPr>
              <w:t>週3日まで／週4日以降</w:t>
            </w:r>
          </w:p>
        </w:tc>
      </w:tr>
      <w:tr w:rsidR="00AD0E4F" w14:paraId="195896C2" w14:textId="77777777" w:rsidTr="00385FC6">
        <w:trPr>
          <w:cantSplit/>
          <w:trHeight w:val="276"/>
          <w:jc w:val="center"/>
        </w:trPr>
        <w:tc>
          <w:tcPr>
            <w:tcW w:w="3109" w:type="dxa"/>
            <w:noWrap/>
            <w:tcMar>
              <w:top w:w="45" w:type="dxa"/>
              <w:bottom w:w="45" w:type="dxa"/>
            </w:tcMar>
            <w:vAlign w:val="center"/>
          </w:tcPr>
          <w:p w14:paraId="305C4371" w14:textId="77777777" w:rsidR="00AD0E4F" w:rsidRDefault="008D426B">
            <w:pPr>
              <w:keepNext/>
            </w:pPr>
            <w:r>
              <w:rPr>
                <w:color w:val="000000"/>
                <w:sz w:val="16"/>
              </w:rPr>
              <w:t>10〜19人・月20日目まで</w:t>
            </w:r>
          </w:p>
        </w:tc>
        <w:tc>
          <w:tcPr>
            <w:tcW w:w="1660" w:type="dxa"/>
            <w:tcMar>
              <w:top w:w="45" w:type="dxa"/>
              <w:bottom w:w="45" w:type="dxa"/>
            </w:tcMar>
            <w:vAlign w:val="center"/>
          </w:tcPr>
          <w:p w14:paraId="5E94225C" w14:textId="77777777" w:rsidR="00AD0E4F" w:rsidRDefault="008D426B">
            <w:pPr>
              <w:keepNext/>
            </w:pPr>
            <w:r>
              <w:rPr>
                <w:color w:val="000000"/>
                <w:sz w:val="17"/>
              </w:rPr>
              <w:t>2,760円</w:t>
            </w:r>
          </w:p>
        </w:tc>
        <w:tc>
          <w:tcPr>
            <w:tcW w:w="1660" w:type="dxa"/>
            <w:tcMar>
              <w:top w:w="45" w:type="dxa"/>
              <w:bottom w:w="45" w:type="dxa"/>
            </w:tcMar>
            <w:vAlign w:val="center"/>
          </w:tcPr>
          <w:p w14:paraId="73F71B3B" w14:textId="77777777" w:rsidR="00AD0E4F" w:rsidRDefault="008D426B">
            <w:pPr>
              <w:keepNext/>
            </w:pPr>
            <w:r>
              <w:rPr>
                <w:color w:val="000000"/>
                <w:sz w:val="17"/>
              </w:rPr>
              <w:t>2,520円</w:t>
            </w:r>
          </w:p>
        </w:tc>
        <w:tc>
          <w:tcPr>
            <w:tcW w:w="1454" w:type="dxa"/>
            <w:tcMar>
              <w:top w:w="45" w:type="dxa"/>
              <w:bottom w:w="45" w:type="dxa"/>
            </w:tcMar>
            <w:vAlign w:val="center"/>
          </w:tcPr>
          <w:p w14:paraId="69DC9147" w14:textId="77777777" w:rsidR="00AD0E4F" w:rsidRDefault="008D426B">
            <w:pPr>
              <w:keepNext/>
            </w:pPr>
            <w:r>
              <w:rPr>
                <w:color w:val="000000"/>
                <w:sz w:val="17"/>
              </w:rPr>
              <w:t>2,760円</w:t>
            </w:r>
          </w:p>
        </w:tc>
        <w:tc>
          <w:tcPr>
            <w:tcW w:w="1826" w:type="dxa"/>
            <w:tcMar>
              <w:top w:w="45" w:type="dxa"/>
              <w:bottom w:w="45" w:type="dxa"/>
            </w:tcMar>
            <w:vAlign w:val="center"/>
          </w:tcPr>
          <w:p w14:paraId="4DBE51E5" w14:textId="77777777" w:rsidR="00AD0E4F" w:rsidRDefault="008D426B">
            <w:pPr>
              <w:keepNext/>
            </w:pPr>
            <w:r>
              <w:rPr>
                <w:color w:val="000000"/>
                <w:sz w:val="17"/>
              </w:rPr>
              <w:t>1日につき</w:t>
            </w:r>
          </w:p>
        </w:tc>
      </w:tr>
      <w:tr w:rsidR="00AD0E4F" w14:paraId="50C7B567" w14:textId="77777777" w:rsidTr="00385FC6">
        <w:trPr>
          <w:cantSplit/>
          <w:trHeight w:val="276"/>
          <w:jc w:val="center"/>
        </w:trPr>
        <w:tc>
          <w:tcPr>
            <w:tcW w:w="3109" w:type="dxa"/>
            <w:noWrap/>
            <w:tcMar>
              <w:top w:w="45" w:type="dxa"/>
              <w:bottom w:w="45" w:type="dxa"/>
            </w:tcMar>
            <w:vAlign w:val="center"/>
          </w:tcPr>
          <w:p w14:paraId="769C5EC6" w14:textId="77777777" w:rsidR="00AD0E4F" w:rsidRDefault="008D426B">
            <w:pPr>
              <w:keepNext/>
            </w:pPr>
            <w:r>
              <w:rPr>
                <w:color w:val="000000"/>
                <w:sz w:val="16"/>
              </w:rPr>
              <w:t>10〜19人・月21日目以降</w:t>
            </w:r>
          </w:p>
        </w:tc>
        <w:tc>
          <w:tcPr>
            <w:tcW w:w="1660" w:type="dxa"/>
            <w:tcMar>
              <w:top w:w="45" w:type="dxa"/>
              <w:bottom w:w="45" w:type="dxa"/>
            </w:tcMar>
            <w:vAlign w:val="center"/>
          </w:tcPr>
          <w:p w14:paraId="67ECCB03" w14:textId="77777777" w:rsidR="00AD0E4F" w:rsidRDefault="008D426B">
            <w:pPr>
              <w:keepNext/>
            </w:pPr>
            <w:r>
              <w:rPr>
                <w:color w:val="000000"/>
                <w:sz w:val="17"/>
              </w:rPr>
              <w:t>2,660円</w:t>
            </w:r>
          </w:p>
        </w:tc>
        <w:tc>
          <w:tcPr>
            <w:tcW w:w="1660" w:type="dxa"/>
            <w:tcMar>
              <w:top w:w="45" w:type="dxa"/>
              <w:bottom w:w="45" w:type="dxa"/>
            </w:tcMar>
            <w:vAlign w:val="center"/>
          </w:tcPr>
          <w:p w14:paraId="02352050" w14:textId="77777777" w:rsidR="00AD0E4F" w:rsidRDefault="008D426B">
            <w:pPr>
              <w:keepNext/>
            </w:pPr>
            <w:r>
              <w:rPr>
                <w:color w:val="000000"/>
                <w:sz w:val="17"/>
              </w:rPr>
              <w:t>2,420円</w:t>
            </w:r>
          </w:p>
        </w:tc>
        <w:tc>
          <w:tcPr>
            <w:tcW w:w="1454" w:type="dxa"/>
            <w:tcMar>
              <w:top w:w="45" w:type="dxa"/>
              <w:bottom w:w="45" w:type="dxa"/>
            </w:tcMar>
            <w:vAlign w:val="center"/>
          </w:tcPr>
          <w:p w14:paraId="4B2557F5" w14:textId="77777777" w:rsidR="00AD0E4F" w:rsidRDefault="008D426B">
            <w:pPr>
              <w:keepNext/>
            </w:pPr>
            <w:r>
              <w:rPr>
                <w:color w:val="000000"/>
                <w:sz w:val="17"/>
              </w:rPr>
              <w:t>2,660円</w:t>
            </w:r>
          </w:p>
        </w:tc>
        <w:tc>
          <w:tcPr>
            <w:tcW w:w="1826" w:type="dxa"/>
            <w:tcMar>
              <w:top w:w="45" w:type="dxa"/>
              <w:bottom w:w="45" w:type="dxa"/>
            </w:tcMar>
            <w:vAlign w:val="center"/>
          </w:tcPr>
          <w:p w14:paraId="72AC2300" w14:textId="77777777" w:rsidR="00AD0E4F" w:rsidRDefault="008D426B">
            <w:pPr>
              <w:keepNext/>
            </w:pPr>
            <w:r>
              <w:rPr>
                <w:color w:val="000000"/>
                <w:sz w:val="17"/>
              </w:rPr>
              <w:t>1日につき</w:t>
            </w:r>
          </w:p>
        </w:tc>
      </w:tr>
      <w:tr w:rsidR="00AD0E4F" w14:paraId="30A679E9" w14:textId="77777777" w:rsidTr="00385FC6">
        <w:trPr>
          <w:cantSplit/>
          <w:trHeight w:val="276"/>
          <w:jc w:val="center"/>
        </w:trPr>
        <w:tc>
          <w:tcPr>
            <w:tcW w:w="3109" w:type="dxa"/>
            <w:noWrap/>
            <w:tcMar>
              <w:top w:w="45" w:type="dxa"/>
              <w:bottom w:w="45" w:type="dxa"/>
            </w:tcMar>
            <w:vAlign w:val="center"/>
          </w:tcPr>
          <w:p w14:paraId="18871ABE" w14:textId="77777777" w:rsidR="00AD0E4F" w:rsidRDefault="008D426B">
            <w:pPr>
              <w:keepNext/>
            </w:pPr>
            <w:r>
              <w:rPr>
                <w:color w:val="000000"/>
                <w:sz w:val="16"/>
              </w:rPr>
              <w:t>20〜49人・月20日目まで</w:t>
            </w:r>
          </w:p>
        </w:tc>
        <w:tc>
          <w:tcPr>
            <w:tcW w:w="1660" w:type="dxa"/>
            <w:tcMar>
              <w:top w:w="45" w:type="dxa"/>
              <w:bottom w:w="45" w:type="dxa"/>
            </w:tcMar>
            <w:vAlign w:val="center"/>
          </w:tcPr>
          <w:p w14:paraId="1219BB33" w14:textId="77777777" w:rsidR="00AD0E4F" w:rsidRDefault="008D426B">
            <w:pPr>
              <w:keepNext/>
            </w:pPr>
            <w:r>
              <w:rPr>
                <w:color w:val="000000"/>
                <w:sz w:val="17"/>
              </w:rPr>
              <w:t>2,710円</w:t>
            </w:r>
          </w:p>
        </w:tc>
        <w:tc>
          <w:tcPr>
            <w:tcW w:w="1660" w:type="dxa"/>
            <w:tcMar>
              <w:top w:w="45" w:type="dxa"/>
              <w:bottom w:w="45" w:type="dxa"/>
            </w:tcMar>
            <w:vAlign w:val="center"/>
          </w:tcPr>
          <w:p w14:paraId="002F54A5" w14:textId="77777777" w:rsidR="00AD0E4F" w:rsidRDefault="008D426B">
            <w:pPr>
              <w:keepNext/>
            </w:pPr>
            <w:r>
              <w:rPr>
                <w:color w:val="000000"/>
                <w:sz w:val="17"/>
              </w:rPr>
              <w:t>2,470円</w:t>
            </w:r>
          </w:p>
        </w:tc>
        <w:tc>
          <w:tcPr>
            <w:tcW w:w="1454" w:type="dxa"/>
            <w:tcMar>
              <w:top w:w="45" w:type="dxa"/>
              <w:bottom w:w="45" w:type="dxa"/>
            </w:tcMar>
            <w:vAlign w:val="center"/>
          </w:tcPr>
          <w:p w14:paraId="32CEEB80" w14:textId="77777777" w:rsidR="00AD0E4F" w:rsidRDefault="008D426B">
            <w:pPr>
              <w:keepNext/>
            </w:pPr>
            <w:r>
              <w:rPr>
                <w:color w:val="000000"/>
                <w:sz w:val="17"/>
              </w:rPr>
              <w:t>2,710円</w:t>
            </w:r>
          </w:p>
        </w:tc>
        <w:tc>
          <w:tcPr>
            <w:tcW w:w="1826" w:type="dxa"/>
            <w:tcMar>
              <w:top w:w="45" w:type="dxa"/>
              <w:bottom w:w="45" w:type="dxa"/>
            </w:tcMar>
            <w:vAlign w:val="center"/>
          </w:tcPr>
          <w:p w14:paraId="472D51C3" w14:textId="77777777" w:rsidR="00AD0E4F" w:rsidRDefault="008D426B">
            <w:pPr>
              <w:keepNext/>
            </w:pPr>
            <w:r>
              <w:rPr>
                <w:color w:val="000000"/>
                <w:sz w:val="17"/>
              </w:rPr>
              <w:t>1日につき</w:t>
            </w:r>
          </w:p>
        </w:tc>
      </w:tr>
      <w:tr w:rsidR="00AD0E4F" w14:paraId="1A417E63" w14:textId="77777777" w:rsidTr="00385FC6">
        <w:trPr>
          <w:cantSplit/>
          <w:trHeight w:val="276"/>
          <w:jc w:val="center"/>
        </w:trPr>
        <w:tc>
          <w:tcPr>
            <w:tcW w:w="3109" w:type="dxa"/>
            <w:noWrap/>
            <w:tcMar>
              <w:top w:w="45" w:type="dxa"/>
              <w:bottom w:w="45" w:type="dxa"/>
            </w:tcMar>
            <w:vAlign w:val="center"/>
          </w:tcPr>
          <w:p w14:paraId="7D9FB1D6" w14:textId="77777777" w:rsidR="00AD0E4F" w:rsidRDefault="008D426B">
            <w:pPr>
              <w:keepNext/>
            </w:pPr>
            <w:r>
              <w:rPr>
                <w:color w:val="000000"/>
                <w:sz w:val="16"/>
              </w:rPr>
              <w:t>20〜49人・月21日目以降</w:t>
            </w:r>
          </w:p>
        </w:tc>
        <w:tc>
          <w:tcPr>
            <w:tcW w:w="1660" w:type="dxa"/>
            <w:tcMar>
              <w:top w:w="45" w:type="dxa"/>
              <w:bottom w:w="45" w:type="dxa"/>
            </w:tcMar>
            <w:vAlign w:val="center"/>
          </w:tcPr>
          <w:p w14:paraId="727668E8" w14:textId="77777777" w:rsidR="00AD0E4F" w:rsidRDefault="008D426B">
            <w:pPr>
              <w:keepNext/>
            </w:pPr>
            <w:r>
              <w:rPr>
                <w:color w:val="000000"/>
                <w:sz w:val="17"/>
              </w:rPr>
              <w:t>2,610円</w:t>
            </w:r>
          </w:p>
        </w:tc>
        <w:tc>
          <w:tcPr>
            <w:tcW w:w="1660" w:type="dxa"/>
            <w:tcMar>
              <w:top w:w="45" w:type="dxa"/>
              <w:bottom w:w="45" w:type="dxa"/>
            </w:tcMar>
            <w:vAlign w:val="center"/>
          </w:tcPr>
          <w:p w14:paraId="43A38A63" w14:textId="77777777" w:rsidR="00AD0E4F" w:rsidRDefault="008D426B">
            <w:pPr>
              <w:keepNext/>
            </w:pPr>
            <w:r>
              <w:rPr>
                <w:color w:val="000000"/>
                <w:sz w:val="17"/>
              </w:rPr>
              <w:t>2,370円</w:t>
            </w:r>
          </w:p>
        </w:tc>
        <w:tc>
          <w:tcPr>
            <w:tcW w:w="1454" w:type="dxa"/>
            <w:tcMar>
              <w:top w:w="45" w:type="dxa"/>
              <w:bottom w:w="45" w:type="dxa"/>
            </w:tcMar>
            <w:vAlign w:val="center"/>
          </w:tcPr>
          <w:p w14:paraId="7400C669" w14:textId="77777777" w:rsidR="00AD0E4F" w:rsidRDefault="008D426B">
            <w:pPr>
              <w:keepNext/>
            </w:pPr>
            <w:r>
              <w:rPr>
                <w:color w:val="000000"/>
                <w:sz w:val="17"/>
              </w:rPr>
              <w:t>2,610円</w:t>
            </w:r>
          </w:p>
        </w:tc>
        <w:tc>
          <w:tcPr>
            <w:tcW w:w="1826" w:type="dxa"/>
            <w:tcMar>
              <w:top w:w="45" w:type="dxa"/>
              <w:bottom w:w="45" w:type="dxa"/>
            </w:tcMar>
            <w:vAlign w:val="center"/>
          </w:tcPr>
          <w:p w14:paraId="5CC8B12A" w14:textId="77777777" w:rsidR="00AD0E4F" w:rsidRDefault="008D426B">
            <w:pPr>
              <w:keepNext/>
            </w:pPr>
            <w:r>
              <w:rPr>
                <w:color w:val="000000"/>
                <w:sz w:val="17"/>
              </w:rPr>
              <w:t>1日につき</w:t>
            </w:r>
          </w:p>
        </w:tc>
      </w:tr>
      <w:tr w:rsidR="00AD0E4F" w14:paraId="75339604" w14:textId="77777777" w:rsidTr="00385FC6">
        <w:trPr>
          <w:cantSplit/>
          <w:trHeight w:val="276"/>
          <w:jc w:val="center"/>
        </w:trPr>
        <w:tc>
          <w:tcPr>
            <w:tcW w:w="3109" w:type="dxa"/>
            <w:noWrap/>
            <w:tcMar>
              <w:top w:w="45" w:type="dxa"/>
              <w:bottom w:w="45" w:type="dxa"/>
            </w:tcMar>
            <w:vAlign w:val="center"/>
          </w:tcPr>
          <w:p w14:paraId="5D9A658B" w14:textId="77777777" w:rsidR="00AD0E4F" w:rsidRDefault="008D426B">
            <w:pPr>
              <w:keepNext/>
            </w:pPr>
            <w:r>
              <w:rPr>
                <w:color w:val="000000"/>
                <w:sz w:val="16"/>
              </w:rPr>
              <w:t>50人以上・月20日目まで</w:t>
            </w:r>
          </w:p>
        </w:tc>
        <w:tc>
          <w:tcPr>
            <w:tcW w:w="1660" w:type="dxa"/>
            <w:tcMar>
              <w:top w:w="45" w:type="dxa"/>
              <w:bottom w:w="45" w:type="dxa"/>
            </w:tcMar>
            <w:vAlign w:val="center"/>
          </w:tcPr>
          <w:p w14:paraId="07366D93" w14:textId="77777777" w:rsidR="00AD0E4F" w:rsidRDefault="008D426B">
            <w:pPr>
              <w:keepNext/>
            </w:pPr>
            <w:r>
              <w:rPr>
                <w:color w:val="000000"/>
                <w:sz w:val="17"/>
              </w:rPr>
              <w:t>2,610円</w:t>
            </w:r>
          </w:p>
        </w:tc>
        <w:tc>
          <w:tcPr>
            <w:tcW w:w="1660" w:type="dxa"/>
            <w:tcMar>
              <w:top w:w="45" w:type="dxa"/>
              <w:bottom w:w="45" w:type="dxa"/>
            </w:tcMar>
            <w:vAlign w:val="center"/>
          </w:tcPr>
          <w:p w14:paraId="4E165F57" w14:textId="77777777" w:rsidR="00AD0E4F" w:rsidRDefault="008D426B">
            <w:pPr>
              <w:keepNext/>
            </w:pPr>
            <w:r>
              <w:rPr>
                <w:color w:val="000000"/>
                <w:sz w:val="17"/>
              </w:rPr>
              <w:t>2,370円</w:t>
            </w:r>
          </w:p>
        </w:tc>
        <w:tc>
          <w:tcPr>
            <w:tcW w:w="1454" w:type="dxa"/>
            <w:tcMar>
              <w:top w:w="45" w:type="dxa"/>
              <w:bottom w:w="45" w:type="dxa"/>
            </w:tcMar>
            <w:vAlign w:val="center"/>
          </w:tcPr>
          <w:p w14:paraId="4B547C9F" w14:textId="77777777" w:rsidR="00AD0E4F" w:rsidRDefault="008D426B">
            <w:pPr>
              <w:keepNext/>
            </w:pPr>
            <w:r>
              <w:rPr>
                <w:color w:val="000000"/>
                <w:sz w:val="17"/>
              </w:rPr>
              <w:t>2,610円</w:t>
            </w:r>
          </w:p>
        </w:tc>
        <w:tc>
          <w:tcPr>
            <w:tcW w:w="1826" w:type="dxa"/>
            <w:tcMar>
              <w:top w:w="45" w:type="dxa"/>
              <w:bottom w:w="45" w:type="dxa"/>
            </w:tcMar>
            <w:vAlign w:val="center"/>
          </w:tcPr>
          <w:p w14:paraId="033DCECF" w14:textId="77777777" w:rsidR="00AD0E4F" w:rsidRDefault="008D426B">
            <w:pPr>
              <w:keepNext/>
            </w:pPr>
            <w:r>
              <w:rPr>
                <w:color w:val="000000"/>
                <w:sz w:val="17"/>
              </w:rPr>
              <w:t>1日につき</w:t>
            </w:r>
          </w:p>
        </w:tc>
      </w:tr>
      <w:tr w:rsidR="00AD0E4F" w14:paraId="71AB07B5" w14:textId="77777777" w:rsidTr="00385FC6">
        <w:trPr>
          <w:cantSplit/>
          <w:trHeight w:val="257"/>
          <w:jc w:val="center"/>
        </w:trPr>
        <w:tc>
          <w:tcPr>
            <w:tcW w:w="3109" w:type="dxa"/>
            <w:noWrap/>
            <w:tcMar>
              <w:top w:w="45" w:type="dxa"/>
              <w:bottom w:w="45" w:type="dxa"/>
            </w:tcMar>
            <w:vAlign w:val="center"/>
          </w:tcPr>
          <w:p w14:paraId="570F07D9" w14:textId="77777777" w:rsidR="00AD0E4F" w:rsidRDefault="008D426B">
            <w:r>
              <w:rPr>
                <w:color w:val="000000"/>
                <w:sz w:val="16"/>
              </w:rPr>
              <w:t>50人以上・月21日目以降</w:t>
            </w:r>
          </w:p>
        </w:tc>
        <w:tc>
          <w:tcPr>
            <w:tcW w:w="1660" w:type="dxa"/>
            <w:tcMar>
              <w:top w:w="45" w:type="dxa"/>
              <w:bottom w:w="45" w:type="dxa"/>
            </w:tcMar>
            <w:vAlign w:val="center"/>
          </w:tcPr>
          <w:p w14:paraId="76ACEC11" w14:textId="77777777" w:rsidR="00AD0E4F" w:rsidRDefault="008D426B">
            <w:r>
              <w:rPr>
                <w:color w:val="000000"/>
                <w:sz w:val="17"/>
              </w:rPr>
              <w:t>2,510円</w:t>
            </w:r>
          </w:p>
        </w:tc>
        <w:tc>
          <w:tcPr>
            <w:tcW w:w="1660" w:type="dxa"/>
            <w:tcMar>
              <w:top w:w="45" w:type="dxa"/>
              <w:bottom w:w="45" w:type="dxa"/>
            </w:tcMar>
            <w:vAlign w:val="center"/>
          </w:tcPr>
          <w:p w14:paraId="62E93904" w14:textId="77777777" w:rsidR="00AD0E4F" w:rsidRDefault="008D426B">
            <w:r>
              <w:rPr>
                <w:color w:val="000000"/>
                <w:sz w:val="17"/>
              </w:rPr>
              <w:t>2,270円</w:t>
            </w:r>
          </w:p>
        </w:tc>
        <w:tc>
          <w:tcPr>
            <w:tcW w:w="1454" w:type="dxa"/>
            <w:tcMar>
              <w:top w:w="45" w:type="dxa"/>
              <w:bottom w:w="45" w:type="dxa"/>
            </w:tcMar>
            <w:vAlign w:val="center"/>
          </w:tcPr>
          <w:p w14:paraId="283D3D93" w14:textId="77777777" w:rsidR="00AD0E4F" w:rsidRDefault="008D426B">
            <w:r>
              <w:rPr>
                <w:color w:val="000000"/>
                <w:sz w:val="17"/>
              </w:rPr>
              <w:t>2,510円</w:t>
            </w:r>
          </w:p>
        </w:tc>
        <w:tc>
          <w:tcPr>
            <w:tcW w:w="1826" w:type="dxa"/>
            <w:tcMar>
              <w:top w:w="45" w:type="dxa"/>
              <w:bottom w:w="45" w:type="dxa"/>
            </w:tcMar>
            <w:vAlign w:val="center"/>
          </w:tcPr>
          <w:p w14:paraId="506FF230" w14:textId="77777777" w:rsidR="00AD0E4F" w:rsidRDefault="008D426B">
            <w:r>
              <w:rPr>
                <w:color w:val="000000"/>
                <w:sz w:val="17"/>
              </w:rPr>
              <w:t>1日につき</w:t>
            </w:r>
          </w:p>
        </w:tc>
      </w:tr>
    </w:tbl>
    <w:p w14:paraId="495396A7" w14:textId="77777777" w:rsidR="00AD0E4F" w:rsidRDefault="008D426B">
      <w:pPr>
        <w:spacing w:after="0" w:line="240" w:lineRule="auto"/>
        <w:rPr>
          <w:lang w:eastAsia="ja-JP"/>
        </w:rPr>
      </w:pPr>
      <w:r>
        <w:rPr>
          <w:color w:val="000000"/>
          <w:sz w:val="17"/>
          <w:lang w:eastAsia="ja-JP"/>
        </w:rPr>
        <w:t>※PT・OT・STは同一料金です。医療保険の訪問看護基本療養費は看護職員の訪問と合わせて原則週3日までですが、所定の疾病等や特別訪問看護指示書等に該当する場合は例外があります。同一建物での訪問は30分以上を標準とし、20分未満は算定できません。受入可否は、利用者の状態、主治医の指示および職員配置等を確認して決定します。</w:t>
      </w:r>
    </w:p>
    <w:p w14:paraId="26C74DBA" w14:textId="77777777" w:rsidR="00AD0E4F" w:rsidRDefault="008D426B">
      <w:pPr>
        <w:keepNext/>
        <w:spacing w:after="20" w:line="240" w:lineRule="auto"/>
        <w:rPr>
          <w:lang w:eastAsia="ja-JP"/>
        </w:rPr>
      </w:pPr>
      <w:r>
        <w:rPr>
          <w:color w:val="000000"/>
          <w:sz w:val="28"/>
          <w:lang w:eastAsia="ja-JP"/>
        </w:rPr>
        <w:t>11 精神科訪問看護の基本料金</w:t>
      </w:r>
    </w:p>
    <w:p w14:paraId="46FD8FDE" w14:textId="77777777" w:rsidR="00AD0E4F" w:rsidRDefault="00AD0E4F">
      <w:pPr>
        <w:pBdr>
          <w:bottom w:val="single" w:sz="8" w:space="1" w:color="777777"/>
        </w:pBdr>
        <w:spacing w:before="20" w:after="0" w:line="240" w:lineRule="auto"/>
        <w:rPr>
          <w:lang w:eastAsia="ja-JP"/>
        </w:rPr>
      </w:pPr>
    </w:p>
    <w:p w14:paraId="08851370" w14:textId="77777777" w:rsidR="00AD0E4F" w:rsidRDefault="008D426B">
      <w:pPr>
        <w:spacing w:after="0" w:line="240" w:lineRule="auto"/>
        <w:rPr>
          <w:lang w:eastAsia="ja-JP"/>
        </w:rPr>
      </w:pPr>
      <w:r>
        <w:rPr>
          <w:color w:val="000000"/>
          <w:sz w:val="17"/>
          <w:lang w:eastAsia="ja-JP"/>
        </w:rPr>
        <w:t>精神科訪問看護は、精神科訪問看護指示書に基づき、対象となる看護師等が、精神症状の安定、服薬継続、生活リズムの調整、社会生活の維持等を支援するサービスです。</w:t>
      </w:r>
    </w:p>
    <w:p w14:paraId="744776B7" w14:textId="77777777" w:rsidR="00AD0E4F" w:rsidRDefault="008D426B">
      <w:pPr>
        <w:spacing w:after="20" w:line="240" w:lineRule="auto"/>
      </w:pPr>
      <w:r>
        <w:rPr>
          <w:color w:val="000000"/>
          <w:sz w:val="17"/>
        </w:rPr>
        <w:t>1. 精神科訪問看護基本療養費(I)</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3969"/>
        <w:gridCol w:w="1587"/>
        <w:gridCol w:w="1587"/>
        <w:gridCol w:w="1587"/>
        <w:gridCol w:w="1587"/>
      </w:tblGrid>
      <w:tr w:rsidR="00AD0E4F" w14:paraId="0A4AA6FA" w14:textId="77777777">
        <w:trPr>
          <w:tblHeader/>
          <w:jc w:val="center"/>
        </w:trPr>
        <w:tc>
          <w:tcPr>
            <w:tcW w:w="3969" w:type="dxa"/>
            <w:shd w:val="clear" w:color="auto" w:fill="4A4A4A"/>
            <w:tcMar>
              <w:top w:w="45" w:type="dxa"/>
              <w:left w:w="100" w:type="dxa"/>
              <w:bottom w:w="45" w:type="dxa"/>
              <w:right w:w="100" w:type="dxa"/>
            </w:tcMar>
            <w:vAlign w:val="center"/>
          </w:tcPr>
          <w:p w14:paraId="74A2522C" w14:textId="77777777" w:rsidR="00AD0E4F" w:rsidRDefault="008D426B">
            <w:pPr>
              <w:spacing w:after="0" w:line="240" w:lineRule="auto"/>
              <w:jc w:val="center"/>
            </w:pPr>
            <w:r>
              <w:rPr>
                <w:color w:val="FFFFFF"/>
                <w:sz w:val="17"/>
              </w:rPr>
              <w:t>訪問者・条件</w:t>
            </w:r>
          </w:p>
        </w:tc>
        <w:tc>
          <w:tcPr>
            <w:tcW w:w="1587" w:type="dxa"/>
            <w:shd w:val="clear" w:color="auto" w:fill="4A4A4A"/>
            <w:tcMar>
              <w:top w:w="45" w:type="dxa"/>
              <w:left w:w="100" w:type="dxa"/>
              <w:bottom w:w="45" w:type="dxa"/>
              <w:right w:w="100" w:type="dxa"/>
            </w:tcMar>
            <w:vAlign w:val="center"/>
          </w:tcPr>
          <w:p w14:paraId="12376064" w14:textId="77777777" w:rsidR="00AD0E4F" w:rsidRDefault="008D426B">
            <w:pPr>
              <w:spacing w:after="0" w:line="240" w:lineRule="auto"/>
              <w:jc w:val="center"/>
            </w:pPr>
            <w:r>
              <w:rPr>
                <w:color w:val="FFFFFF"/>
                <w:sz w:val="17"/>
              </w:rPr>
              <w:t>全額</w:t>
            </w:r>
          </w:p>
        </w:tc>
        <w:tc>
          <w:tcPr>
            <w:tcW w:w="1587" w:type="dxa"/>
            <w:shd w:val="clear" w:color="auto" w:fill="4A4A4A"/>
            <w:tcMar>
              <w:top w:w="45" w:type="dxa"/>
              <w:left w:w="100" w:type="dxa"/>
              <w:bottom w:w="45" w:type="dxa"/>
              <w:right w:w="100" w:type="dxa"/>
            </w:tcMar>
            <w:vAlign w:val="center"/>
          </w:tcPr>
          <w:p w14:paraId="7179A049" w14:textId="77777777" w:rsidR="00AD0E4F" w:rsidRDefault="008D426B">
            <w:pPr>
              <w:spacing w:after="0" w:line="240" w:lineRule="auto"/>
              <w:jc w:val="center"/>
            </w:pPr>
            <w:r>
              <w:rPr>
                <w:color w:val="FFFFFF"/>
                <w:sz w:val="17"/>
              </w:rPr>
              <w:t>1割</w:t>
            </w:r>
          </w:p>
        </w:tc>
        <w:tc>
          <w:tcPr>
            <w:tcW w:w="1587" w:type="dxa"/>
            <w:shd w:val="clear" w:color="auto" w:fill="4A4A4A"/>
            <w:tcMar>
              <w:top w:w="45" w:type="dxa"/>
              <w:left w:w="100" w:type="dxa"/>
              <w:bottom w:w="45" w:type="dxa"/>
              <w:right w:w="100" w:type="dxa"/>
            </w:tcMar>
            <w:vAlign w:val="center"/>
          </w:tcPr>
          <w:p w14:paraId="6207070E" w14:textId="77777777" w:rsidR="00AD0E4F" w:rsidRDefault="008D426B">
            <w:pPr>
              <w:spacing w:after="0" w:line="240" w:lineRule="auto"/>
              <w:jc w:val="center"/>
            </w:pPr>
            <w:r>
              <w:rPr>
                <w:color w:val="FFFFFF"/>
                <w:sz w:val="17"/>
              </w:rPr>
              <w:t>2割</w:t>
            </w:r>
          </w:p>
        </w:tc>
        <w:tc>
          <w:tcPr>
            <w:tcW w:w="1587" w:type="dxa"/>
            <w:shd w:val="clear" w:color="auto" w:fill="4A4A4A"/>
            <w:tcMar>
              <w:top w:w="45" w:type="dxa"/>
              <w:left w:w="100" w:type="dxa"/>
              <w:bottom w:w="45" w:type="dxa"/>
              <w:right w:w="100" w:type="dxa"/>
            </w:tcMar>
            <w:vAlign w:val="center"/>
          </w:tcPr>
          <w:p w14:paraId="42A68BB6" w14:textId="77777777" w:rsidR="00AD0E4F" w:rsidRDefault="008D426B">
            <w:pPr>
              <w:spacing w:after="0" w:line="240" w:lineRule="auto"/>
              <w:jc w:val="center"/>
            </w:pPr>
            <w:r>
              <w:rPr>
                <w:color w:val="FFFFFF"/>
                <w:sz w:val="17"/>
              </w:rPr>
              <w:t>3割</w:t>
            </w:r>
          </w:p>
        </w:tc>
      </w:tr>
      <w:tr w:rsidR="00AD0E4F" w14:paraId="7F7F5896" w14:textId="77777777">
        <w:trPr>
          <w:jc w:val="center"/>
        </w:trPr>
        <w:tc>
          <w:tcPr>
            <w:tcW w:w="3969" w:type="dxa"/>
            <w:tcMar>
              <w:top w:w="45" w:type="dxa"/>
              <w:left w:w="100" w:type="dxa"/>
              <w:bottom w:w="45" w:type="dxa"/>
              <w:right w:w="100" w:type="dxa"/>
            </w:tcMar>
            <w:vAlign w:val="center"/>
          </w:tcPr>
          <w:p w14:paraId="6CF480D6" w14:textId="77777777" w:rsidR="00AD0E4F" w:rsidRDefault="008D426B">
            <w:pPr>
              <w:spacing w:after="0" w:line="240" w:lineRule="auto"/>
              <w:rPr>
                <w:lang w:eastAsia="ja-JP"/>
              </w:rPr>
            </w:pPr>
            <w:r>
              <w:rPr>
                <w:color w:val="000000"/>
                <w:sz w:val="17"/>
                <w:lang w:eastAsia="ja-JP"/>
              </w:rPr>
              <w:t>看護師等・週3日目まで・30分以上</w:t>
            </w:r>
          </w:p>
        </w:tc>
        <w:tc>
          <w:tcPr>
            <w:tcW w:w="1587" w:type="dxa"/>
            <w:tcMar>
              <w:top w:w="45" w:type="dxa"/>
              <w:left w:w="100" w:type="dxa"/>
              <w:bottom w:w="45" w:type="dxa"/>
              <w:right w:w="100" w:type="dxa"/>
            </w:tcMar>
            <w:vAlign w:val="center"/>
          </w:tcPr>
          <w:p w14:paraId="7AFF7E89" w14:textId="77777777" w:rsidR="00AD0E4F" w:rsidRDefault="008D426B">
            <w:pPr>
              <w:spacing w:after="0" w:line="240" w:lineRule="auto"/>
            </w:pPr>
            <w:r>
              <w:rPr>
                <w:color w:val="000000"/>
                <w:sz w:val="17"/>
              </w:rPr>
              <w:t>5,550円</w:t>
            </w:r>
          </w:p>
        </w:tc>
        <w:tc>
          <w:tcPr>
            <w:tcW w:w="1587" w:type="dxa"/>
            <w:tcMar>
              <w:top w:w="45" w:type="dxa"/>
              <w:left w:w="100" w:type="dxa"/>
              <w:bottom w:w="45" w:type="dxa"/>
              <w:right w:w="100" w:type="dxa"/>
            </w:tcMar>
            <w:vAlign w:val="center"/>
          </w:tcPr>
          <w:p w14:paraId="36A64415" w14:textId="77777777" w:rsidR="00AD0E4F" w:rsidRDefault="008D426B">
            <w:pPr>
              <w:spacing w:after="0" w:line="240" w:lineRule="auto"/>
            </w:pPr>
            <w:r>
              <w:rPr>
                <w:color w:val="000000"/>
                <w:sz w:val="17"/>
              </w:rPr>
              <w:t>555円</w:t>
            </w:r>
          </w:p>
        </w:tc>
        <w:tc>
          <w:tcPr>
            <w:tcW w:w="1587" w:type="dxa"/>
            <w:tcMar>
              <w:top w:w="45" w:type="dxa"/>
              <w:left w:w="100" w:type="dxa"/>
              <w:bottom w:w="45" w:type="dxa"/>
              <w:right w:w="100" w:type="dxa"/>
            </w:tcMar>
            <w:vAlign w:val="center"/>
          </w:tcPr>
          <w:p w14:paraId="238EAC47" w14:textId="77777777" w:rsidR="00AD0E4F" w:rsidRDefault="008D426B">
            <w:pPr>
              <w:spacing w:after="0" w:line="240" w:lineRule="auto"/>
            </w:pPr>
            <w:r>
              <w:rPr>
                <w:color w:val="000000"/>
                <w:sz w:val="17"/>
              </w:rPr>
              <w:t>1,110円</w:t>
            </w:r>
          </w:p>
        </w:tc>
        <w:tc>
          <w:tcPr>
            <w:tcW w:w="1587" w:type="dxa"/>
            <w:tcMar>
              <w:top w:w="45" w:type="dxa"/>
              <w:left w:w="100" w:type="dxa"/>
              <w:bottom w:w="45" w:type="dxa"/>
              <w:right w:w="100" w:type="dxa"/>
            </w:tcMar>
            <w:vAlign w:val="center"/>
          </w:tcPr>
          <w:p w14:paraId="3373E0AF" w14:textId="77777777" w:rsidR="00AD0E4F" w:rsidRDefault="008D426B">
            <w:pPr>
              <w:spacing w:after="0" w:line="240" w:lineRule="auto"/>
            </w:pPr>
            <w:r>
              <w:rPr>
                <w:color w:val="000000"/>
                <w:sz w:val="17"/>
              </w:rPr>
              <w:t>1,665円</w:t>
            </w:r>
          </w:p>
        </w:tc>
      </w:tr>
      <w:tr w:rsidR="00AD0E4F" w14:paraId="7DD08283" w14:textId="77777777">
        <w:trPr>
          <w:jc w:val="center"/>
        </w:trPr>
        <w:tc>
          <w:tcPr>
            <w:tcW w:w="3969" w:type="dxa"/>
            <w:tcMar>
              <w:top w:w="45" w:type="dxa"/>
              <w:left w:w="100" w:type="dxa"/>
              <w:bottom w:w="45" w:type="dxa"/>
              <w:right w:w="100" w:type="dxa"/>
            </w:tcMar>
            <w:vAlign w:val="center"/>
          </w:tcPr>
          <w:p w14:paraId="5376697A" w14:textId="77777777" w:rsidR="00AD0E4F" w:rsidRDefault="008D426B">
            <w:pPr>
              <w:spacing w:after="0" w:line="240" w:lineRule="auto"/>
              <w:rPr>
                <w:lang w:eastAsia="ja-JP"/>
              </w:rPr>
            </w:pPr>
            <w:r>
              <w:rPr>
                <w:color w:val="000000"/>
                <w:sz w:val="17"/>
                <w:lang w:eastAsia="ja-JP"/>
              </w:rPr>
              <w:t>看護師等・週3日目まで・30分未満</w:t>
            </w:r>
          </w:p>
        </w:tc>
        <w:tc>
          <w:tcPr>
            <w:tcW w:w="1587" w:type="dxa"/>
            <w:tcMar>
              <w:top w:w="45" w:type="dxa"/>
              <w:left w:w="100" w:type="dxa"/>
              <w:bottom w:w="45" w:type="dxa"/>
              <w:right w:w="100" w:type="dxa"/>
            </w:tcMar>
            <w:vAlign w:val="center"/>
          </w:tcPr>
          <w:p w14:paraId="00B9583F" w14:textId="77777777" w:rsidR="00AD0E4F" w:rsidRDefault="008D426B">
            <w:pPr>
              <w:spacing w:after="0" w:line="240" w:lineRule="auto"/>
            </w:pPr>
            <w:r>
              <w:rPr>
                <w:color w:val="000000"/>
                <w:sz w:val="17"/>
              </w:rPr>
              <w:t>4,250円</w:t>
            </w:r>
          </w:p>
        </w:tc>
        <w:tc>
          <w:tcPr>
            <w:tcW w:w="1587" w:type="dxa"/>
            <w:tcMar>
              <w:top w:w="45" w:type="dxa"/>
              <w:left w:w="100" w:type="dxa"/>
              <w:bottom w:w="45" w:type="dxa"/>
              <w:right w:w="100" w:type="dxa"/>
            </w:tcMar>
            <w:vAlign w:val="center"/>
          </w:tcPr>
          <w:p w14:paraId="617B2414" w14:textId="77777777" w:rsidR="00AD0E4F" w:rsidRDefault="008D426B">
            <w:pPr>
              <w:spacing w:after="0" w:line="240" w:lineRule="auto"/>
            </w:pPr>
            <w:r>
              <w:rPr>
                <w:color w:val="000000"/>
                <w:sz w:val="17"/>
              </w:rPr>
              <w:t>425円</w:t>
            </w:r>
          </w:p>
        </w:tc>
        <w:tc>
          <w:tcPr>
            <w:tcW w:w="1587" w:type="dxa"/>
            <w:tcMar>
              <w:top w:w="45" w:type="dxa"/>
              <w:left w:w="100" w:type="dxa"/>
              <w:bottom w:w="45" w:type="dxa"/>
              <w:right w:w="100" w:type="dxa"/>
            </w:tcMar>
            <w:vAlign w:val="center"/>
          </w:tcPr>
          <w:p w14:paraId="4C240023" w14:textId="77777777" w:rsidR="00AD0E4F" w:rsidRDefault="008D426B">
            <w:pPr>
              <w:spacing w:after="0" w:line="240" w:lineRule="auto"/>
            </w:pPr>
            <w:r>
              <w:rPr>
                <w:color w:val="000000"/>
                <w:sz w:val="17"/>
              </w:rPr>
              <w:t>850円</w:t>
            </w:r>
          </w:p>
        </w:tc>
        <w:tc>
          <w:tcPr>
            <w:tcW w:w="1587" w:type="dxa"/>
            <w:tcMar>
              <w:top w:w="45" w:type="dxa"/>
              <w:left w:w="100" w:type="dxa"/>
              <w:bottom w:w="45" w:type="dxa"/>
              <w:right w:w="100" w:type="dxa"/>
            </w:tcMar>
            <w:vAlign w:val="center"/>
          </w:tcPr>
          <w:p w14:paraId="1C262119" w14:textId="77777777" w:rsidR="00AD0E4F" w:rsidRDefault="008D426B">
            <w:pPr>
              <w:spacing w:after="0" w:line="240" w:lineRule="auto"/>
            </w:pPr>
            <w:r>
              <w:rPr>
                <w:color w:val="000000"/>
                <w:sz w:val="17"/>
              </w:rPr>
              <w:t>1,275円</w:t>
            </w:r>
          </w:p>
        </w:tc>
      </w:tr>
      <w:tr w:rsidR="00AD0E4F" w14:paraId="66B1F7F1" w14:textId="77777777">
        <w:trPr>
          <w:jc w:val="center"/>
        </w:trPr>
        <w:tc>
          <w:tcPr>
            <w:tcW w:w="3969" w:type="dxa"/>
            <w:tcMar>
              <w:top w:w="45" w:type="dxa"/>
              <w:left w:w="100" w:type="dxa"/>
              <w:bottom w:w="45" w:type="dxa"/>
              <w:right w:w="100" w:type="dxa"/>
            </w:tcMar>
            <w:vAlign w:val="center"/>
          </w:tcPr>
          <w:p w14:paraId="432BD1E7" w14:textId="77777777" w:rsidR="00AD0E4F" w:rsidRDefault="008D426B">
            <w:pPr>
              <w:spacing w:after="0" w:line="240" w:lineRule="auto"/>
              <w:rPr>
                <w:lang w:eastAsia="ja-JP"/>
              </w:rPr>
            </w:pPr>
            <w:r>
              <w:rPr>
                <w:color w:val="000000"/>
                <w:sz w:val="17"/>
                <w:lang w:eastAsia="ja-JP"/>
              </w:rPr>
              <w:t>看護師等・週4日目以降・30分以上</w:t>
            </w:r>
          </w:p>
        </w:tc>
        <w:tc>
          <w:tcPr>
            <w:tcW w:w="1587" w:type="dxa"/>
            <w:tcMar>
              <w:top w:w="45" w:type="dxa"/>
              <w:left w:w="100" w:type="dxa"/>
              <w:bottom w:w="45" w:type="dxa"/>
              <w:right w:w="100" w:type="dxa"/>
            </w:tcMar>
            <w:vAlign w:val="center"/>
          </w:tcPr>
          <w:p w14:paraId="03205D91" w14:textId="77777777" w:rsidR="00AD0E4F" w:rsidRDefault="008D426B">
            <w:pPr>
              <w:spacing w:after="0" w:line="240" w:lineRule="auto"/>
            </w:pPr>
            <w:r>
              <w:rPr>
                <w:color w:val="000000"/>
                <w:sz w:val="17"/>
              </w:rPr>
              <w:t>6,550円</w:t>
            </w:r>
          </w:p>
        </w:tc>
        <w:tc>
          <w:tcPr>
            <w:tcW w:w="1587" w:type="dxa"/>
            <w:tcMar>
              <w:top w:w="45" w:type="dxa"/>
              <w:left w:w="100" w:type="dxa"/>
              <w:bottom w:w="45" w:type="dxa"/>
              <w:right w:w="100" w:type="dxa"/>
            </w:tcMar>
            <w:vAlign w:val="center"/>
          </w:tcPr>
          <w:p w14:paraId="0BB24491" w14:textId="77777777" w:rsidR="00AD0E4F" w:rsidRDefault="008D426B">
            <w:pPr>
              <w:spacing w:after="0" w:line="240" w:lineRule="auto"/>
            </w:pPr>
            <w:r>
              <w:rPr>
                <w:color w:val="000000"/>
                <w:sz w:val="17"/>
              </w:rPr>
              <w:t>655円</w:t>
            </w:r>
          </w:p>
        </w:tc>
        <w:tc>
          <w:tcPr>
            <w:tcW w:w="1587" w:type="dxa"/>
            <w:tcMar>
              <w:top w:w="45" w:type="dxa"/>
              <w:left w:w="100" w:type="dxa"/>
              <w:bottom w:w="45" w:type="dxa"/>
              <w:right w:w="100" w:type="dxa"/>
            </w:tcMar>
            <w:vAlign w:val="center"/>
          </w:tcPr>
          <w:p w14:paraId="50FD2DB1" w14:textId="77777777" w:rsidR="00AD0E4F" w:rsidRDefault="008D426B">
            <w:pPr>
              <w:spacing w:after="0" w:line="240" w:lineRule="auto"/>
            </w:pPr>
            <w:r>
              <w:rPr>
                <w:color w:val="000000"/>
                <w:sz w:val="17"/>
              </w:rPr>
              <w:t>1,310円</w:t>
            </w:r>
          </w:p>
        </w:tc>
        <w:tc>
          <w:tcPr>
            <w:tcW w:w="1587" w:type="dxa"/>
            <w:tcMar>
              <w:top w:w="45" w:type="dxa"/>
              <w:left w:w="100" w:type="dxa"/>
              <w:bottom w:w="45" w:type="dxa"/>
              <w:right w:w="100" w:type="dxa"/>
            </w:tcMar>
            <w:vAlign w:val="center"/>
          </w:tcPr>
          <w:p w14:paraId="1BCEC6EB" w14:textId="77777777" w:rsidR="00AD0E4F" w:rsidRDefault="008D426B">
            <w:pPr>
              <w:spacing w:after="0" w:line="240" w:lineRule="auto"/>
            </w:pPr>
            <w:r>
              <w:rPr>
                <w:color w:val="000000"/>
                <w:sz w:val="17"/>
              </w:rPr>
              <w:t>1,965円</w:t>
            </w:r>
          </w:p>
        </w:tc>
      </w:tr>
      <w:tr w:rsidR="00AD0E4F" w14:paraId="4EC20589" w14:textId="77777777">
        <w:trPr>
          <w:jc w:val="center"/>
        </w:trPr>
        <w:tc>
          <w:tcPr>
            <w:tcW w:w="3969" w:type="dxa"/>
            <w:tcMar>
              <w:top w:w="45" w:type="dxa"/>
              <w:left w:w="100" w:type="dxa"/>
              <w:bottom w:w="45" w:type="dxa"/>
              <w:right w:w="100" w:type="dxa"/>
            </w:tcMar>
            <w:vAlign w:val="center"/>
          </w:tcPr>
          <w:p w14:paraId="5481B8D5" w14:textId="77777777" w:rsidR="00AD0E4F" w:rsidRDefault="008D426B">
            <w:pPr>
              <w:spacing w:after="0" w:line="240" w:lineRule="auto"/>
              <w:rPr>
                <w:lang w:eastAsia="ja-JP"/>
              </w:rPr>
            </w:pPr>
            <w:r>
              <w:rPr>
                <w:color w:val="000000"/>
                <w:sz w:val="17"/>
                <w:lang w:eastAsia="ja-JP"/>
              </w:rPr>
              <w:t>看護師等・週4日目以降・30分未満</w:t>
            </w:r>
          </w:p>
        </w:tc>
        <w:tc>
          <w:tcPr>
            <w:tcW w:w="1587" w:type="dxa"/>
            <w:tcMar>
              <w:top w:w="45" w:type="dxa"/>
              <w:left w:w="100" w:type="dxa"/>
              <w:bottom w:w="45" w:type="dxa"/>
              <w:right w:w="100" w:type="dxa"/>
            </w:tcMar>
            <w:vAlign w:val="center"/>
          </w:tcPr>
          <w:p w14:paraId="0F9CACE2" w14:textId="77777777" w:rsidR="00AD0E4F" w:rsidRDefault="008D426B">
            <w:pPr>
              <w:spacing w:after="0" w:line="240" w:lineRule="auto"/>
            </w:pPr>
            <w:r>
              <w:rPr>
                <w:color w:val="000000"/>
                <w:sz w:val="17"/>
              </w:rPr>
              <w:t>5,100円</w:t>
            </w:r>
          </w:p>
        </w:tc>
        <w:tc>
          <w:tcPr>
            <w:tcW w:w="1587" w:type="dxa"/>
            <w:tcMar>
              <w:top w:w="45" w:type="dxa"/>
              <w:left w:w="100" w:type="dxa"/>
              <w:bottom w:w="45" w:type="dxa"/>
              <w:right w:w="100" w:type="dxa"/>
            </w:tcMar>
            <w:vAlign w:val="center"/>
          </w:tcPr>
          <w:p w14:paraId="08A103FD" w14:textId="77777777" w:rsidR="00AD0E4F" w:rsidRDefault="008D426B">
            <w:pPr>
              <w:spacing w:after="0" w:line="240" w:lineRule="auto"/>
            </w:pPr>
            <w:r>
              <w:rPr>
                <w:color w:val="000000"/>
                <w:sz w:val="17"/>
              </w:rPr>
              <w:t>510円</w:t>
            </w:r>
          </w:p>
        </w:tc>
        <w:tc>
          <w:tcPr>
            <w:tcW w:w="1587" w:type="dxa"/>
            <w:tcMar>
              <w:top w:w="45" w:type="dxa"/>
              <w:left w:w="100" w:type="dxa"/>
              <w:bottom w:w="45" w:type="dxa"/>
              <w:right w:w="100" w:type="dxa"/>
            </w:tcMar>
            <w:vAlign w:val="center"/>
          </w:tcPr>
          <w:p w14:paraId="2422C8FE" w14:textId="77777777" w:rsidR="00AD0E4F" w:rsidRDefault="008D426B">
            <w:pPr>
              <w:spacing w:after="0" w:line="240" w:lineRule="auto"/>
            </w:pPr>
            <w:r>
              <w:rPr>
                <w:color w:val="000000"/>
                <w:sz w:val="17"/>
              </w:rPr>
              <w:t>1,020円</w:t>
            </w:r>
          </w:p>
        </w:tc>
        <w:tc>
          <w:tcPr>
            <w:tcW w:w="1587" w:type="dxa"/>
            <w:tcMar>
              <w:top w:w="45" w:type="dxa"/>
              <w:left w:w="100" w:type="dxa"/>
              <w:bottom w:w="45" w:type="dxa"/>
              <w:right w:w="100" w:type="dxa"/>
            </w:tcMar>
            <w:vAlign w:val="center"/>
          </w:tcPr>
          <w:p w14:paraId="65858812" w14:textId="77777777" w:rsidR="00AD0E4F" w:rsidRDefault="008D426B">
            <w:pPr>
              <w:spacing w:after="0" w:line="240" w:lineRule="auto"/>
            </w:pPr>
            <w:r>
              <w:rPr>
                <w:color w:val="000000"/>
                <w:sz w:val="17"/>
              </w:rPr>
              <w:t>1,530円</w:t>
            </w:r>
          </w:p>
        </w:tc>
      </w:tr>
      <w:tr w:rsidR="00AD0E4F" w14:paraId="4F479917" w14:textId="77777777">
        <w:trPr>
          <w:jc w:val="center"/>
        </w:trPr>
        <w:tc>
          <w:tcPr>
            <w:tcW w:w="3969" w:type="dxa"/>
            <w:tcMar>
              <w:top w:w="45" w:type="dxa"/>
              <w:left w:w="100" w:type="dxa"/>
              <w:bottom w:w="45" w:type="dxa"/>
              <w:right w:w="100" w:type="dxa"/>
            </w:tcMar>
            <w:vAlign w:val="center"/>
          </w:tcPr>
          <w:p w14:paraId="045B414C" w14:textId="77777777" w:rsidR="00AD0E4F" w:rsidRDefault="008D426B">
            <w:pPr>
              <w:spacing w:after="0" w:line="240" w:lineRule="auto"/>
              <w:rPr>
                <w:lang w:eastAsia="ja-JP"/>
              </w:rPr>
            </w:pPr>
            <w:r>
              <w:rPr>
                <w:color w:val="000000"/>
                <w:sz w:val="17"/>
                <w:lang w:eastAsia="ja-JP"/>
              </w:rPr>
              <w:t>准看護師・週3日目まで・30分以上</w:t>
            </w:r>
          </w:p>
        </w:tc>
        <w:tc>
          <w:tcPr>
            <w:tcW w:w="1587" w:type="dxa"/>
            <w:tcMar>
              <w:top w:w="45" w:type="dxa"/>
              <w:left w:w="100" w:type="dxa"/>
              <w:bottom w:w="45" w:type="dxa"/>
              <w:right w:w="100" w:type="dxa"/>
            </w:tcMar>
            <w:vAlign w:val="center"/>
          </w:tcPr>
          <w:p w14:paraId="3BE4C2FF" w14:textId="77777777" w:rsidR="00AD0E4F" w:rsidRDefault="008D426B">
            <w:pPr>
              <w:spacing w:after="0" w:line="240" w:lineRule="auto"/>
            </w:pPr>
            <w:r>
              <w:rPr>
                <w:color w:val="000000"/>
                <w:sz w:val="17"/>
              </w:rPr>
              <w:t>5,050円</w:t>
            </w:r>
          </w:p>
        </w:tc>
        <w:tc>
          <w:tcPr>
            <w:tcW w:w="1587" w:type="dxa"/>
            <w:tcMar>
              <w:top w:w="45" w:type="dxa"/>
              <w:left w:w="100" w:type="dxa"/>
              <w:bottom w:w="45" w:type="dxa"/>
              <w:right w:w="100" w:type="dxa"/>
            </w:tcMar>
            <w:vAlign w:val="center"/>
          </w:tcPr>
          <w:p w14:paraId="521987ED" w14:textId="77777777" w:rsidR="00AD0E4F" w:rsidRDefault="008D426B">
            <w:pPr>
              <w:spacing w:after="0" w:line="240" w:lineRule="auto"/>
            </w:pPr>
            <w:r>
              <w:rPr>
                <w:color w:val="000000"/>
                <w:sz w:val="17"/>
              </w:rPr>
              <w:t>505円</w:t>
            </w:r>
          </w:p>
        </w:tc>
        <w:tc>
          <w:tcPr>
            <w:tcW w:w="1587" w:type="dxa"/>
            <w:tcMar>
              <w:top w:w="45" w:type="dxa"/>
              <w:left w:w="100" w:type="dxa"/>
              <w:bottom w:w="45" w:type="dxa"/>
              <w:right w:w="100" w:type="dxa"/>
            </w:tcMar>
            <w:vAlign w:val="center"/>
          </w:tcPr>
          <w:p w14:paraId="38808064" w14:textId="77777777" w:rsidR="00AD0E4F" w:rsidRDefault="008D426B">
            <w:pPr>
              <w:spacing w:after="0" w:line="240" w:lineRule="auto"/>
            </w:pPr>
            <w:r>
              <w:rPr>
                <w:color w:val="000000"/>
                <w:sz w:val="17"/>
              </w:rPr>
              <w:t>1,010円</w:t>
            </w:r>
          </w:p>
        </w:tc>
        <w:tc>
          <w:tcPr>
            <w:tcW w:w="1587" w:type="dxa"/>
            <w:tcMar>
              <w:top w:w="45" w:type="dxa"/>
              <w:left w:w="100" w:type="dxa"/>
              <w:bottom w:w="45" w:type="dxa"/>
              <w:right w:w="100" w:type="dxa"/>
            </w:tcMar>
            <w:vAlign w:val="center"/>
          </w:tcPr>
          <w:p w14:paraId="34CA4862" w14:textId="77777777" w:rsidR="00AD0E4F" w:rsidRDefault="008D426B">
            <w:pPr>
              <w:spacing w:after="0" w:line="240" w:lineRule="auto"/>
            </w:pPr>
            <w:r>
              <w:rPr>
                <w:color w:val="000000"/>
                <w:sz w:val="17"/>
              </w:rPr>
              <w:t>1,515円</w:t>
            </w:r>
          </w:p>
        </w:tc>
      </w:tr>
      <w:tr w:rsidR="00AD0E4F" w14:paraId="245C3A16" w14:textId="77777777">
        <w:trPr>
          <w:jc w:val="center"/>
        </w:trPr>
        <w:tc>
          <w:tcPr>
            <w:tcW w:w="3969" w:type="dxa"/>
            <w:tcMar>
              <w:top w:w="45" w:type="dxa"/>
              <w:left w:w="100" w:type="dxa"/>
              <w:bottom w:w="45" w:type="dxa"/>
              <w:right w:w="100" w:type="dxa"/>
            </w:tcMar>
            <w:vAlign w:val="center"/>
          </w:tcPr>
          <w:p w14:paraId="08C8D7C2" w14:textId="77777777" w:rsidR="00AD0E4F" w:rsidRDefault="008D426B">
            <w:pPr>
              <w:spacing w:after="0" w:line="240" w:lineRule="auto"/>
              <w:rPr>
                <w:lang w:eastAsia="ja-JP"/>
              </w:rPr>
            </w:pPr>
            <w:r>
              <w:rPr>
                <w:color w:val="000000"/>
                <w:sz w:val="17"/>
                <w:lang w:eastAsia="ja-JP"/>
              </w:rPr>
              <w:t>准看護師・週3日目まで・30分未満</w:t>
            </w:r>
          </w:p>
        </w:tc>
        <w:tc>
          <w:tcPr>
            <w:tcW w:w="1587" w:type="dxa"/>
            <w:tcMar>
              <w:top w:w="45" w:type="dxa"/>
              <w:left w:w="100" w:type="dxa"/>
              <w:bottom w:w="45" w:type="dxa"/>
              <w:right w:w="100" w:type="dxa"/>
            </w:tcMar>
            <w:vAlign w:val="center"/>
          </w:tcPr>
          <w:p w14:paraId="1C09DD22" w14:textId="77777777" w:rsidR="00AD0E4F" w:rsidRDefault="008D426B">
            <w:pPr>
              <w:spacing w:after="0" w:line="240" w:lineRule="auto"/>
            </w:pPr>
            <w:r>
              <w:rPr>
                <w:color w:val="000000"/>
                <w:sz w:val="17"/>
              </w:rPr>
              <w:t>3,870円</w:t>
            </w:r>
          </w:p>
        </w:tc>
        <w:tc>
          <w:tcPr>
            <w:tcW w:w="1587" w:type="dxa"/>
            <w:tcMar>
              <w:top w:w="45" w:type="dxa"/>
              <w:left w:w="100" w:type="dxa"/>
              <w:bottom w:w="45" w:type="dxa"/>
              <w:right w:w="100" w:type="dxa"/>
            </w:tcMar>
            <w:vAlign w:val="center"/>
          </w:tcPr>
          <w:p w14:paraId="417528E9" w14:textId="77777777" w:rsidR="00AD0E4F" w:rsidRDefault="008D426B">
            <w:pPr>
              <w:spacing w:after="0" w:line="240" w:lineRule="auto"/>
            </w:pPr>
            <w:r>
              <w:rPr>
                <w:color w:val="000000"/>
                <w:sz w:val="17"/>
              </w:rPr>
              <w:t>387円</w:t>
            </w:r>
          </w:p>
        </w:tc>
        <w:tc>
          <w:tcPr>
            <w:tcW w:w="1587" w:type="dxa"/>
            <w:tcMar>
              <w:top w:w="45" w:type="dxa"/>
              <w:left w:w="100" w:type="dxa"/>
              <w:bottom w:w="45" w:type="dxa"/>
              <w:right w:w="100" w:type="dxa"/>
            </w:tcMar>
            <w:vAlign w:val="center"/>
          </w:tcPr>
          <w:p w14:paraId="46AF3807" w14:textId="77777777" w:rsidR="00AD0E4F" w:rsidRDefault="008D426B">
            <w:pPr>
              <w:spacing w:after="0" w:line="240" w:lineRule="auto"/>
            </w:pPr>
            <w:r>
              <w:rPr>
                <w:color w:val="000000"/>
                <w:sz w:val="17"/>
              </w:rPr>
              <w:t>774円</w:t>
            </w:r>
          </w:p>
        </w:tc>
        <w:tc>
          <w:tcPr>
            <w:tcW w:w="1587" w:type="dxa"/>
            <w:tcMar>
              <w:top w:w="45" w:type="dxa"/>
              <w:left w:w="100" w:type="dxa"/>
              <w:bottom w:w="45" w:type="dxa"/>
              <w:right w:w="100" w:type="dxa"/>
            </w:tcMar>
            <w:vAlign w:val="center"/>
          </w:tcPr>
          <w:p w14:paraId="4B054606" w14:textId="77777777" w:rsidR="00AD0E4F" w:rsidRDefault="008D426B">
            <w:pPr>
              <w:spacing w:after="0" w:line="240" w:lineRule="auto"/>
            </w:pPr>
            <w:r>
              <w:rPr>
                <w:color w:val="000000"/>
                <w:sz w:val="17"/>
              </w:rPr>
              <w:t>1,161円</w:t>
            </w:r>
          </w:p>
        </w:tc>
      </w:tr>
      <w:tr w:rsidR="00AD0E4F" w14:paraId="52F2B8DF" w14:textId="77777777">
        <w:trPr>
          <w:jc w:val="center"/>
        </w:trPr>
        <w:tc>
          <w:tcPr>
            <w:tcW w:w="3969" w:type="dxa"/>
            <w:tcMar>
              <w:top w:w="45" w:type="dxa"/>
              <w:left w:w="100" w:type="dxa"/>
              <w:bottom w:w="45" w:type="dxa"/>
              <w:right w:w="100" w:type="dxa"/>
            </w:tcMar>
            <w:vAlign w:val="center"/>
          </w:tcPr>
          <w:p w14:paraId="012D12AC" w14:textId="77777777" w:rsidR="00AD0E4F" w:rsidRDefault="008D426B">
            <w:pPr>
              <w:spacing w:after="0" w:line="240" w:lineRule="auto"/>
              <w:rPr>
                <w:lang w:eastAsia="ja-JP"/>
              </w:rPr>
            </w:pPr>
            <w:r>
              <w:rPr>
                <w:color w:val="000000"/>
                <w:sz w:val="17"/>
                <w:lang w:eastAsia="ja-JP"/>
              </w:rPr>
              <w:t>准看護師・週4日目以降・30分以上</w:t>
            </w:r>
          </w:p>
        </w:tc>
        <w:tc>
          <w:tcPr>
            <w:tcW w:w="1587" w:type="dxa"/>
            <w:tcMar>
              <w:top w:w="45" w:type="dxa"/>
              <w:left w:w="100" w:type="dxa"/>
              <w:bottom w:w="45" w:type="dxa"/>
              <w:right w:w="100" w:type="dxa"/>
            </w:tcMar>
            <w:vAlign w:val="center"/>
          </w:tcPr>
          <w:p w14:paraId="3931F832" w14:textId="77777777" w:rsidR="00AD0E4F" w:rsidRDefault="008D426B">
            <w:pPr>
              <w:spacing w:after="0" w:line="240" w:lineRule="auto"/>
            </w:pPr>
            <w:r>
              <w:rPr>
                <w:color w:val="000000"/>
                <w:sz w:val="17"/>
              </w:rPr>
              <w:t>6,050円</w:t>
            </w:r>
          </w:p>
        </w:tc>
        <w:tc>
          <w:tcPr>
            <w:tcW w:w="1587" w:type="dxa"/>
            <w:tcMar>
              <w:top w:w="45" w:type="dxa"/>
              <w:left w:w="100" w:type="dxa"/>
              <w:bottom w:w="45" w:type="dxa"/>
              <w:right w:w="100" w:type="dxa"/>
            </w:tcMar>
            <w:vAlign w:val="center"/>
          </w:tcPr>
          <w:p w14:paraId="4D0B7A58" w14:textId="77777777" w:rsidR="00AD0E4F" w:rsidRDefault="008D426B">
            <w:pPr>
              <w:spacing w:after="0" w:line="240" w:lineRule="auto"/>
            </w:pPr>
            <w:r>
              <w:rPr>
                <w:color w:val="000000"/>
                <w:sz w:val="17"/>
              </w:rPr>
              <w:t>605円</w:t>
            </w:r>
          </w:p>
        </w:tc>
        <w:tc>
          <w:tcPr>
            <w:tcW w:w="1587" w:type="dxa"/>
            <w:tcMar>
              <w:top w:w="45" w:type="dxa"/>
              <w:left w:w="100" w:type="dxa"/>
              <w:bottom w:w="45" w:type="dxa"/>
              <w:right w:w="100" w:type="dxa"/>
            </w:tcMar>
            <w:vAlign w:val="center"/>
          </w:tcPr>
          <w:p w14:paraId="4C6161A7" w14:textId="77777777" w:rsidR="00AD0E4F" w:rsidRDefault="008D426B">
            <w:pPr>
              <w:spacing w:after="0" w:line="240" w:lineRule="auto"/>
            </w:pPr>
            <w:r>
              <w:rPr>
                <w:color w:val="000000"/>
                <w:sz w:val="17"/>
              </w:rPr>
              <w:t>1,210円</w:t>
            </w:r>
          </w:p>
        </w:tc>
        <w:tc>
          <w:tcPr>
            <w:tcW w:w="1587" w:type="dxa"/>
            <w:tcMar>
              <w:top w:w="45" w:type="dxa"/>
              <w:left w:w="100" w:type="dxa"/>
              <w:bottom w:w="45" w:type="dxa"/>
              <w:right w:w="100" w:type="dxa"/>
            </w:tcMar>
            <w:vAlign w:val="center"/>
          </w:tcPr>
          <w:p w14:paraId="4EEC1BC8" w14:textId="77777777" w:rsidR="00AD0E4F" w:rsidRDefault="008D426B">
            <w:pPr>
              <w:spacing w:after="0" w:line="240" w:lineRule="auto"/>
            </w:pPr>
            <w:r>
              <w:rPr>
                <w:color w:val="000000"/>
                <w:sz w:val="17"/>
              </w:rPr>
              <w:t>1,815円</w:t>
            </w:r>
          </w:p>
        </w:tc>
      </w:tr>
      <w:tr w:rsidR="00AD0E4F" w14:paraId="05012DD8" w14:textId="77777777">
        <w:trPr>
          <w:jc w:val="center"/>
        </w:trPr>
        <w:tc>
          <w:tcPr>
            <w:tcW w:w="3969" w:type="dxa"/>
            <w:tcMar>
              <w:top w:w="45" w:type="dxa"/>
              <w:left w:w="100" w:type="dxa"/>
              <w:bottom w:w="45" w:type="dxa"/>
              <w:right w:w="100" w:type="dxa"/>
            </w:tcMar>
            <w:vAlign w:val="center"/>
          </w:tcPr>
          <w:p w14:paraId="44AB2E75" w14:textId="77777777" w:rsidR="00AD0E4F" w:rsidRDefault="008D426B">
            <w:pPr>
              <w:spacing w:after="0" w:line="240" w:lineRule="auto"/>
              <w:rPr>
                <w:lang w:eastAsia="ja-JP"/>
              </w:rPr>
            </w:pPr>
            <w:r>
              <w:rPr>
                <w:color w:val="000000"/>
                <w:sz w:val="17"/>
                <w:lang w:eastAsia="ja-JP"/>
              </w:rPr>
              <w:t>准看護師・週4日目以降・30分未満</w:t>
            </w:r>
          </w:p>
        </w:tc>
        <w:tc>
          <w:tcPr>
            <w:tcW w:w="1587" w:type="dxa"/>
            <w:tcMar>
              <w:top w:w="45" w:type="dxa"/>
              <w:left w:w="100" w:type="dxa"/>
              <w:bottom w:w="45" w:type="dxa"/>
              <w:right w:w="100" w:type="dxa"/>
            </w:tcMar>
            <w:vAlign w:val="center"/>
          </w:tcPr>
          <w:p w14:paraId="76222A79" w14:textId="77777777" w:rsidR="00AD0E4F" w:rsidRDefault="008D426B">
            <w:pPr>
              <w:spacing w:after="0" w:line="240" w:lineRule="auto"/>
            </w:pPr>
            <w:r>
              <w:rPr>
                <w:color w:val="000000"/>
                <w:sz w:val="17"/>
              </w:rPr>
              <w:t>4,720円</w:t>
            </w:r>
          </w:p>
        </w:tc>
        <w:tc>
          <w:tcPr>
            <w:tcW w:w="1587" w:type="dxa"/>
            <w:tcMar>
              <w:top w:w="45" w:type="dxa"/>
              <w:left w:w="100" w:type="dxa"/>
              <w:bottom w:w="45" w:type="dxa"/>
              <w:right w:w="100" w:type="dxa"/>
            </w:tcMar>
            <w:vAlign w:val="center"/>
          </w:tcPr>
          <w:p w14:paraId="17C45A59" w14:textId="77777777" w:rsidR="00AD0E4F" w:rsidRDefault="008D426B">
            <w:pPr>
              <w:spacing w:after="0" w:line="240" w:lineRule="auto"/>
            </w:pPr>
            <w:r>
              <w:rPr>
                <w:color w:val="000000"/>
                <w:sz w:val="17"/>
              </w:rPr>
              <w:t>472円</w:t>
            </w:r>
          </w:p>
        </w:tc>
        <w:tc>
          <w:tcPr>
            <w:tcW w:w="1587" w:type="dxa"/>
            <w:tcMar>
              <w:top w:w="45" w:type="dxa"/>
              <w:left w:w="100" w:type="dxa"/>
              <w:bottom w:w="45" w:type="dxa"/>
              <w:right w:w="100" w:type="dxa"/>
            </w:tcMar>
            <w:vAlign w:val="center"/>
          </w:tcPr>
          <w:p w14:paraId="62CABB82" w14:textId="77777777" w:rsidR="00AD0E4F" w:rsidRDefault="008D426B">
            <w:pPr>
              <w:spacing w:after="0" w:line="240" w:lineRule="auto"/>
            </w:pPr>
            <w:r>
              <w:rPr>
                <w:color w:val="000000"/>
                <w:sz w:val="17"/>
              </w:rPr>
              <w:t>944円</w:t>
            </w:r>
          </w:p>
        </w:tc>
        <w:tc>
          <w:tcPr>
            <w:tcW w:w="1587" w:type="dxa"/>
            <w:tcMar>
              <w:top w:w="45" w:type="dxa"/>
              <w:left w:w="100" w:type="dxa"/>
              <w:bottom w:w="45" w:type="dxa"/>
              <w:right w:w="100" w:type="dxa"/>
            </w:tcMar>
            <w:vAlign w:val="center"/>
          </w:tcPr>
          <w:p w14:paraId="16884664" w14:textId="77777777" w:rsidR="00AD0E4F" w:rsidRDefault="008D426B">
            <w:pPr>
              <w:spacing w:after="0" w:line="240" w:lineRule="auto"/>
            </w:pPr>
            <w:r>
              <w:rPr>
                <w:color w:val="000000"/>
                <w:sz w:val="17"/>
              </w:rPr>
              <w:t>1,416円</w:t>
            </w:r>
          </w:p>
        </w:tc>
      </w:tr>
    </w:tbl>
    <w:p w14:paraId="19485DD6" w14:textId="77777777" w:rsidR="00AD0E4F" w:rsidRDefault="008D426B">
      <w:pPr>
        <w:spacing w:after="20" w:line="240" w:lineRule="auto"/>
      </w:pPr>
      <w:r>
        <w:rPr>
          <w:color w:val="000000"/>
          <w:sz w:val="17"/>
        </w:rPr>
        <w:t>2. 精神科重症患者支援管理連携加算</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551"/>
        <w:gridCol w:w="1984"/>
        <w:gridCol w:w="1984"/>
        <w:gridCol w:w="2835"/>
        <w:gridCol w:w="964"/>
        <w:gridCol w:w="72"/>
      </w:tblGrid>
      <w:tr w:rsidR="00AD0E4F" w14:paraId="3F54BED9" w14:textId="77777777">
        <w:trPr>
          <w:tblHeader/>
          <w:jc w:val="center"/>
        </w:trPr>
        <w:tc>
          <w:tcPr>
            <w:tcW w:w="2551" w:type="dxa"/>
            <w:shd w:val="clear" w:color="auto" w:fill="4A4A4A"/>
            <w:tcMar>
              <w:top w:w="45" w:type="dxa"/>
              <w:left w:w="100" w:type="dxa"/>
              <w:bottom w:w="45" w:type="dxa"/>
              <w:right w:w="100" w:type="dxa"/>
            </w:tcMar>
            <w:vAlign w:val="center"/>
          </w:tcPr>
          <w:p w14:paraId="08448E39" w14:textId="77777777" w:rsidR="00AD0E4F" w:rsidRDefault="008D426B">
            <w:pPr>
              <w:spacing w:after="0" w:line="240" w:lineRule="auto"/>
              <w:jc w:val="center"/>
            </w:pPr>
            <w:r>
              <w:rPr>
                <w:color w:val="FFFFFF"/>
                <w:sz w:val="17"/>
              </w:rPr>
              <w:t>区分</w:t>
            </w:r>
          </w:p>
        </w:tc>
        <w:tc>
          <w:tcPr>
            <w:tcW w:w="1984" w:type="dxa"/>
            <w:shd w:val="clear" w:color="auto" w:fill="4A4A4A"/>
            <w:tcMar>
              <w:top w:w="45" w:type="dxa"/>
              <w:left w:w="100" w:type="dxa"/>
              <w:bottom w:w="45" w:type="dxa"/>
              <w:right w:w="100" w:type="dxa"/>
            </w:tcMar>
            <w:vAlign w:val="center"/>
          </w:tcPr>
          <w:p w14:paraId="4910CC04" w14:textId="77777777" w:rsidR="00AD0E4F" w:rsidRDefault="008D426B">
            <w:pPr>
              <w:spacing w:after="0" w:line="240" w:lineRule="auto"/>
              <w:jc w:val="center"/>
            </w:pPr>
            <w:r>
              <w:rPr>
                <w:color w:val="FFFFFF"/>
                <w:sz w:val="17"/>
              </w:rPr>
              <w:t>金額</w:t>
            </w:r>
          </w:p>
        </w:tc>
        <w:tc>
          <w:tcPr>
            <w:tcW w:w="1984" w:type="dxa"/>
            <w:shd w:val="clear" w:color="auto" w:fill="4A4A4A"/>
            <w:tcMar>
              <w:top w:w="45" w:type="dxa"/>
              <w:left w:w="100" w:type="dxa"/>
              <w:bottom w:w="45" w:type="dxa"/>
              <w:right w:w="100" w:type="dxa"/>
            </w:tcMar>
            <w:vAlign w:val="center"/>
          </w:tcPr>
          <w:p w14:paraId="246F8ED8" w14:textId="77777777" w:rsidR="00AD0E4F" w:rsidRDefault="008D426B">
            <w:pPr>
              <w:spacing w:after="0" w:line="240" w:lineRule="auto"/>
              <w:jc w:val="center"/>
            </w:pPr>
            <w:r>
              <w:rPr>
                <w:color w:val="FFFFFF"/>
                <w:sz w:val="17"/>
              </w:rPr>
              <w:t>1割負担</w:t>
            </w:r>
          </w:p>
        </w:tc>
        <w:tc>
          <w:tcPr>
            <w:tcW w:w="2835" w:type="dxa"/>
            <w:shd w:val="clear" w:color="auto" w:fill="4A4A4A"/>
            <w:tcMar>
              <w:top w:w="45" w:type="dxa"/>
              <w:left w:w="100" w:type="dxa"/>
              <w:bottom w:w="45" w:type="dxa"/>
              <w:right w:w="100" w:type="dxa"/>
            </w:tcMar>
            <w:vAlign w:val="center"/>
          </w:tcPr>
          <w:p w14:paraId="66C7C2B1" w14:textId="77777777" w:rsidR="00AD0E4F" w:rsidRDefault="008D426B">
            <w:pPr>
              <w:spacing w:after="0" w:line="240" w:lineRule="auto"/>
              <w:jc w:val="center"/>
            </w:pPr>
            <w:r>
              <w:rPr>
                <w:color w:val="FFFFFF"/>
                <w:sz w:val="17"/>
              </w:rPr>
              <w:t>算定単位</w:t>
            </w:r>
          </w:p>
        </w:tc>
        <w:tc>
          <w:tcPr>
            <w:tcW w:w="964" w:type="dxa"/>
            <w:gridSpan w:val="2"/>
            <w:shd w:val="clear" w:color="auto" w:fill="4A4A4A"/>
            <w:tcMar>
              <w:top w:w="45" w:type="dxa"/>
              <w:left w:w="100" w:type="dxa"/>
              <w:bottom w:w="45" w:type="dxa"/>
              <w:right w:w="100" w:type="dxa"/>
            </w:tcMar>
            <w:vAlign w:val="center"/>
          </w:tcPr>
          <w:p w14:paraId="1884F26B" w14:textId="77777777" w:rsidR="00AD0E4F" w:rsidRDefault="008D426B">
            <w:pPr>
              <w:spacing w:after="0" w:line="240" w:lineRule="auto"/>
              <w:jc w:val="center"/>
            </w:pPr>
            <w:r>
              <w:rPr>
                <w:color w:val="FFFFFF"/>
                <w:sz w:val="17"/>
              </w:rPr>
              <w:t>該当</w:t>
            </w:r>
          </w:p>
        </w:tc>
      </w:tr>
      <w:tr w:rsidR="00AD0E4F" w14:paraId="31FE0972" w14:textId="77777777">
        <w:trPr>
          <w:jc w:val="center"/>
        </w:trPr>
        <w:tc>
          <w:tcPr>
            <w:tcW w:w="2551" w:type="dxa"/>
            <w:tcMar>
              <w:top w:w="45" w:type="dxa"/>
              <w:left w:w="100" w:type="dxa"/>
              <w:bottom w:w="45" w:type="dxa"/>
              <w:right w:w="100" w:type="dxa"/>
            </w:tcMar>
            <w:vAlign w:val="center"/>
          </w:tcPr>
          <w:p w14:paraId="312A6BB7" w14:textId="77777777" w:rsidR="00AD0E4F" w:rsidRDefault="008D426B">
            <w:pPr>
              <w:spacing w:after="0" w:line="240" w:lineRule="auto"/>
            </w:pPr>
            <w:r>
              <w:rPr>
                <w:color w:val="000000"/>
                <w:sz w:val="17"/>
              </w:rPr>
              <w:lastRenderedPageBreak/>
              <w:t>区分イ</w:t>
            </w:r>
          </w:p>
        </w:tc>
        <w:tc>
          <w:tcPr>
            <w:tcW w:w="1984" w:type="dxa"/>
            <w:tcMar>
              <w:top w:w="45" w:type="dxa"/>
              <w:left w:w="100" w:type="dxa"/>
              <w:bottom w:w="45" w:type="dxa"/>
              <w:right w:w="100" w:type="dxa"/>
            </w:tcMar>
            <w:vAlign w:val="center"/>
          </w:tcPr>
          <w:p w14:paraId="43732000" w14:textId="77777777" w:rsidR="00AD0E4F" w:rsidRDefault="008D426B">
            <w:pPr>
              <w:spacing w:after="0" w:line="240" w:lineRule="auto"/>
            </w:pPr>
            <w:r>
              <w:rPr>
                <w:color w:val="000000"/>
                <w:sz w:val="17"/>
              </w:rPr>
              <w:t>8,400円</w:t>
            </w:r>
          </w:p>
        </w:tc>
        <w:tc>
          <w:tcPr>
            <w:tcW w:w="1984" w:type="dxa"/>
            <w:tcMar>
              <w:top w:w="45" w:type="dxa"/>
              <w:left w:w="100" w:type="dxa"/>
              <w:bottom w:w="45" w:type="dxa"/>
              <w:right w:w="100" w:type="dxa"/>
            </w:tcMar>
            <w:vAlign w:val="center"/>
          </w:tcPr>
          <w:p w14:paraId="329F75A5" w14:textId="77777777" w:rsidR="00AD0E4F" w:rsidRDefault="008D426B">
            <w:pPr>
              <w:spacing w:after="0" w:line="240" w:lineRule="auto"/>
            </w:pPr>
            <w:r>
              <w:rPr>
                <w:color w:val="000000"/>
                <w:sz w:val="17"/>
              </w:rPr>
              <w:t>840円</w:t>
            </w:r>
          </w:p>
        </w:tc>
        <w:tc>
          <w:tcPr>
            <w:tcW w:w="2835" w:type="dxa"/>
            <w:tcMar>
              <w:top w:w="45" w:type="dxa"/>
              <w:left w:w="100" w:type="dxa"/>
              <w:bottom w:w="45" w:type="dxa"/>
              <w:right w:w="100" w:type="dxa"/>
            </w:tcMar>
            <w:vAlign w:val="center"/>
          </w:tcPr>
          <w:p w14:paraId="2A710605" w14:textId="77777777" w:rsidR="00AD0E4F" w:rsidRDefault="008D426B">
            <w:pPr>
              <w:spacing w:after="0" w:line="240" w:lineRule="auto"/>
            </w:pPr>
            <w:r>
              <w:rPr>
                <w:color w:val="000000"/>
                <w:sz w:val="17"/>
              </w:rPr>
              <w:t>月1回</w:t>
            </w:r>
          </w:p>
        </w:tc>
        <w:tc>
          <w:tcPr>
            <w:tcW w:w="964" w:type="dxa"/>
            <w:gridSpan w:val="2"/>
            <w:tcMar>
              <w:top w:w="45" w:type="dxa"/>
              <w:left w:w="100" w:type="dxa"/>
              <w:bottom w:w="45" w:type="dxa"/>
              <w:right w:w="100" w:type="dxa"/>
            </w:tcMar>
            <w:vAlign w:val="center"/>
          </w:tcPr>
          <w:p w14:paraId="4D00C7CE" w14:textId="77777777" w:rsidR="00AD0E4F" w:rsidRDefault="00AD0E4F">
            <w:pPr>
              <w:spacing w:after="0" w:line="240" w:lineRule="auto"/>
            </w:pPr>
          </w:p>
        </w:tc>
      </w:tr>
      <w:tr w:rsidR="00AD0E4F" w14:paraId="41556070" w14:textId="77777777">
        <w:trPr>
          <w:jc w:val="center"/>
        </w:trPr>
        <w:tc>
          <w:tcPr>
            <w:tcW w:w="2551" w:type="dxa"/>
            <w:tcMar>
              <w:top w:w="45" w:type="dxa"/>
              <w:left w:w="100" w:type="dxa"/>
              <w:bottom w:w="45" w:type="dxa"/>
              <w:right w:w="100" w:type="dxa"/>
            </w:tcMar>
            <w:vAlign w:val="center"/>
          </w:tcPr>
          <w:p w14:paraId="79BD2B8F" w14:textId="77777777" w:rsidR="00AD0E4F" w:rsidRDefault="008D426B">
            <w:pPr>
              <w:spacing w:after="0" w:line="240" w:lineRule="auto"/>
            </w:pPr>
            <w:r>
              <w:rPr>
                <w:color w:val="000000"/>
                <w:sz w:val="17"/>
              </w:rPr>
              <w:t>区分ロ</w:t>
            </w:r>
          </w:p>
        </w:tc>
        <w:tc>
          <w:tcPr>
            <w:tcW w:w="1984" w:type="dxa"/>
            <w:tcMar>
              <w:top w:w="45" w:type="dxa"/>
              <w:left w:w="100" w:type="dxa"/>
              <w:bottom w:w="45" w:type="dxa"/>
              <w:right w:w="100" w:type="dxa"/>
            </w:tcMar>
            <w:vAlign w:val="center"/>
          </w:tcPr>
          <w:p w14:paraId="693D0249" w14:textId="77777777" w:rsidR="00AD0E4F" w:rsidRDefault="008D426B">
            <w:pPr>
              <w:spacing w:after="0" w:line="240" w:lineRule="auto"/>
            </w:pPr>
            <w:r>
              <w:rPr>
                <w:color w:val="000000"/>
                <w:sz w:val="17"/>
              </w:rPr>
              <w:t>5,800円</w:t>
            </w:r>
          </w:p>
        </w:tc>
        <w:tc>
          <w:tcPr>
            <w:tcW w:w="1984" w:type="dxa"/>
            <w:tcMar>
              <w:top w:w="45" w:type="dxa"/>
              <w:left w:w="100" w:type="dxa"/>
              <w:bottom w:w="45" w:type="dxa"/>
              <w:right w:w="100" w:type="dxa"/>
            </w:tcMar>
            <w:vAlign w:val="center"/>
          </w:tcPr>
          <w:p w14:paraId="648D95BD" w14:textId="77777777" w:rsidR="00AD0E4F" w:rsidRDefault="008D426B">
            <w:pPr>
              <w:spacing w:after="0" w:line="240" w:lineRule="auto"/>
            </w:pPr>
            <w:r>
              <w:rPr>
                <w:color w:val="000000"/>
                <w:sz w:val="17"/>
              </w:rPr>
              <w:t>580円</w:t>
            </w:r>
          </w:p>
        </w:tc>
        <w:tc>
          <w:tcPr>
            <w:tcW w:w="2835" w:type="dxa"/>
            <w:tcMar>
              <w:top w:w="45" w:type="dxa"/>
              <w:left w:w="100" w:type="dxa"/>
              <w:bottom w:w="45" w:type="dxa"/>
              <w:right w:w="100" w:type="dxa"/>
            </w:tcMar>
            <w:vAlign w:val="center"/>
          </w:tcPr>
          <w:p w14:paraId="26B67118" w14:textId="77777777" w:rsidR="00AD0E4F" w:rsidRDefault="008D426B">
            <w:pPr>
              <w:spacing w:after="0" w:line="240" w:lineRule="auto"/>
            </w:pPr>
            <w:r>
              <w:rPr>
                <w:color w:val="000000"/>
                <w:sz w:val="17"/>
              </w:rPr>
              <w:t>月1回</w:t>
            </w:r>
          </w:p>
        </w:tc>
        <w:tc>
          <w:tcPr>
            <w:tcW w:w="964" w:type="dxa"/>
            <w:gridSpan w:val="2"/>
            <w:tcMar>
              <w:top w:w="45" w:type="dxa"/>
              <w:left w:w="100" w:type="dxa"/>
              <w:bottom w:w="45" w:type="dxa"/>
              <w:right w:w="100" w:type="dxa"/>
            </w:tcMar>
            <w:vAlign w:val="center"/>
          </w:tcPr>
          <w:p w14:paraId="401D5BBE" w14:textId="77777777" w:rsidR="00AD0E4F" w:rsidRDefault="00AD0E4F">
            <w:pPr>
              <w:spacing w:after="0" w:line="240" w:lineRule="auto"/>
            </w:pPr>
          </w:p>
        </w:tc>
      </w:tr>
      <w:tr w:rsidR="00AD0E4F" w14:paraId="17C9D9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2" w:type="dxa"/>
          <w:jc w:val="center"/>
        </w:trPr>
        <w:tc>
          <w:tcPr>
            <w:tcW w:w="10318" w:type="dxa"/>
            <w:gridSpan w:val="5"/>
            <w:tcBorders>
              <w:top w:val="single" w:sz="8" w:space="0" w:color="777777"/>
              <w:left w:val="single" w:sz="8" w:space="0" w:color="777777"/>
              <w:bottom w:val="single" w:sz="8" w:space="0" w:color="777777"/>
              <w:right w:val="single" w:sz="8" w:space="0" w:color="777777"/>
            </w:tcBorders>
            <w:shd w:val="clear" w:color="auto" w:fill="F7F7F7"/>
            <w:tcMar>
              <w:top w:w="45" w:type="dxa"/>
              <w:left w:w="170" w:type="dxa"/>
              <w:bottom w:w="45" w:type="dxa"/>
              <w:right w:w="170" w:type="dxa"/>
            </w:tcMar>
            <w:vAlign w:val="center"/>
          </w:tcPr>
          <w:p w14:paraId="03618F6B" w14:textId="77777777" w:rsidR="00AD0E4F" w:rsidRDefault="008D426B">
            <w:pPr>
              <w:spacing w:after="0" w:line="240" w:lineRule="auto"/>
              <w:rPr>
                <w:lang w:eastAsia="ja-JP"/>
              </w:rPr>
            </w:pPr>
            <w:r>
              <w:rPr>
                <w:color w:val="000000"/>
                <w:sz w:val="17"/>
                <w:lang w:eastAsia="ja-JP"/>
              </w:rPr>
              <w:t>対象と同意</w:t>
            </w:r>
          </w:p>
          <w:p w14:paraId="50C7B078" w14:textId="77777777" w:rsidR="00AD0E4F" w:rsidRDefault="008D426B">
            <w:pPr>
              <w:spacing w:after="0" w:line="240" w:lineRule="auto"/>
              <w:rPr>
                <w:lang w:eastAsia="ja-JP"/>
              </w:rPr>
            </w:pPr>
            <w:r>
              <w:rPr>
                <w:color w:val="000000"/>
                <w:sz w:val="17"/>
                <w:lang w:eastAsia="ja-JP"/>
              </w:rPr>
              <w:t>重症患者支援管理連携加算は、主治医側が所定の精神科在宅患者支援管理料を算定し、当事業所も必要な届出・連携・支援計画等の条件を満たした場合に限ります。自立支援医療の適用時は受給者証の上限月額等を確認します。</w:t>
            </w:r>
          </w:p>
        </w:tc>
      </w:tr>
    </w:tbl>
    <w:p w14:paraId="3599231D" w14:textId="77777777" w:rsidR="00AD0E4F" w:rsidRDefault="008D426B">
      <w:pPr>
        <w:spacing w:after="20" w:line="240" w:lineRule="auto"/>
        <w:rPr>
          <w:lang w:eastAsia="ja-JP"/>
        </w:rPr>
      </w:pPr>
      <w:r>
        <w:rPr>
          <w:color w:val="000000"/>
          <w:sz w:val="30"/>
          <w:lang w:eastAsia="ja-JP"/>
        </w:rPr>
        <w:t>12 医療保険の管理療養費・24時間対応</w:t>
      </w:r>
    </w:p>
    <w:p w14:paraId="4EE4E361" w14:textId="77777777" w:rsidR="00AD0E4F" w:rsidRDefault="00AD0E4F">
      <w:pPr>
        <w:pBdr>
          <w:bottom w:val="single" w:sz="8" w:space="1" w:color="777777"/>
        </w:pBdr>
        <w:spacing w:before="20" w:after="0" w:line="240" w:lineRule="auto"/>
        <w:rPr>
          <w:lang w:eastAsia="ja-JP"/>
        </w:rPr>
      </w:pPr>
    </w:p>
    <w:p w14:paraId="3DF3E3E5" w14:textId="77777777" w:rsidR="00AD0E4F" w:rsidRDefault="008D426B">
      <w:pPr>
        <w:spacing w:after="20" w:line="240" w:lineRule="auto"/>
        <w:rPr>
          <w:lang w:eastAsia="ja-JP"/>
        </w:rPr>
      </w:pPr>
      <w:r>
        <w:rPr>
          <w:color w:val="000000"/>
          <w:sz w:val="17"/>
          <w:lang w:eastAsia="ja-JP"/>
        </w:rPr>
        <w:t>1. 訪問看護管理療養費 - 当事業所の基本区分</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4082"/>
        <w:gridCol w:w="1587"/>
        <w:gridCol w:w="1531"/>
        <w:gridCol w:w="1531"/>
        <w:gridCol w:w="1587"/>
      </w:tblGrid>
      <w:tr w:rsidR="00AD0E4F" w14:paraId="11DBA82D" w14:textId="77777777">
        <w:trPr>
          <w:tblHeader/>
          <w:jc w:val="center"/>
        </w:trPr>
        <w:tc>
          <w:tcPr>
            <w:tcW w:w="4082" w:type="dxa"/>
            <w:shd w:val="clear" w:color="auto" w:fill="4A4A4A"/>
            <w:tcMar>
              <w:top w:w="45" w:type="dxa"/>
              <w:left w:w="100" w:type="dxa"/>
              <w:bottom w:w="45" w:type="dxa"/>
              <w:right w:w="100" w:type="dxa"/>
            </w:tcMar>
            <w:vAlign w:val="center"/>
          </w:tcPr>
          <w:p w14:paraId="507A91FF" w14:textId="77777777" w:rsidR="00AD0E4F" w:rsidRDefault="008D426B">
            <w:pPr>
              <w:spacing w:after="0" w:line="240" w:lineRule="auto"/>
              <w:jc w:val="center"/>
            </w:pPr>
            <w:r>
              <w:rPr>
                <w:color w:val="FFFFFF"/>
                <w:sz w:val="17"/>
              </w:rPr>
              <w:t>区分</w:t>
            </w:r>
          </w:p>
        </w:tc>
        <w:tc>
          <w:tcPr>
            <w:tcW w:w="1587" w:type="dxa"/>
            <w:shd w:val="clear" w:color="auto" w:fill="4A4A4A"/>
            <w:tcMar>
              <w:top w:w="45" w:type="dxa"/>
              <w:left w:w="100" w:type="dxa"/>
              <w:bottom w:w="45" w:type="dxa"/>
              <w:right w:w="100" w:type="dxa"/>
            </w:tcMar>
            <w:vAlign w:val="center"/>
          </w:tcPr>
          <w:p w14:paraId="093FBA42" w14:textId="77777777" w:rsidR="00AD0E4F" w:rsidRDefault="008D426B">
            <w:pPr>
              <w:spacing w:after="0" w:line="240" w:lineRule="auto"/>
              <w:jc w:val="center"/>
            </w:pPr>
            <w:r>
              <w:rPr>
                <w:color w:val="FFFFFF"/>
                <w:sz w:val="17"/>
              </w:rPr>
              <w:t>全額</w:t>
            </w:r>
          </w:p>
        </w:tc>
        <w:tc>
          <w:tcPr>
            <w:tcW w:w="1531" w:type="dxa"/>
            <w:shd w:val="clear" w:color="auto" w:fill="4A4A4A"/>
            <w:tcMar>
              <w:top w:w="45" w:type="dxa"/>
              <w:left w:w="100" w:type="dxa"/>
              <w:bottom w:w="45" w:type="dxa"/>
              <w:right w:w="100" w:type="dxa"/>
            </w:tcMar>
            <w:vAlign w:val="center"/>
          </w:tcPr>
          <w:p w14:paraId="6CD9288D" w14:textId="77777777" w:rsidR="00AD0E4F" w:rsidRDefault="008D426B">
            <w:pPr>
              <w:spacing w:after="0" w:line="240" w:lineRule="auto"/>
              <w:jc w:val="center"/>
            </w:pPr>
            <w:r>
              <w:rPr>
                <w:color w:val="FFFFFF"/>
                <w:sz w:val="17"/>
              </w:rPr>
              <w:t>1割</w:t>
            </w:r>
          </w:p>
        </w:tc>
        <w:tc>
          <w:tcPr>
            <w:tcW w:w="1531" w:type="dxa"/>
            <w:shd w:val="clear" w:color="auto" w:fill="4A4A4A"/>
            <w:tcMar>
              <w:top w:w="45" w:type="dxa"/>
              <w:left w:w="100" w:type="dxa"/>
              <w:bottom w:w="45" w:type="dxa"/>
              <w:right w:w="100" w:type="dxa"/>
            </w:tcMar>
            <w:vAlign w:val="center"/>
          </w:tcPr>
          <w:p w14:paraId="61F59A5D" w14:textId="77777777" w:rsidR="00AD0E4F" w:rsidRDefault="008D426B">
            <w:pPr>
              <w:spacing w:after="0" w:line="240" w:lineRule="auto"/>
              <w:jc w:val="center"/>
            </w:pPr>
            <w:r>
              <w:rPr>
                <w:color w:val="FFFFFF"/>
                <w:sz w:val="17"/>
              </w:rPr>
              <w:t>2割</w:t>
            </w:r>
          </w:p>
        </w:tc>
        <w:tc>
          <w:tcPr>
            <w:tcW w:w="1587" w:type="dxa"/>
            <w:shd w:val="clear" w:color="auto" w:fill="4A4A4A"/>
            <w:tcMar>
              <w:top w:w="45" w:type="dxa"/>
              <w:left w:w="100" w:type="dxa"/>
              <w:bottom w:w="45" w:type="dxa"/>
              <w:right w:w="100" w:type="dxa"/>
            </w:tcMar>
            <w:vAlign w:val="center"/>
          </w:tcPr>
          <w:p w14:paraId="262FC66A" w14:textId="77777777" w:rsidR="00AD0E4F" w:rsidRDefault="008D426B">
            <w:pPr>
              <w:spacing w:after="0" w:line="240" w:lineRule="auto"/>
              <w:jc w:val="center"/>
            </w:pPr>
            <w:r>
              <w:rPr>
                <w:color w:val="FFFFFF"/>
                <w:sz w:val="17"/>
              </w:rPr>
              <w:t>3割</w:t>
            </w:r>
          </w:p>
        </w:tc>
      </w:tr>
      <w:tr w:rsidR="00AD0E4F" w14:paraId="5F9244D8" w14:textId="77777777">
        <w:trPr>
          <w:jc w:val="center"/>
        </w:trPr>
        <w:tc>
          <w:tcPr>
            <w:tcW w:w="4082" w:type="dxa"/>
            <w:tcMar>
              <w:top w:w="45" w:type="dxa"/>
              <w:left w:w="100" w:type="dxa"/>
              <w:bottom w:w="45" w:type="dxa"/>
              <w:right w:w="100" w:type="dxa"/>
            </w:tcMar>
            <w:vAlign w:val="center"/>
          </w:tcPr>
          <w:p w14:paraId="32CF8DC1" w14:textId="77777777" w:rsidR="00AD0E4F" w:rsidRDefault="008D426B">
            <w:pPr>
              <w:spacing w:after="0" w:line="240" w:lineRule="auto"/>
              <w:rPr>
                <w:lang w:eastAsia="ja-JP"/>
              </w:rPr>
            </w:pPr>
            <w:r>
              <w:rPr>
                <w:color w:val="000000"/>
                <w:sz w:val="17"/>
                <w:lang w:eastAsia="ja-JP"/>
              </w:rPr>
              <w:t>月の初日・一般のステーション</w:t>
            </w:r>
          </w:p>
        </w:tc>
        <w:tc>
          <w:tcPr>
            <w:tcW w:w="1587" w:type="dxa"/>
            <w:tcMar>
              <w:top w:w="45" w:type="dxa"/>
              <w:left w:w="100" w:type="dxa"/>
              <w:bottom w:w="45" w:type="dxa"/>
              <w:right w:w="100" w:type="dxa"/>
            </w:tcMar>
            <w:vAlign w:val="center"/>
          </w:tcPr>
          <w:p w14:paraId="5F7E02EC" w14:textId="77777777" w:rsidR="00AD0E4F" w:rsidRDefault="008D426B">
            <w:pPr>
              <w:spacing w:after="0" w:line="240" w:lineRule="auto"/>
            </w:pPr>
            <w:r>
              <w:rPr>
                <w:color w:val="000000"/>
                <w:sz w:val="17"/>
              </w:rPr>
              <w:t>7,710円</w:t>
            </w:r>
          </w:p>
        </w:tc>
        <w:tc>
          <w:tcPr>
            <w:tcW w:w="1531" w:type="dxa"/>
            <w:tcMar>
              <w:top w:w="45" w:type="dxa"/>
              <w:left w:w="100" w:type="dxa"/>
              <w:bottom w:w="45" w:type="dxa"/>
              <w:right w:w="100" w:type="dxa"/>
            </w:tcMar>
            <w:vAlign w:val="center"/>
          </w:tcPr>
          <w:p w14:paraId="00430176" w14:textId="77777777" w:rsidR="00AD0E4F" w:rsidRDefault="008D426B">
            <w:pPr>
              <w:spacing w:after="0" w:line="240" w:lineRule="auto"/>
            </w:pPr>
            <w:r>
              <w:rPr>
                <w:color w:val="000000"/>
                <w:sz w:val="17"/>
              </w:rPr>
              <w:t>771円</w:t>
            </w:r>
          </w:p>
        </w:tc>
        <w:tc>
          <w:tcPr>
            <w:tcW w:w="1531" w:type="dxa"/>
            <w:tcMar>
              <w:top w:w="45" w:type="dxa"/>
              <w:left w:w="100" w:type="dxa"/>
              <w:bottom w:w="45" w:type="dxa"/>
              <w:right w:w="100" w:type="dxa"/>
            </w:tcMar>
            <w:vAlign w:val="center"/>
          </w:tcPr>
          <w:p w14:paraId="259BCAA9" w14:textId="77777777" w:rsidR="00AD0E4F" w:rsidRDefault="008D426B">
            <w:pPr>
              <w:spacing w:after="0" w:line="240" w:lineRule="auto"/>
            </w:pPr>
            <w:r>
              <w:rPr>
                <w:color w:val="000000"/>
                <w:sz w:val="17"/>
              </w:rPr>
              <w:t>1,542円</w:t>
            </w:r>
          </w:p>
        </w:tc>
        <w:tc>
          <w:tcPr>
            <w:tcW w:w="1587" w:type="dxa"/>
            <w:tcMar>
              <w:top w:w="45" w:type="dxa"/>
              <w:left w:w="100" w:type="dxa"/>
              <w:bottom w:w="45" w:type="dxa"/>
              <w:right w:w="100" w:type="dxa"/>
            </w:tcMar>
            <w:vAlign w:val="center"/>
          </w:tcPr>
          <w:p w14:paraId="64BA711D" w14:textId="77777777" w:rsidR="00AD0E4F" w:rsidRDefault="008D426B">
            <w:pPr>
              <w:spacing w:after="0" w:line="240" w:lineRule="auto"/>
            </w:pPr>
            <w:r>
              <w:rPr>
                <w:color w:val="000000"/>
                <w:sz w:val="17"/>
              </w:rPr>
              <w:t>2,313円</w:t>
            </w:r>
          </w:p>
        </w:tc>
      </w:tr>
      <w:tr w:rsidR="00AD0E4F" w14:paraId="48AA6DC9" w14:textId="77777777">
        <w:trPr>
          <w:jc w:val="center"/>
        </w:trPr>
        <w:tc>
          <w:tcPr>
            <w:tcW w:w="4082" w:type="dxa"/>
            <w:tcMar>
              <w:top w:w="45" w:type="dxa"/>
              <w:left w:w="100" w:type="dxa"/>
              <w:bottom w:w="45" w:type="dxa"/>
              <w:right w:w="100" w:type="dxa"/>
            </w:tcMar>
            <w:vAlign w:val="center"/>
          </w:tcPr>
          <w:p w14:paraId="0967EE1C" w14:textId="77777777" w:rsidR="00AD0E4F" w:rsidRDefault="008D426B">
            <w:pPr>
              <w:spacing w:after="0" w:line="240" w:lineRule="auto"/>
              <w:rPr>
                <w:lang w:eastAsia="ja-JP"/>
              </w:rPr>
            </w:pPr>
            <w:r>
              <w:rPr>
                <w:color w:val="000000"/>
                <w:sz w:val="17"/>
                <w:lang w:eastAsia="ja-JP"/>
              </w:rPr>
              <w:t>月の2日目以降・単一建物20人未満</w:t>
            </w:r>
          </w:p>
        </w:tc>
        <w:tc>
          <w:tcPr>
            <w:tcW w:w="1587" w:type="dxa"/>
            <w:tcMar>
              <w:top w:w="45" w:type="dxa"/>
              <w:left w:w="100" w:type="dxa"/>
              <w:bottom w:w="45" w:type="dxa"/>
              <w:right w:w="100" w:type="dxa"/>
            </w:tcMar>
            <w:vAlign w:val="center"/>
          </w:tcPr>
          <w:p w14:paraId="73266144" w14:textId="77777777" w:rsidR="00AD0E4F" w:rsidRDefault="008D426B">
            <w:pPr>
              <w:spacing w:after="0" w:line="240" w:lineRule="auto"/>
            </w:pPr>
            <w:r>
              <w:rPr>
                <w:color w:val="000000"/>
                <w:sz w:val="17"/>
              </w:rPr>
              <w:t>3,010円</w:t>
            </w:r>
          </w:p>
        </w:tc>
        <w:tc>
          <w:tcPr>
            <w:tcW w:w="1531" w:type="dxa"/>
            <w:tcMar>
              <w:top w:w="45" w:type="dxa"/>
              <w:left w:w="100" w:type="dxa"/>
              <w:bottom w:w="45" w:type="dxa"/>
              <w:right w:w="100" w:type="dxa"/>
            </w:tcMar>
            <w:vAlign w:val="center"/>
          </w:tcPr>
          <w:p w14:paraId="226E5747" w14:textId="77777777" w:rsidR="00AD0E4F" w:rsidRDefault="008D426B">
            <w:pPr>
              <w:spacing w:after="0" w:line="240" w:lineRule="auto"/>
            </w:pPr>
            <w:r>
              <w:rPr>
                <w:color w:val="000000"/>
                <w:sz w:val="17"/>
              </w:rPr>
              <w:t>301円</w:t>
            </w:r>
          </w:p>
        </w:tc>
        <w:tc>
          <w:tcPr>
            <w:tcW w:w="1531" w:type="dxa"/>
            <w:tcMar>
              <w:top w:w="45" w:type="dxa"/>
              <w:left w:w="100" w:type="dxa"/>
              <w:bottom w:w="45" w:type="dxa"/>
              <w:right w:w="100" w:type="dxa"/>
            </w:tcMar>
            <w:vAlign w:val="center"/>
          </w:tcPr>
          <w:p w14:paraId="7E171615" w14:textId="77777777" w:rsidR="00AD0E4F" w:rsidRDefault="008D426B">
            <w:pPr>
              <w:spacing w:after="0" w:line="240" w:lineRule="auto"/>
            </w:pPr>
            <w:r>
              <w:rPr>
                <w:color w:val="000000"/>
                <w:sz w:val="17"/>
              </w:rPr>
              <w:t>602円</w:t>
            </w:r>
          </w:p>
        </w:tc>
        <w:tc>
          <w:tcPr>
            <w:tcW w:w="1587" w:type="dxa"/>
            <w:tcMar>
              <w:top w:w="45" w:type="dxa"/>
              <w:left w:w="100" w:type="dxa"/>
              <w:bottom w:w="45" w:type="dxa"/>
              <w:right w:w="100" w:type="dxa"/>
            </w:tcMar>
            <w:vAlign w:val="center"/>
          </w:tcPr>
          <w:p w14:paraId="56B714EB" w14:textId="77777777" w:rsidR="00AD0E4F" w:rsidRDefault="008D426B">
            <w:pPr>
              <w:spacing w:after="0" w:line="240" w:lineRule="auto"/>
            </w:pPr>
            <w:r>
              <w:rPr>
                <w:color w:val="000000"/>
                <w:sz w:val="17"/>
              </w:rPr>
              <w:t>903円</w:t>
            </w:r>
          </w:p>
        </w:tc>
      </w:tr>
      <w:tr w:rsidR="00AD0E4F" w14:paraId="29556D2F" w14:textId="77777777">
        <w:trPr>
          <w:jc w:val="center"/>
        </w:trPr>
        <w:tc>
          <w:tcPr>
            <w:tcW w:w="4082" w:type="dxa"/>
            <w:tcMar>
              <w:top w:w="45" w:type="dxa"/>
              <w:left w:w="100" w:type="dxa"/>
              <w:bottom w:w="45" w:type="dxa"/>
              <w:right w:w="100" w:type="dxa"/>
            </w:tcMar>
            <w:vAlign w:val="center"/>
          </w:tcPr>
          <w:p w14:paraId="4D429FDF" w14:textId="77777777" w:rsidR="00AD0E4F" w:rsidRDefault="008D426B">
            <w:pPr>
              <w:spacing w:after="0" w:line="240" w:lineRule="auto"/>
              <w:rPr>
                <w:lang w:eastAsia="ja-JP"/>
              </w:rPr>
            </w:pPr>
            <w:r>
              <w:rPr>
                <w:color w:val="000000"/>
                <w:sz w:val="17"/>
                <w:lang w:eastAsia="ja-JP"/>
              </w:rPr>
              <w:t>月の初日・機能強化型1</w:t>
            </w:r>
          </w:p>
        </w:tc>
        <w:tc>
          <w:tcPr>
            <w:tcW w:w="1587" w:type="dxa"/>
            <w:tcMar>
              <w:top w:w="45" w:type="dxa"/>
              <w:left w:w="100" w:type="dxa"/>
              <w:bottom w:w="45" w:type="dxa"/>
              <w:right w:w="100" w:type="dxa"/>
            </w:tcMar>
            <w:vAlign w:val="center"/>
          </w:tcPr>
          <w:p w14:paraId="0FFBFE6A" w14:textId="77777777" w:rsidR="00AD0E4F" w:rsidRDefault="008D426B">
            <w:pPr>
              <w:spacing w:after="0" w:line="240" w:lineRule="auto"/>
            </w:pPr>
            <w:r>
              <w:rPr>
                <w:color w:val="000000"/>
                <w:sz w:val="17"/>
              </w:rPr>
              <w:t>13,760円</w:t>
            </w:r>
          </w:p>
        </w:tc>
        <w:tc>
          <w:tcPr>
            <w:tcW w:w="1531" w:type="dxa"/>
            <w:tcMar>
              <w:top w:w="45" w:type="dxa"/>
              <w:left w:w="100" w:type="dxa"/>
              <w:bottom w:w="45" w:type="dxa"/>
              <w:right w:w="100" w:type="dxa"/>
            </w:tcMar>
            <w:vAlign w:val="center"/>
          </w:tcPr>
          <w:p w14:paraId="515BD829" w14:textId="77777777" w:rsidR="00AD0E4F" w:rsidRDefault="008D426B">
            <w:pPr>
              <w:spacing w:after="0" w:line="240" w:lineRule="auto"/>
            </w:pPr>
            <w:r>
              <w:rPr>
                <w:color w:val="000000"/>
                <w:sz w:val="17"/>
              </w:rPr>
              <w:t>1,376円</w:t>
            </w:r>
          </w:p>
        </w:tc>
        <w:tc>
          <w:tcPr>
            <w:tcW w:w="1531" w:type="dxa"/>
            <w:tcMar>
              <w:top w:w="45" w:type="dxa"/>
              <w:left w:w="100" w:type="dxa"/>
              <w:bottom w:w="45" w:type="dxa"/>
              <w:right w:w="100" w:type="dxa"/>
            </w:tcMar>
            <w:vAlign w:val="center"/>
          </w:tcPr>
          <w:p w14:paraId="4B808AD0" w14:textId="77777777" w:rsidR="00AD0E4F" w:rsidRDefault="008D426B">
            <w:pPr>
              <w:spacing w:after="0" w:line="240" w:lineRule="auto"/>
            </w:pPr>
            <w:r>
              <w:rPr>
                <w:color w:val="000000"/>
                <w:sz w:val="17"/>
              </w:rPr>
              <w:t>2,752円</w:t>
            </w:r>
          </w:p>
        </w:tc>
        <w:tc>
          <w:tcPr>
            <w:tcW w:w="1587" w:type="dxa"/>
            <w:tcMar>
              <w:top w:w="45" w:type="dxa"/>
              <w:left w:w="100" w:type="dxa"/>
              <w:bottom w:w="45" w:type="dxa"/>
              <w:right w:w="100" w:type="dxa"/>
            </w:tcMar>
            <w:vAlign w:val="center"/>
          </w:tcPr>
          <w:p w14:paraId="1D5A3950" w14:textId="77777777" w:rsidR="00AD0E4F" w:rsidRDefault="008D426B">
            <w:pPr>
              <w:spacing w:after="0" w:line="240" w:lineRule="auto"/>
            </w:pPr>
            <w:r>
              <w:rPr>
                <w:color w:val="000000"/>
                <w:sz w:val="17"/>
              </w:rPr>
              <w:t>4,128円</w:t>
            </w:r>
          </w:p>
        </w:tc>
      </w:tr>
      <w:tr w:rsidR="00AD0E4F" w14:paraId="5AA0A27A" w14:textId="77777777">
        <w:trPr>
          <w:jc w:val="center"/>
        </w:trPr>
        <w:tc>
          <w:tcPr>
            <w:tcW w:w="4082" w:type="dxa"/>
            <w:tcMar>
              <w:top w:w="45" w:type="dxa"/>
              <w:left w:w="100" w:type="dxa"/>
              <w:bottom w:w="45" w:type="dxa"/>
              <w:right w:w="100" w:type="dxa"/>
            </w:tcMar>
            <w:vAlign w:val="center"/>
          </w:tcPr>
          <w:p w14:paraId="4D4A639D" w14:textId="77777777" w:rsidR="00AD0E4F" w:rsidRDefault="008D426B">
            <w:pPr>
              <w:spacing w:after="0" w:line="240" w:lineRule="auto"/>
              <w:rPr>
                <w:lang w:eastAsia="ja-JP"/>
              </w:rPr>
            </w:pPr>
            <w:r>
              <w:rPr>
                <w:color w:val="000000"/>
                <w:sz w:val="17"/>
                <w:lang w:eastAsia="ja-JP"/>
              </w:rPr>
              <w:t>月の初日・機能強化型2</w:t>
            </w:r>
          </w:p>
        </w:tc>
        <w:tc>
          <w:tcPr>
            <w:tcW w:w="1587" w:type="dxa"/>
            <w:tcMar>
              <w:top w:w="45" w:type="dxa"/>
              <w:left w:w="100" w:type="dxa"/>
              <w:bottom w:w="45" w:type="dxa"/>
              <w:right w:w="100" w:type="dxa"/>
            </w:tcMar>
            <w:vAlign w:val="center"/>
          </w:tcPr>
          <w:p w14:paraId="39DC5913" w14:textId="77777777" w:rsidR="00AD0E4F" w:rsidRDefault="008D426B">
            <w:pPr>
              <w:spacing w:after="0" w:line="240" w:lineRule="auto"/>
            </w:pPr>
            <w:r>
              <w:rPr>
                <w:color w:val="000000"/>
                <w:sz w:val="17"/>
              </w:rPr>
              <w:t>10,460円</w:t>
            </w:r>
          </w:p>
        </w:tc>
        <w:tc>
          <w:tcPr>
            <w:tcW w:w="1531" w:type="dxa"/>
            <w:tcMar>
              <w:top w:w="45" w:type="dxa"/>
              <w:left w:w="100" w:type="dxa"/>
              <w:bottom w:w="45" w:type="dxa"/>
              <w:right w:w="100" w:type="dxa"/>
            </w:tcMar>
            <w:vAlign w:val="center"/>
          </w:tcPr>
          <w:p w14:paraId="5551FBFA" w14:textId="77777777" w:rsidR="00AD0E4F" w:rsidRDefault="008D426B">
            <w:pPr>
              <w:spacing w:after="0" w:line="240" w:lineRule="auto"/>
            </w:pPr>
            <w:r>
              <w:rPr>
                <w:color w:val="000000"/>
                <w:sz w:val="17"/>
              </w:rPr>
              <w:t>1,046円</w:t>
            </w:r>
          </w:p>
        </w:tc>
        <w:tc>
          <w:tcPr>
            <w:tcW w:w="1531" w:type="dxa"/>
            <w:tcMar>
              <w:top w:w="45" w:type="dxa"/>
              <w:left w:w="100" w:type="dxa"/>
              <w:bottom w:w="45" w:type="dxa"/>
              <w:right w:w="100" w:type="dxa"/>
            </w:tcMar>
            <w:vAlign w:val="center"/>
          </w:tcPr>
          <w:p w14:paraId="453C8A00" w14:textId="77777777" w:rsidR="00AD0E4F" w:rsidRDefault="008D426B">
            <w:pPr>
              <w:spacing w:after="0" w:line="240" w:lineRule="auto"/>
            </w:pPr>
            <w:r>
              <w:rPr>
                <w:color w:val="000000"/>
                <w:sz w:val="17"/>
              </w:rPr>
              <w:t>2,092円</w:t>
            </w:r>
          </w:p>
        </w:tc>
        <w:tc>
          <w:tcPr>
            <w:tcW w:w="1587" w:type="dxa"/>
            <w:tcMar>
              <w:top w:w="45" w:type="dxa"/>
              <w:left w:w="100" w:type="dxa"/>
              <w:bottom w:w="45" w:type="dxa"/>
              <w:right w:w="100" w:type="dxa"/>
            </w:tcMar>
            <w:vAlign w:val="center"/>
          </w:tcPr>
          <w:p w14:paraId="3E86F638" w14:textId="77777777" w:rsidR="00AD0E4F" w:rsidRDefault="008D426B">
            <w:pPr>
              <w:spacing w:after="0" w:line="240" w:lineRule="auto"/>
            </w:pPr>
            <w:r>
              <w:rPr>
                <w:color w:val="000000"/>
                <w:sz w:val="17"/>
              </w:rPr>
              <w:t>3,138円</w:t>
            </w:r>
          </w:p>
        </w:tc>
      </w:tr>
      <w:tr w:rsidR="00AD0E4F" w14:paraId="7FA285F5" w14:textId="77777777">
        <w:trPr>
          <w:jc w:val="center"/>
        </w:trPr>
        <w:tc>
          <w:tcPr>
            <w:tcW w:w="4082" w:type="dxa"/>
            <w:tcMar>
              <w:top w:w="45" w:type="dxa"/>
              <w:left w:w="100" w:type="dxa"/>
              <w:bottom w:w="45" w:type="dxa"/>
              <w:right w:w="100" w:type="dxa"/>
            </w:tcMar>
            <w:vAlign w:val="center"/>
          </w:tcPr>
          <w:p w14:paraId="5F85FDE2" w14:textId="77777777" w:rsidR="00AD0E4F" w:rsidRDefault="008D426B">
            <w:pPr>
              <w:spacing w:after="0" w:line="240" w:lineRule="auto"/>
              <w:rPr>
                <w:lang w:eastAsia="ja-JP"/>
              </w:rPr>
            </w:pPr>
            <w:r>
              <w:rPr>
                <w:color w:val="000000"/>
                <w:sz w:val="17"/>
                <w:lang w:eastAsia="ja-JP"/>
              </w:rPr>
              <w:t>月の初日・機能強化型3</w:t>
            </w:r>
          </w:p>
        </w:tc>
        <w:tc>
          <w:tcPr>
            <w:tcW w:w="1587" w:type="dxa"/>
            <w:tcMar>
              <w:top w:w="45" w:type="dxa"/>
              <w:left w:w="100" w:type="dxa"/>
              <w:bottom w:w="45" w:type="dxa"/>
              <w:right w:w="100" w:type="dxa"/>
            </w:tcMar>
            <w:vAlign w:val="center"/>
          </w:tcPr>
          <w:p w14:paraId="32699F98" w14:textId="77777777" w:rsidR="00AD0E4F" w:rsidRDefault="008D426B">
            <w:pPr>
              <w:spacing w:after="0" w:line="240" w:lineRule="auto"/>
            </w:pPr>
            <w:r>
              <w:rPr>
                <w:color w:val="000000"/>
                <w:sz w:val="17"/>
              </w:rPr>
              <w:t>9,030円</w:t>
            </w:r>
          </w:p>
        </w:tc>
        <w:tc>
          <w:tcPr>
            <w:tcW w:w="1531" w:type="dxa"/>
            <w:tcMar>
              <w:top w:w="45" w:type="dxa"/>
              <w:left w:w="100" w:type="dxa"/>
              <w:bottom w:w="45" w:type="dxa"/>
              <w:right w:w="100" w:type="dxa"/>
            </w:tcMar>
            <w:vAlign w:val="center"/>
          </w:tcPr>
          <w:p w14:paraId="191C518E" w14:textId="77777777" w:rsidR="00AD0E4F" w:rsidRDefault="008D426B">
            <w:pPr>
              <w:spacing w:after="0" w:line="240" w:lineRule="auto"/>
            </w:pPr>
            <w:r>
              <w:rPr>
                <w:color w:val="000000"/>
                <w:sz w:val="17"/>
              </w:rPr>
              <w:t>903円</w:t>
            </w:r>
          </w:p>
        </w:tc>
        <w:tc>
          <w:tcPr>
            <w:tcW w:w="1531" w:type="dxa"/>
            <w:tcMar>
              <w:top w:w="45" w:type="dxa"/>
              <w:left w:w="100" w:type="dxa"/>
              <w:bottom w:w="45" w:type="dxa"/>
              <w:right w:w="100" w:type="dxa"/>
            </w:tcMar>
            <w:vAlign w:val="center"/>
          </w:tcPr>
          <w:p w14:paraId="6E716510" w14:textId="77777777" w:rsidR="00AD0E4F" w:rsidRDefault="008D426B">
            <w:pPr>
              <w:spacing w:after="0" w:line="240" w:lineRule="auto"/>
            </w:pPr>
            <w:r>
              <w:rPr>
                <w:color w:val="000000"/>
                <w:sz w:val="17"/>
              </w:rPr>
              <w:t>1,806円</w:t>
            </w:r>
          </w:p>
        </w:tc>
        <w:tc>
          <w:tcPr>
            <w:tcW w:w="1587" w:type="dxa"/>
            <w:tcMar>
              <w:top w:w="45" w:type="dxa"/>
              <w:left w:w="100" w:type="dxa"/>
              <w:bottom w:w="45" w:type="dxa"/>
              <w:right w:w="100" w:type="dxa"/>
            </w:tcMar>
            <w:vAlign w:val="center"/>
          </w:tcPr>
          <w:p w14:paraId="0F3F04A9" w14:textId="77777777" w:rsidR="00AD0E4F" w:rsidRDefault="008D426B">
            <w:pPr>
              <w:spacing w:after="0" w:line="240" w:lineRule="auto"/>
            </w:pPr>
            <w:r>
              <w:rPr>
                <w:color w:val="000000"/>
                <w:sz w:val="17"/>
              </w:rPr>
              <w:t>2,709円</w:t>
            </w:r>
          </w:p>
        </w:tc>
      </w:tr>
      <w:tr w:rsidR="00AD0E4F" w14:paraId="65A1FD9E" w14:textId="77777777">
        <w:trPr>
          <w:jc w:val="center"/>
        </w:trPr>
        <w:tc>
          <w:tcPr>
            <w:tcW w:w="4082" w:type="dxa"/>
            <w:tcMar>
              <w:top w:w="45" w:type="dxa"/>
              <w:left w:w="100" w:type="dxa"/>
              <w:bottom w:w="45" w:type="dxa"/>
              <w:right w:w="100" w:type="dxa"/>
            </w:tcMar>
            <w:vAlign w:val="center"/>
          </w:tcPr>
          <w:p w14:paraId="18F9FB8C" w14:textId="77777777" w:rsidR="00AD0E4F" w:rsidRDefault="008D426B">
            <w:pPr>
              <w:spacing w:after="0" w:line="240" w:lineRule="auto"/>
              <w:rPr>
                <w:lang w:eastAsia="ja-JP"/>
              </w:rPr>
            </w:pPr>
            <w:r>
              <w:rPr>
                <w:color w:val="000000"/>
                <w:sz w:val="17"/>
                <w:lang w:eastAsia="ja-JP"/>
              </w:rPr>
              <w:t>月の初日・機能強化型4</w:t>
            </w:r>
          </w:p>
        </w:tc>
        <w:tc>
          <w:tcPr>
            <w:tcW w:w="1587" w:type="dxa"/>
            <w:tcMar>
              <w:top w:w="45" w:type="dxa"/>
              <w:left w:w="100" w:type="dxa"/>
              <w:bottom w:w="45" w:type="dxa"/>
              <w:right w:w="100" w:type="dxa"/>
            </w:tcMar>
            <w:vAlign w:val="center"/>
          </w:tcPr>
          <w:p w14:paraId="4933E0EE" w14:textId="77777777" w:rsidR="00AD0E4F" w:rsidRDefault="008D426B">
            <w:pPr>
              <w:spacing w:after="0" w:line="240" w:lineRule="auto"/>
            </w:pPr>
            <w:r>
              <w:rPr>
                <w:color w:val="000000"/>
                <w:sz w:val="17"/>
              </w:rPr>
              <w:t>9,030円</w:t>
            </w:r>
          </w:p>
        </w:tc>
        <w:tc>
          <w:tcPr>
            <w:tcW w:w="1531" w:type="dxa"/>
            <w:tcMar>
              <w:top w:w="45" w:type="dxa"/>
              <w:left w:w="100" w:type="dxa"/>
              <w:bottom w:w="45" w:type="dxa"/>
              <w:right w:w="100" w:type="dxa"/>
            </w:tcMar>
            <w:vAlign w:val="center"/>
          </w:tcPr>
          <w:p w14:paraId="6648F7B4" w14:textId="77777777" w:rsidR="00AD0E4F" w:rsidRDefault="008D426B">
            <w:pPr>
              <w:spacing w:after="0" w:line="240" w:lineRule="auto"/>
            </w:pPr>
            <w:r>
              <w:rPr>
                <w:color w:val="000000"/>
                <w:sz w:val="17"/>
              </w:rPr>
              <w:t>903円</w:t>
            </w:r>
          </w:p>
        </w:tc>
        <w:tc>
          <w:tcPr>
            <w:tcW w:w="1531" w:type="dxa"/>
            <w:tcMar>
              <w:top w:w="45" w:type="dxa"/>
              <w:left w:w="100" w:type="dxa"/>
              <w:bottom w:w="45" w:type="dxa"/>
              <w:right w:w="100" w:type="dxa"/>
            </w:tcMar>
            <w:vAlign w:val="center"/>
          </w:tcPr>
          <w:p w14:paraId="1853AE27" w14:textId="77777777" w:rsidR="00AD0E4F" w:rsidRDefault="008D426B">
            <w:pPr>
              <w:spacing w:after="0" w:line="240" w:lineRule="auto"/>
            </w:pPr>
            <w:r>
              <w:rPr>
                <w:color w:val="000000"/>
                <w:sz w:val="17"/>
              </w:rPr>
              <w:t>1,806円</w:t>
            </w:r>
          </w:p>
        </w:tc>
        <w:tc>
          <w:tcPr>
            <w:tcW w:w="1587" w:type="dxa"/>
            <w:tcMar>
              <w:top w:w="45" w:type="dxa"/>
              <w:left w:w="100" w:type="dxa"/>
              <w:bottom w:w="45" w:type="dxa"/>
              <w:right w:w="100" w:type="dxa"/>
            </w:tcMar>
            <w:vAlign w:val="center"/>
          </w:tcPr>
          <w:p w14:paraId="5D4CC803" w14:textId="77777777" w:rsidR="00AD0E4F" w:rsidRDefault="008D426B">
            <w:pPr>
              <w:spacing w:after="0" w:line="240" w:lineRule="auto"/>
            </w:pPr>
            <w:r>
              <w:rPr>
                <w:color w:val="000000"/>
                <w:sz w:val="17"/>
              </w:rPr>
              <w:t>2,709円</w:t>
            </w:r>
          </w:p>
        </w:tc>
      </w:tr>
    </w:tbl>
    <w:p w14:paraId="128B9122" w14:textId="77777777" w:rsidR="00AD0E4F" w:rsidRDefault="008D426B">
      <w:pPr>
        <w:spacing w:after="0" w:line="240" w:lineRule="auto"/>
        <w:rPr>
          <w:lang w:eastAsia="ja-JP"/>
        </w:rPr>
      </w:pPr>
      <w:r>
        <w:rPr>
          <w:color w:val="000000"/>
          <w:sz w:val="17"/>
          <w:lang w:eastAsia="ja-JP"/>
        </w:rPr>
        <w:t>単一建物居住利用者が20-49人の場合は月15日目まで2,510円、16-24日目2,310円、25日目以降2,210円です。50人以上はそれぞれ2,410円、2,210円、2,010円です。</w:t>
      </w:r>
    </w:p>
    <w:p w14:paraId="0F4B8D10" w14:textId="77777777" w:rsidR="00AD0E4F" w:rsidRDefault="008D426B">
      <w:pPr>
        <w:spacing w:after="20" w:line="240" w:lineRule="auto"/>
      </w:pPr>
      <w:r>
        <w:rPr>
          <w:color w:val="000000"/>
          <w:sz w:val="17"/>
        </w:rPr>
        <w:t>2. 訪問看護物価対応料（令和8年6月新設）</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4082"/>
        <w:gridCol w:w="1587"/>
        <w:gridCol w:w="1531"/>
        <w:gridCol w:w="1531"/>
        <w:gridCol w:w="1587"/>
      </w:tblGrid>
      <w:tr w:rsidR="00AD0E4F" w14:paraId="0264BEA8" w14:textId="77777777">
        <w:trPr>
          <w:tblHeader/>
          <w:jc w:val="center"/>
        </w:trPr>
        <w:tc>
          <w:tcPr>
            <w:tcW w:w="4082" w:type="dxa"/>
            <w:shd w:val="clear" w:color="auto" w:fill="4A4A4A"/>
            <w:tcMar>
              <w:top w:w="45" w:type="dxa"/>
              <w:left w:w="100" w:type="dxa"/>
              <w:bottom w:w="45" w:type="dxa"/>
              <w:right w:w="100" w:type="dxa"/>
            </w:tcMar>
            <w:vAlign w:val="center"/>
          </w:tcPr>
          <w:p w14:paraId="606F4BC5" w14:textId="77777777" w:rsidR="00AD0E4F" w:rsidRDefault="008D426B">
            <w:pPr>
              <w:spacing w:after="0" w:line="240" w:lineRule="auto"/>
              <w:jc w:val="center"/>
            </w:pPr>
            <w:r>
              <w:rPr>
                <w:color w:val="FFFFFF"/>
                <w:sz w:val="17"/>
              </w:rPr>
              <w:t>区分</w:t>
            </w:r>
          </w:p>
        </w:tc>
        <w:tc>
          <w:tcPr>
            <w:tcW w:w="1587" w:type="dxa"/>
            <w:shd w:val="clear" w:color="auto" w:fill="4A4A4A"/>
            <w:tcMar>
              <w:top w:w="45" w:type="dxa"/>
              <w:left w:w="100" w:type="dxa"/>
              <w:bottom w:w="45" w:type="dxa"/>
              <w:right w:w="100" w:type="dxa"/>
            </w:tcMar>
            <w:vAlign w:val="center"/>
          </w:tcPr>
          <w:p w14:paraId="28BA9DCF" w14:textId="77777777" w:rsidR="00AD0E4F" w:rsidRDefault="008D426B">
            <w:pPr>
              <w:spacing w:after="0" w:line="240" w:lineRule="auto"/>
              <w:jc w:val="center"/>
            </w:pPr>
            <w:r>
              <w:rPr>
                <w:color w:val="FFFFFF"/>
                <w:sz w:val="17"/>
              </w:rPr>
              <w:t>全額</w:t>
            </w:r>
          </w:p>
        </w:tc>
        <w:tc>
          <w:tcPr>
            <w:tcW w:w="1531" w:type="dxa"/>
            <w:shd w:val="clear" w:color="auto" w:fill="4A4A4A"/>
            <w:tcMar>
              <w:top w:w="45" w:type="dxa"/>
              <w:left w:w="100" w:type="dxa"/>
              <w:bottom w:w="45" w:type="dxa"/>
              <w:right w:w="100" w:type="dxa"/>
            </w:tcMar>
            <w:vAlign w:val="center"/>
          </w:tcPr>
          <w:p w14:paraId="1A44CE7E" w14:textId="77777777" w:rsidR="00AD0E4F" w:rsidRDefault="008D426B">
            <w:pPr>
              <w:spacing w:after="0" w:line="240" w:lineRule="auto"/>
              <w:jc w:val="center"/>
            </w:pPr>
            <w:r>
              <w:rPr>
                <w:color w:val="FFFFFF"/>
                <w:sz w:val="17"/>
              </w:rPr>
              <w:t>1割</w:t>
            </w:r>
          </w:p>
        </w:tc>
        <w:tc>
          <w:tcPr>
            <w:tcW w:w="1531" w:type="dxa"/>
            <w:shd w:val="clear" w:color="auto" w:fill="4A4A4A"/>
            <w:tcMar>
              <w:top w:w="45" w:type="dxa"/>
              <w:left w:w="100" w:type="dxa"/>
              <w:bottom w:w="45" w:type="dxa"/>
              <w:right w:w="100" w:type="dxa"/>
            </w:tcMar>
            <w:vAlign w:val="center"/>
          </w:tcPr>
          <w:p w14:paraId="5CB26567" w14:textId="77777777" w:rsidR="00AD0E4F" w:rsidRDefault="008D426B">
            <w:pPr>
              <w:spacing w:after="0" w:line="240" w:lineRule="auto"/>
              <w:jc w:val="center"/>
            </w:pPr>
            <w:r>
              <w:rPr>
                <w:color w:val="FFFFFF"/>
                <w:sz w:val="17"/>
              </w:rPr>
              <w:t>2割</w:t>
            </w:r>
          </w:p>
        </w:tc>
        <w:tc>
          <w:tcPr>
            <w:tcW w:w="1587" w:type="dxa"/>
            <w:shd w:val="clear" w:color="auto" w:fill="4A4A4A"/>
            <w:tcMar>
              <w:top w:w="45" w:type="dxa"/>
              <w:left w:w="100" w:type="dxa"/>
              <w:bottom w:w="45" w:type="dxa"/>
              <w:right w:w="100" w:type="dxa"/>
            </w:tcMar>
            <w:vAlign w:val="center"/>
          </w:tcPr>
          <w:p w14:paraId="42E91202" w14:textId="77777777" w:rsidR="00AD0E4F" w:rsidRDefault="008D426B">
            <w:pPr>
              <w:spacing w:after="0" w:line="240" w:lineRule="auto"/>
              <w:jc w:val="center"/>
            </w:pPr>
            <w:r>
              <w:rPr>
                <w:color w:val="FFFFFF"/>
                <w:sz w:val="17"/>
              </w:rPr>
              <w:t>3割</w:t>
            </w:r>
          </w:p>
        </w:tc>
      </w:tr>
      <w:tr w:rsidR="00AD0E4F" w14:paraId="563461C4" w14:textId="77777777">
        <w:trPr>
          <w:jc w:val="center"/>
        </w:trPr>
        <w:tc>
          <w:tcPr>
            <w:tcW w:w="4082" w:type="dxa"/>
            <w:tcMar>
              <w:top w:w="45" w:type="dxa"/>
              <w:left w:w="100" w:type="dxa"/>
              <w:bottom w:w="45" w:type="dxa"/>
              <w:right w:w="100" w:type="dxa"/>
            </w:tcMar>
            <w:vAlign w:val="center"/>
          </w:tcPr>
          <w:p w14:paraId="6DF2E408" w14:textId="77777777" w:rsidR="00AD0E4F" w:rsidRDefault="008D426B">
            <w:pPr>
              <w:spacing w:after="0" w:line="240" w:lineRule="auto"/>
            </w:pPr>
            <w:r>
              <w:rPr>
                <w:color w:val="000000"/>
                <w:sz w:val="17"/>
              </w:rPr>
              <w:t>月の初日</w:t>
            </w:r>
          </w:p>
        </w:tc>
        <w:tc>
          <w:tcPr>
            <w:tcW w:w="1587" w:type="dxa"/>
            <w:tcMar>
              <w:top w:w="45" w:type="dxa"/>
              <w:left w:w="100" w:type="dxa"/>
              <w:bottom w:w="45" w:type="dxa"/>
              <w:right w:w="100" w:type="dxa"/>
            </w:tcMar>
            <w:vAlign w:val="center"/>
          </w:tcPr>
          <w:p w14:paraId="1A22FF2C" w14:textId="77777777" w:rsidR="00AD0E4F" w:rsidRDefault="008D426B">
            <w:pPr>
              <w:spacing w:after="0" w:line="240" w:lineRule="auto"/>
            </w:pPr>
            <w:r>
              <w:rPr>
                <w:color w:val="000000"/>
                <w:sz w:val="17"/>
              </w:rPr>
              <w:t>60円</w:t>
            </w:r>
          </w:p>
        </w:tc>
        <w:tc>
          <w:tcPr>
            <w:tcW w:w="1531" w:type="dxa"/>
            <w:tcMar>
              <w:top w:w="45" w:type="dxa"/>
              <w:left w:w="100" w:type="dxa"/>
              <w:bottom w:w="45" w:type="dxa"/>
              <w:right w:w="100" w:type="dxa"/>
            </w:tcMar>
            <w:vAlign w:val="center"/>
          </w:tcPr>
          <w:p w14:paraId="4BA3F38E" w14:textId="77777777" w:rsidR="00AD0E4F" w:rsidRDefault="008D426B">
            <w:pPr>
              <w:spacing w:after="0" w:line="240" w:lineRule="auto"/>
            </w:pPr>
            <w:r>
              <w:rPr>
                <w:color w:val="000000"/>
                <w:sz w:val="17"/>
              </w:rPr>
              <w:t>6円</w:t>
            </w:r>
          </w:p>
        </w:tc>
        <w:tc>
          <w:tcPr>
            <w:tcW w:w="1531" w:type="dxa"/>
            <w:tcMar>
              <w:top w:w="45" w:type="dxa"/>
              <w:left w:w="100" w:type="dxa"/>
              <w:bottom w:w="45" w:type="dxa"/>
              <w:right w:w="100" w:type="dxa"/>
            </w:tcMar>
            <w:vAlign w:val="center"/>
          </w:tcPr>
          <w:p w14:paraId="6BC36DBE" w14:textId="77777777" w:rsidR="00AD0E4F" w:rsidRDefault="008D426B">
            <w:pPr>
              <w:spacing w:after="0" w:line="240" w:lineRule="auto"/>
            </w:pPr>
            <w:r>
              <w:rPr>
                <w:color w:val="000000"/>
                <w:sz w:val="17"/>
              </w:rPr>
              <w:t>12円</w:t>
            </w:r>
          </w:p>
        </w:tc>
        <w:tc>
          <w:tcPr>
            <w:tcW w:w="1587" w:type="dxa"/>
            <w:tcMar>
              <w:top w:w="45" w:type="dxa"/>
              <w:left w:w="100" w:type="dxa"/>
              <w:bottom w:w="45" w:type="dxa"/>
              <w:right w:w="100" w:type="dxa"/>
            </w:tcMar>
            <w:vAlign w:val="center"/>
          </w:tcPr>
          <w:p w14:paraId="43560616" w14:textId="77777777" w:rsidR="00AD0E4F" w:rsidRDefault="008D426B">
            <w:pPr>
              <w:spacing w:after="0" w:line="240" w:lineRule="auto"/>
            </w:pPr>
            <w:r>
              <w:rPr>
                <w:color w:val="000000"/>
                <w:sz w:val="17"/>
              </w:rPr>
              <w:t>18円</w:t>
            </w:r>
          </w:p>
        </w:tc>
      </w:tr>
      <w:tr w:rsidR="00AD0E4F" w14:paraId="2E55B88F" w14:textId="77777777">
        <w:trPr>
          <w:jc w:val="center"/>
        </w:trPr>
        <w:tc>
          <w:tcPr>
            <w:tcW w:w="4082" w:type="dxa"/>
            <w:tcMar>
              <w:top w:w="45" w:type="dxa"/>
              <w:left w:w="100" w:type="dxa"/>
              <w:bottom w:w="45" w:type="dxa"/>
              <w:right w:w="100" w:type="dxa"/>
            </w:tcMar>
            <w:vAlign w:val="center"/>
          </w:tcPr>
          <w:p w14:paraId="32978BFF" w14:textId="77777777" w:rsidR="00AD0E4F" w:rsidRDefault="008D426B">
            <w:pPr>
              <w:spacing w:after="0" w:line="240" w:lineRule="auto"/>
            </w:pPr>
            <w:r>
              <w:rPr>
                <w:color w:val="000000"/>
                <w:sz w:val="17"/>
              </w:rPr>
              <w:t>月の2日目以降</w:t>
            </w:r>
          </w:p>
        </w:tc>
        <w:tc>
          <w:tcPr>
            <w:tcW w:w="1587" w:type="dxa"/>
            <w:tcMar>
              <w:top w:w="45" w:type="dxa"/>
              <w:left w:w="100" w:type="dxa"/>
              <w:bottom w:w="45" w:type="dxa"/>
              <w:right w:w="100" w:type="dxa"/>
            </w:tcMar>
            <w:vAlign w:val="center"/>
          </w:tcPr>
          <w:p w14:paraId="7AE28FC6" w14:textId="77777777" w:rsidR="00AD0E4F" w:rsidRDefault="008D426B">
            <w:pPr>
              <w:spacing w:after="0" w:line="240" w:lineRule="auto"/>
            </w:pPr>
            <w:r>
              <w:rPr>
                <w:color w:val="000000"/>
                <w:sz w:val="17"/>
              </w:rPr>
              <w:t>20円</w:t>
            </w:r>
          </w:p>
        </w:tc>
        <w:tc>
          <w:tcPr>
            <w:tcW w:w="1531" w:type="dxa"/>
            <w:tcMar>
              <w:top w:w="45" w:type="dxa"/>
              <w:left w:w="100" w:type="dxa"/>
              <w:bottom w:w="45" w:type="dxa"/>
              <w:right w:w="100" w:type="dxa"/>
            </w:tcMar>
            <w:vAlign w:val="center"/>
          </w:tcPr>
          <w:p w14:paraId="60B28C79" w14:textId="77777777" w:rsidR="00AD0E4F" w:rsidRDefault="008D426B">
            <w:pPr>
              <w:spacing w:after="0" w:line="240" w:lineRule="auto"/>
            </w:pPr>
            <w:r>
              <w:rPr>
                <w:color w:val="000000"/>
                <w:sz w:val="17"/>
              </w:rPr>
              <w:t>2円</w:t>
            </w:r>
          </w:p>
        </w:tc>
        <w:tc>
          <w:tcPr>
            <w:tcW w:w="1531" w:type="dxa"/>
            <w:tcMar>
              <w:top w:w="45" w:type="dxa"/>
              <w:left w:w="100" w:type="dxa"/>
              <w:bottom w:w="45" w:type="dxa"/>
              <w:right w:w="100" w:type="dxa"/>
            </w:tcMar>
            <w:vAlign w:val="center"/>
          </w:tcPr>
          <w:p w14:paraId="3CC3ED60" w14:textId="77777777" w:rsidR="00AD0E4F" w:rsidRDefault="008D426B">
            <w:pPr>
              <w:spacing w:after="0" w:line="240" w:lineRule="auto"/>
            </w:pPr>
            <w:r>
              <w:rPr>
                <w:color w:val="000000"/>
                <w:sz w:val="17"/>
              </w:rPr>
              <w:t>4円</w:t>
            </w:r>
          </w:p>
        </w:tc>
        <w:tc>
          <w:tcPr>
            <w:tcW w:w="1587" w:type="dxa"/>
            <w:tcMar>
              <w:top w:w="45" w:type="dxa"/>
              <w:left w:w="100" w:type="dxa"/>
              <w:bottom w:w="45" w:type="dxa"/>
              <w:right w:w="100" w:type="dxa"/>
            </w:tcMar>
            <w:vAlign w:val="center"/>
          </w:tcPr>
          <w:p w14:paraId="43765989" w14:textId="77777777" w:rsidR="00AD0E4F" w:rsidRDefault="008D426B">
            <w:pPr>
              <w:spacing w:after="0" w:line="240" w:lineRule="auto"/>
            </w:pPr>
            <w:r>
              <w:rPr>
                <w:color w:val="000000"/>
                <w:sz w:val="17"/>
              </w:rPr>
              <w:t>6円</w:t>
            </w:r>
          </w:p>
        </w:tc>
      </w:tr>
      <w:tr w:rsidR="00AD0E4F" w14:paraId="6244F546" w14:textId="77777777">
        <w:trPr>
          <w:jc w:val="center"/>
        </w:trPr>
        <w:tc>
          <w:tcPr>
            <w:tcW w:w="4082" w:type="dxa"/>
            <w:tcMar>
              <w:top w:w="45" w:type="dxa"/>
              <w:left w:w="100" w:type="dxa"/>
              <w:bottom w:w="45" w:type="dxa"/>
              <w:right w:w="100" w:type="dxa"/>
            </w:tcMar>
            <w:vAlign w:val="center"/>
          </w:tcPr>
          <w:p w14:paraId="29960CFC" w14:textId="77777777" w:rsidR="00AD0E4F" w:rsidRDefault="008D426B">
            <w:pPr>
              <w:spacing w:after="0" w:line="240" w:lineRule="auto"/>
            </w:pPr>
            <w:r>
              <w:rPr>
                <w:color w:val="000000"/>
                <w:sz w:val="17"/>
              </w:rPr>
              <w:t>包括型・物価対応料2</w:t>
            </w:r>
          </w:p>
        </w:tc>
        <w:tc>
          <w:tcPr>
            <w:tcW w:w="1587" w:type="dxa"/>
            <w:tcMar>
              <w:top w:w="45" w:type="dxa"/>
              <w:left w:w="100" w:type="dxa"/>
              <w:bottom w:w="45" w:type="dxa"/>
              <w:right w:w="100" w:type="dxa"/>
            </w:tcMar>
            <w:vAlign w:val="center"/>
          </w:tcPr>
          <w:p w14:paraId="7C7CDA83" w14:textId="77777777" w:rsidR="00AD0E4F" w:rsidRDefault="008D426B">
            <w:pPr>
              <w:spacing w:after="0" w:line="240" w:lineRule="auto"/>
            </w:pPr>
            <w:r>
              <w:rPr>
                <w:color w:val="000000"/>
                <w:sz w:val="17"/>
              </w:rPr>
              <w:t>20円</w:t>
            </w:r>
          </w:p>
        </w:tc>
        <w:tc>
          <w:tcPr>
            <w:tcW w:w="1531" w:type="dxa"/>
            <w:tcMar>
              <w:top w:w="45" w:type="dxa"/>
              <w:left w:w="100" w:type="dxa"/>
              <w:bottom w:w="45" w:type="dxa"/>
              <w:right w:w="100" w:type="dxa"/>
            </w:tcMar>
            <w:vAlign w:val="center"/>
          </w:tcPr>
          <w:p w14:paraId="5CD7D1EB" w14:textId="77777777" w:rsidR="00AD0E4F" w:rsidRDefault="008D426B">
            <w:pPr>
              <w:spacing w:after="0" w:line="240" w:lineRule="auto"/>
            </w:pPr>
            <w:r>
              <w:rPr>
                <w:color w:val="000000"/>
                <w:sz w:val="17"/>
              </w:rPr>
              <w:t>2円</w:t>
            </w:r>
          </w:p>
        </w:tc>
        <w:tc>
          <w:tcPr>
            <w:tcW w:w="1531" w:type="dxa"/>
            <w:tcMar>
              <w:top w:w="45" w:type="dxa"/>
              <w:left w:w="100" w:type="dxa"/>
              <w:bottom w:w="45" w:type="dxa"/>
              <w:right w:w="100" w:type="dxa"/>
            </w:tcMar>
            <w:vAlign w:val="center"/>
          </w:tcPr>
          <w:p w14:paraId="5E9D07CD" w14:textId="77777777" w:rsidR="00AD0E4F" w:rsidRDefault="008D426B">
            <w:pPr>
              <w:spacing w:after="0" w:line="240" w:lineRule="auto"/>
            </w:pPr>
            <w:r>
              <w:rPr>
                <w:color w:val="000000"/>
                <w:sz w:val="17"/>
              </w:rPr>
              <w:t>4円</w:t>
            </w:r>
          </w:p>
        </w:tc>
        <w:tc>
          <w:tcPr>
            <w:tcW w:w="1587" w:type="dxa"/>
            <w:tcMar>
              <w:top w:w="45" w:type="dxa"/>
              <w:left w:w="100" w:type="dxa"/>
              <w:bottom w:w="45" w:type="dxa"/>
              <w:right w:w="100" w:type="dxa"/>
            </w:tcMar>
            <w:vAlign w:val="center"/>
          </w:tcPr>
          <w:p w14:paraId="49411EBC" w14:textId="77777777" w:rsidR="00AD0E4F" w:rsidRDefault="008D426B">
            <w:pPr>
              <w:spacing w:after="0" w:line="240" w:lineRule="auto"/>
            </w:pPr>
            <w:r>
              <w:rPr>
                <w:color w:val="000000"/>
                <w:sz w:val="17"/>
              </w:rPr>
              <w:t>6円</w:t>
            </w:r>
          </w:p>
        </w:tc>
      </w:tr>
    </w:tbl>
    <w:p w14:paraId="0A827C9D" w14:textId="77777777" w:rsidR="00AD0E4F" w:rsidRDefault="008D426B">
      <w:pPr>
        <w:spacing w:after="20" w:line="240" w:lineRule="auto"/>
      </w:pPr>
      <w:r>
        <w:rPr>
          <w:color w:val="000000"/>
          <w:sz w:val="17"/>
        </w:rPr>
        <w:t>3. 24時間対応体制加算</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4252"/>
        <w:gridCol w:w="1587"/>
        <w:gridCol w:w="1247"/>
        <w:gridCol w:w="1417"/>
        <w:gridCol w:w="1417"/>
        <w:gridCol w:w="397"/>
      </w:tblGrid>
      <w:tr w:rsidR="00AD0E4F" w14:paraId="575DA20C" w14:textId="77777777">
        <w:trPr>
          <w:tblHeader/>
          <w:jc w:val="center"/>
        </w:trPr>
        <w:tc>
          <w:tcPr>
            <w:tcW w:w="4252" w:type="dxa"/>
            <w:shd w:val="clear" w:color="auto" w:fill="4A4A4A"/>
            <w:tcMar>
              <w:top w:w="45" w:type="dxa"/>
              <w:left w:w="100" w:type="dxa"/>
              <w:bottom w:w="45" w:type="dxa"/>
              <w:right w:w="100" w:type="dxa"/>
            </w:tcMar>
            <w:vAlign w:val="center"/>
          </w:tcPr>
          <w:p w14:paraId="4AF34204" w14:textId="77777777" w:rsidR="00AD0E4F" w:rsidRDefault="008D426B">
            <w:pPr>
              <w:spacing w:after="0" w:line="240" w:lineRule="auto"/>
              <w:jc w:val="center"/>
            </w:pPr>
            <w:r>
              <w:rPr>
                <w:color w:val="FFFFFF"/>
                <w:sz w:val="17"/>
              </w:rPr>
              <w:t>届出区分</w:t>
            </w:r>
          </w:p>
        </w:tc>
        <w:tc>
          <w:tcPr>
            <w:tcW w:w="1587" w:type="dxa"/>
            <w:shd w:val="clear" w:color="auto" w:fill="4A4A4A"/>
            <w:tcMar>
              <w:top w:w="45" w:type="dxa"/>
              <w:left w:w="100" w:type="dxa"/>
              <w:bottom w:w="45" w:type="dxa"/>
              <w:right w:w="100" w:type="dxa"/>
            </w:tcMar>
            <w:vAlign w:val="center"/>
          </w:tcPr>
          <w:p w14:paraId="71386905" w14:textId="77777777" w:rsidR="00AD0E4F" w:rsidRDefault="008D426B">
            <w:pPr>
              <w:spacing w:after="0" w:line="240" w:lineRule="auto"/>
              <w:jc w:val="center"/>
            </w:pPr>
            <w:r>
              <w:rPr>
                <w:color w:val="FFFFFF"/>
                <w:sz w:val="17"/>
              </w:rPr>
              <w:t>金額</w:t>
            </w:r>
          </w:p>
        </w:tc>
        <w:tc>
          <w:tcPr>
            <w:tcW w:w="1247" w:type="dxa"/>
            <w:shd w:val="clear" w:color="auto" w:fill="4A4A4A"/>
            <w:tcMar>
              <w:top w:w="45" w:type="dxa"/>
              <w:left w:w="100" w:type="dxa"/>
              <w:bottom w:w="45" w:type="dxa"/>
              <w:right w:w="100" w:type="dxa"/>
            </w:tcMar>
            <w:vAlign w:val="center"/>
          </w:tcPr>
          <w:p w14:paraId="1C21CF4B" w14:textId="77777777" w:rsidR="00AD0E4F" w:rsidRDefault="008D426B">
            <w:pPr>
              <w:spacing w:after="0" w:line="240" w:lineRule="auto"/>
              <w:jc w:val="center"/>
            </w:pPr>
            <w:r>
              <w:rPr>
                <w:color w:val="FFFFFF"/>
                <w:sz w:val="17"/>
              </w:rPr>
              <w:t>1割</w:t>
            </w:r>
          </w:p>
        </w:tc>
        <w:tc>
          <w:tcPr>
            <w:tcW w:w="1417" w:type="dxa"/>
            <w:shd w:val="clear" w:color="auto" w:fill="4A4A4A"/>
            <w:tcMar>
              <w:top w:w="45" w:type="dxa"/>
              <w:left w:w="100" w:type="dxa"/>
              <w:bottom w:w="45" w:type="dxa"/>
              <w:right w:w="100" w:type="dxa"/>
            </w:tcMar>
            <w:vAlign w:val="center"/>
          </w:tcPr>
          <w:p w14:paraId="581A2811" w14:textId="77777777" w:rsidR="00AD0E4F" w:rsidRDefault="008D426B">
            <w:pPr>
              <w:spacing w:after="0" w:line="240" w:lineRule="auto"/>
              <w:jc w:val="center"/>
            </w:pPr>
            <w:r>
              <w:rPr>
                <w:color w:val="FFFFFF"/>
                <w:sz w:val="17"/>
              </w:rPr>
              <w:t>2割</w:t>
            </w:r>
          </w:p>
        </w:tc>
        <w:tc>
          <w:tcPr>
            <w:tcW w:w="1417" w:type="dxa"/>
            <w:shd w:val="clear" w:color="auto" w:fill="4A4A4A"/>
            <w:tcMar>
              <w:top w:w="45" w:type="dxa"/>
              <w:left w:w="100" w:type="dxa"/>
              <w:bottom w:w="45" w:type="dxa"/>
              <w:right w:w="100" w:type="dxa"/>
            </w:tcMar>
            <w:vAlign w:val="center"/>
          </w:tcPr>
          <w:p w14:paraId="7E7FFA60" w14:textId="77777777" w:rsidR="00AD0E4F" w:rsidRDefault="008D426B">
            <w:pPr>
              <w:spacing w:after="0" w:line="240" w:lineRule="auto"/>
              <w:jc w:val="center"/>
            </w:pPr>
            <w:r>
              <w:rPr>
                <w:color w:val="FFFFFF"/>
                <w:sz w:val="17"/>
              </w:rPr>
              <w:t>3割</w:t>
            </w:r>
          </w:p>
        </w:tc>
        <w:tc>
          <w:tcPr>
            <w:tcW w:w="397" w:type="dxa"/>
            <w:shd w:val="clear" w:color="auto" w:fill="4A4A4A"/>
            <w:tcMar>
              <w:top w:w="45" w:type="dxa"/>
              <w:left w:w="100" w:type="dxa"/>
              <w:bottom w:w="45" w:type="dxa"/>
              <w:right w:w="100" w:type="dxa"/>
            </w:tcMar>
            <w:vAlign w:val="center"/>
          </w:tcPr>
          <w:p w14:paraId="0EB52BCA" w14:textId="77777777" w:rsidR="00AD0E4F" w:rsidRDefault="008D426B">
            <w:pPr>
              <w:spacing w:after="0" w:line="240" w:lineRule="auto"/>
              <w:jc w:val="center"/>
            </w:pPr>
            <w:r>
              <w:rPr>
                <w:color w:val="FFFFFF"/>
                <w:sz w:val="17"/>
              </w:rPr>
              <w:t>該当</w:t>
            </w:r>
          </w:p>
        </w:tc>
      </w:tr>
      <w:tr w:rsidR="00AD0E4F" w14:paraId="70CE63FE" w14:textId="77777777">
        <w:trPr>
          <w:jc w:val="center"/>
        </w:trPr>
        <w:tc>
          <w:tcPr>
            <w:tcW w:w="4252" w:type="dxa"/>
            <w:tcMar>
              <w:top w:w="45" w:type="dxa"/>
              <w:left w:w="100" w:type="dxa"/>
              <w:bottom w:w="45" w:type="dxa"/>
              <w:right w:w="100" w:type="dxa"/>
            </w:tcMar>
            <w:vAlign w:val="center"/>
          </w:tcPr>
          <w:p w14:paraId="3E1E9301" w14:textId="77777777" w:rsidR="00AD0E4F" w:rsidRDefault="008D426B">
            <w:pPr>
              <w:spacing w:after="0" w:line="240" w:lineRule="auto"/>
              <w:rPr>
                <w:lang w:eastAsia="ja-JP"/>
              </w:rPr>
            </w:pPr>
            <w:r>
              <w:rPr>
                <w:color w:val="000000"/>
                <w:sz w:val="17"/>
                <w:lang w:eastAsia="ja-JP"/>
              </w:rPr>
              <w:t>区分イ・看護業務の負担軽減の取組あり</w:t>
            </w:r>
          </w:p>
        </w:tc>
        <w:tc>
          <w:tcPr>
            <w:tcW w:w="1587" w:type="dxa"/>
            <w:tcMar>
              <w:top w:w="45" w:type="dxa"/>
              <w:left w:w="100" w:type="dxa"/>
              <w:bottom w:w="45" w:type="dxa"/>
              <w:right w:w="100" w:type="dxa"/>
            </w:tcMar>
            <w:vAlign w:val="center"/>
          </w:tcPr>
          <w:p w14:paraId="35FA75BD" w14:textId="77777777" w:rsidR="00AD0E4F" w:rsidRDefault="008D426B">
            <w:pPr>
              <w:spacing w:after="0" w:line="240" w:lineRule="auto"/>
            </w:pPr>
            <w:r>
              <w:rPr>
                <w:color w:val="000000"/>
                <w:sz w:val="17"/>
              </w:rPr>
              <w:t>6,800円</w:t>
            </w:r>
          </w:p>
        </w:tc>
        <w:tc>
          <w:tcPr>
            <w:tcW w:w="1247" w:type="dxa"/>
            <w:tcMar>
              <w:top w:w="45" w:type="dxa"/>
              <w:left w:w="100" w:type="dxa"/>
              <w:bottom w:w="45" w:type="dxa"/>
              <w:right w:w="100" w:type="dxa"/>
            </w:tcMar>
            <w:vAlign w:val="center"/>
          </w:tcPr>
          <w:p w14:paraId="6483AE79" w14:textId="77777777" w:rsidR="00AD0E4F" w:rsidRDefault="008D426B">
            <w:pPr>
              <w:spacing w:after="0" w:line="240" w:lineRule="auto"/>
            </w:pPr>
            <w:r>
              <w:rPr>
                <w:color w:val="000000"/>
                <w:sz w:val="17"/>
              </w:rPr>
              <w:t>680円</w:t>
            </w:r>
          </w:p>
        </w:tc>
        <w:tc>
          <w:tcPr>
            <w:tcW w:w="1417" w:type="dxa"/>
            <w:tcMar>
              <w:top w:w="45" w:type="dxa"/>
              <w:left w:w="100" w:type="dxa"/>
              <w:bottom w:w="45" w:type="dxa"/>
              <w:right w:w="100" w:type="dxa"/>
            </w:tcMar>
            <w:vAlign w:val="center"/>
          </w:tcPr>
          <w:p w14:paraId="2AC9377E" w14:textId="77777777" w:rsidR="00AD0E4F" w:rsidRDefault="008D426B">
            <w:pPr>
              <w:spacing w:after="0" w:line="240" w:lineRule="auto"/>
            </w:pPr>
            <w:r>
              <w:rPr>
                <w:color w:val="000000"/>
                <w:sz w:val="17"/>
              </w:rPr>
              <w:t>1,360円</w:t>
            </w:r>
          </w:p>
        </w:tc>
        <w:tc>
          <w:tcPr>
            <w:tcW w:w="1417" w:type="dxa"/>
            <w:tcMar>
              <w:top w:w="45" w:type="dxa"/>
              <w:left w:w="100" w:type="dxa"/>
              <w:bottom w:w="45" w:type="dxa"/>
              <w:right w:w="100" w:type="dxa"/>
            </w:tcMar>
            <w:vAlign w:val="center"/>
          </w:tcPr>
          <w:p w14:paraId="0462A6F5" w14:textId="77777777" w:rsidR="00AD0E4F" w:rsidRDefault="008D426B">
            <w:pPr>
              <w:spacing w:after="0" w:line="240" w:lineRule="auto"/>
            </w:pPr>
            <w:r>
              <w:rPr>
                <w:color w:val="000000"/>
                <w:sz w:val="17"/>
              </w:rPr>
              <w:t>2,040円</w:t>
            </w:r>
          </w:p>
        </w:tc>
        <w:tc>
          <w:tcPr>
            <w:tcW w:w="397" w:type="dxa"/>
            <w:tcMar>
              <w:top w:w="45" w:type="dxa"/>
              <w:left w:w="100" w:type="dxa"/>
              <w:bottom w:w="45" w:type="dxa"/>
              <w:right w:w="100" w:type="dxa"/>
            </w:tcMar>
            <w:vAlign w:val="center"/>
          </w:tcPr>
          <w:p w14:paraId="57ABB1BC" w14:textId="77777777" w:rsidR="00AD0E4F" w:rsidRDefault="00AD0E4F">
            <w:pPr>
              <w:spacing w:after="0" w:line="240" w:lineRule="auto"/>
            </w:pPr>
          </w:p>
        </w:tc>
      </w:tr>
      <w:tr w:rsidR="00AD0E4F" w14:paraId="34320AE2" w14:textId="77777777">
        <w:trPr>
          <w:jc w:val="center"/>
        </w:trPr>
        <w:tc>
          <w:tcPr>
            <w:tcW w:w="4252" w:type="dxa"/>
            <w:tcMar>
              <w:top w:w="45" w:type="dxa"/>
              <w:left w:w="100" w:type="dxa"/>
              <w:bottom w:w="45" w:type="dxa"/>
              <w:right w:w="100" w:type="dxa"/>
            </w:tcMar>
            <w:vAlign w:val="center"/>
          </w:tcPr>
          <w:p w14:paraId="38DEFA4A" w14:textId="77777777" w:rsidR="00AD0E4F" w:rsidRDefault="008D426B">
            <w:pPr>
              <w:spacing w:after="0" w:line="240" w:lineRule="auto"/>
            </w:pPr>
            <w:r>
              <w:rPr>
                <w:color w:val="000000"/>
                <w:sz w:val="17"/>
              </w:rPr>
              <w:t>区分ロ・上記以外</w:t>
            </w:r>
          </w:p>
        </w:tc>
        <w:tc>
          <w:tcPr>
            <w:tcW w:w="1587" w:type="dxa"/>
            <w:tcMar>
              <w:top w:w="45" w:type="dxa"/>
              <w:left w:w="100" w:type="dxa"/>
              <w:bottom w:w="45" w:type="dxa"/>
              <w:right w:w="100" w:type="dxa"/>
            </w:tcMar>
            <w:vAlign w:val="center"/>
          </w:tcPr>
          <w:p w14:paraId="5D34BBD4" w14:textId="77777777" w:rsidR="00AD0E4F" w:rsidRDefault="008D426B">
            <w:pPr>
              <w:spacing w:after="0" w:line="240" w:lineRule="auto"/>
            </w:pPr>
            <w:r>
              <w:rPr>
                <w:color w:val="000000"/>
                <w:sz w:val="17"/>
              </w:rPr>
              <w:t>6,520円</w:t>
            </w:r>
          </w:p>
        </w:tc>
        <w:tc>
          <w:tcPr>
            <w:tcW w:w="1247" w:type="dxa"/>
            <w:tcMar>
              <w:top w:w="45" w:type="dxa"/>
              <w:left w:w="100" w:type="dxa"/>
              <w:bottom w:w="45" w:type="dxa"/>
              <w:right w:w="100" w:type="dxa"/>
            </w:tcMar>
            <w:vAlign w:val="center"/>
          </w:tcPr>
          <w:p w14:paraId="4B1690C7" w14:textId="77777777" w:rsidR="00AD0E4F" w:rsidRDefault="008D426B">
            <w:pPr>
              <w:spacing w:after="0" w:line="240" w:lineRule="auto"/>
            </w:pPr>
            <w:r>
              <w:rPr>
                <w:color w:val="000000"/>
                <w:sz w:val="17"/>
              </w:rPr>
              <w:t>652円</w:t>
            </w:r>
          </w:p>
        </w:tc>
        <w:tc>
          <w:tcPr>
            <w:tcW w:w="1417" w:type="dxa"/>
            <w:tcMar>
              <w:top w:w="45" w:type="dxa"/>
              <w:left w:w="100" w:type="dxa"/>
              <w:bottom w:w="45" w:type="dxa"/>
              <w:right w:w="100" w:type="dxa"/>
            </w:tcMar>
            <w:vAlign w:val="center"/>
          </w:tcPr>
          <w:p w14:paraId="3BBCF730" w14:textId="77777777" w:rsidR="00AD0E4F" w:rsidRDefault="008D426B">
            <w:pPr>
              <w:spacing w:after="0" w:line="240" w:lineRule="auto"/>
            </w:pPr>
            <w:r>
              <w:rPr>
                <w:color w:val="000000"/>
                <w:sz w:val="17"/>
              </w:rPr>
              <w:t>1,304円</w:t>
            </w:r>
          </w:p>
        </w:tc>
        <w:tc>
          <w:tcPr>
            <w:tcW w:w="1417" w:type="dxa"/>
            <w:tcMar>
              <w:top w:w="45" w:type="dxa"/>
              <w:left w:w="100" w:type="dxa"/>
              <w:bottom w:w="45" w:type="dxa"/>
              <w:right w:w="100" w:type="dxa"/>
            </w:tcMar>
            <w:vAlign w:val="center"/>
          </w:tcPr>
          <w:p w14:paraId="5B63BE8F" w14:textId="77777777" w:rsidR="00AD0E4F" w:rsidRDefault="008D426B">
            <w:pPr>
              <w:spacing w:after="0" w:line="240" w:lineRule="auto"/>
            </w:pPr>
            <w:r>
              <w:rPr>
                <w:color w:val="000000"/>
                <w:sz w:val="17"/>
              </w:rPr>
              <w:t>1,956円</w:t>
            </w:r>
          </w:p>
        </w:tc>
        <w:tc>
          <w:tcPr>
            <w:tcW w:w="397" w:type="dxa"/>
            <w:tcMar>
              <w:top w:w="45" w:type="dxa"/>
              <w:left w:w="100" w:type="dxa"/>
              <w:bottom w:w="45" w:type="dxa"/>
              <w:right w:w="100" w:type="dxa"/>
            </w:tcMar>
            <w:vAlign w:val="center"/>
          </w:tcPr>
          <w:p w14:paraId="1C9250CA" w14:textId="77777777" w:rsidR="00AD0E4F" w:rsidRDefault="00AD0E4F">
            <w:pPr>
              <w:spacing w:after="0" w:line="240" w:lineRule="auto"/>
            </w:pPr>
          </w:p>
        </w:tc>
      </w:tr>
    </w:tbl>
    <w:p w14:paraId="7ED84E19" w14:textId="77777777" w:rsidR="00AD0E4F" w:rsidRDefault="008D426B">
      <w:pPr>
        <w:spacing w:after="0" w:line="240" w:lineRule="auto"/>
        <w:rPr>
          <w:lang w:eastAsia="ja-JP"/>
        </w:rPr>
      </w:pPr>
      <w:r>
        <w:rPr>
          <w:color w:val="000000"/>
          <w:sz w:val="17"/>
          <w:lang w:eastAsia="ja-JP"/>
        </w:rPr>
        <w:t>※実際の算定は、地方厚生局への届出区分と利用者の事前同意に応じて、いずれか1区分のみです。届出前・同意前は算定しません。</w:t>
      </w:r>
    </w:p>
    <w:p w14:paraId="4B3918A8" w14:textId="77777777" w:rsidR="00AD0E4F" w:rsidRDefault="008D426B">
      <w:pPr>
        <w:spacing w:after="20" w:line="240" w:lineRule="auto"/>
        <w:rPr>
          <w:lang w:eastAsia="ja-JP"/>
        </w:rPr>
      </w:pPr>
      <w:r>
        <w:rPr>
          <w:color w:val="000000"/>
          <w:sz w:val="17"/>
          <w:lang w:eastAsia="ja-JP"/>
        </w:rPr>
        <w:t>4. 1回の利用料金の例 - 看護師・週3日目まで</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1984"/>
        <w:gridCol w:w="2551"/>
        <w:gridCol w:w="1701"/>
        <w:gridCol w:w="1361"/>
        <w:gridCol w:w="1361"/>
        <w:gridCol w:w="1361"/>
      </w:tblGrid>
      <w:tr w:rsidR="00AD0E4F" w14:paraId="2A71D8EF" w14:textId="77777777">
        <w:trPr>
          <w:tblHeader/>
          <w:jc w:val="center"/>
        </w:trPr>
        <w:tc>
          <w:tcPr>
            <w:tcW w:w="1984" w:type="dxa"/>
            <w:shd w:val="clear" w:color="auto" w:fill="4A4A4A"/>
            <w:tcMar>
              <w:top w:w="45" w:type="dxa"/>
              <w:left w:w="100" w:type="dxa"/>
              <w:bottom w:w="45" w:type="dxa"/>
              <w:right w:w="100" w:type="dxa"/>
            </w:tcMar>
            <w:vAlign w:val="center"/>
          </w:tcPr>
          <w:p w14:paraId="6873BD5F" w14:textId="77777777" w:rsidR="00AD0E4F" w:rsidRDefault="008D426B">
            <w:pPr>
              <w:spacing w:after="0" w:line="240" w:lineRule="auto"/>
              <w:jc w:val="center"/>
            </w:pPr>
            <w:r>
              <w:rPr>
                <w:color w:val="FFFFFF"/>
                <w:sz w:val="17"/>
              </w:rPr>
              <w:t>訪問回</w:t>
            </w:r>
          </w:p>
        </w:tc>
        <w:tc>
          <w:tcPr>
            <w:tcW w:w="2551" w:type="dxa"/>
            <w:shd w:val="clear" w:color="auto" w:fill="4A4A4A"/>
            <w:tcMar>
              <w:top w:w="45" w:type="dxa"/>
              <w:left w:w="100" w:type="dxa"/>
              <w:bottom w:w="45" w:type="dxa"/>
              <w:right w:w="100" w:type="dxa"/>
            </w:tcMar>
            <w:vAlign w:val="center"/>
          </w:tcPr>
          <w:p w14:paraId="3B34C545" w14:textId="77777777" w:rsidR="00AD0E4F" w:rsidRDefault="008D426B">
            <w:pPr>
              <w:spacing w:after="0" w:line="240" w:lineRule="auto"/>
              <w:jc w:val="center"/>
            </w:pPr>
            <w:r>
              <w:rPr>
                <w:color w:val="FFFFFF"/>
                <w:sz w:val="17"/>
              </w:rPr>
              <w:t>計算</w:t>
            </w:r>
          </w:p>
        </w:tc>
        <w:tc>
          <w:tcPr>
            <w:tcW w:w="1701" w:type="dxa"/>
            <w:shd w:val="clear" w:color="auto" w:fill="4A4A4A"/>
            <w:tcMar>
              <w:top w:w="45" w:type="dxa"/>
              <w:left w:w="100" w:type="dxa"/>
              <w:bottom w:w="45" w:type="dxa"/>
              <w:right w:w="100" w:type="dxa"/>
            </w:tcMar>
            <w:vAlign w:val="center"/>
          </w:tcPr>
          <w:p w14:paraId="7280C726" w14:textId="77777777" w:rsidR="00AD0E4F" w:rsidRDefault="008D426B">
            <w:pPr>
              <w:spacing w:after="0" w:line="240" w:lineRule="auto"/>
              <w:jc w:val="center"/>
            </w:pPr>
            <w:r>
              <w:rPr>
                <w:color w:val="FFFFFF"/>
                <w:sz w:val="17"/>
              </w:rPr>
              <w:t>全額</w:t>
            </w:r>
          </w:p>
        </w:tc>
        <w:tc>
          <w:tcPr>
            <w:tcW w:w="1361" w:type="dxa"/>
            <w:shd w:val="clear" w:color="auto" w:fill="4A4A4A"/>
            <w:tcMar>
              <w:top w:w="45" w:type="dxa"/>
              <w:left w:w="100" w:type="dxa"/>
              <w:bottom w:w="45" w:type="dxa"/>
              <w:right w:w="100" w:type="dxa"/>
            </w:tcMar>
            <w:vAlign w:val="center"/>
          </w:tcPr>
          <w:p w14:paraId="5164E9E6" w14:textId="77777777" w:rsidR="00AD0E4F" w:rsidRDefault="008D426B">
            <w:pPr>
              <w:spacing w:after="0" w:line="240" w:lineRule="auto"/>
              <w:jc w:val="center"/>
            </w:pPr>
            <w:r>
              <w:rPr>
                <w:color w:val="FFFFFF"/>
                <w:sz w:val="17"/>
              </w:rPr>
              <w:t>1割</w:t>
            </w:r>
          </w:p>
        </w:tc>
        <w:tc>
          <w:tcPr>
            <w:tcW w:w="1361" w:type="dxa"/>
            <w:shd w:val="clear" w:color="auto" w:fill="4A4A4A"/>
            <w:tcMar>
              <w:top w:w="45" w:type="dxa"/>
              <w:left w:w="100" w:type="dxa"/>
              <w:bottom w:w="45" w:type="dxa"/>
              <w:right w:w="100" w:type="dxa"/>
            </w:tcMar>
            <w:vAlign w:val="center"/>
          </w:tcPr>
          <w:p w14:paraId="276E0861" w14:textId="77777777" w:rsidR="00AD0E4F" w:rsidRDefault="008D426B">
            <w:pPr>
              <w:spacing w:after="0" w:line="240" w:lineRule="auto"/>
              <w:jc w:val="center"/>
            </w:pPr>
            <w:r>
              <w:rPr>
                <w:color w:val="FFFFFF"/>
                <w:sz w:val="17"/>
              </w:rPr>
              <w:t>2割</w:t>
            </w:r>
          </w:p>
        </w:tc>
        <w:tc>
          <w:tcPr>
            <w:tcW w:w="1361" w:type="dxa"/>
            <w:shd w:val="clear" w:color="auto" w:fill="4A4A4A"/>
            <w:tcMar>
              <w:top w:w="45" w:type="dxa"/>
              <w:left w:w="100" w:type="dxa"/>
              <w:bottom w:w="45" w:type="dxa"/>
              <w:right w:w="100" w:type="dxa"/>
            </w:tcMar>
            <w:vAlign w:val="center"/>
          </w:tcPr>
          <w:p w14:paraId="43443353" w14:textId="77777777" w:rsidR="00AD0E4F" w:rsidRDefault="008D426B">
            <w:pPr>
              <w:spacing w:after="0" w:line="240" w:lineRule="auto"/>
              <w:jc w:val="center"/>
            </w:pPr>
            <w:r>
              <w:rPr>
                <w:color w:val="FFFFFF"/>
                <w:sz w:val="17"/>
              </w:rPr>
              <w:t>3割</w:t>
            </w:r>
          </w:p>
        </w:tc>
      </w:tr>
      <w:tr w:rsidR="00AD0E4F" w14:paraId="3CE32576" w14:textId="77777777">
        <w:trPr>
          <w:jc w:val="center"/>
        </w:trPr>
        <w:tc>
          <w:tcPr>
            <w:tcW w:w="1984" w:type="dxa"/>
            <w:tcMar>
              <w:top w:w="45" w:type="dxa"/>
              <w:left w:w="100" w:type="dxa"/>
              <w:bottom w:w="45" w:type="dxa"/>
              <w:right w:w="100" w:type="dxa"/>
            </w:tcMar>
            <w:vAlign w:val="center"/>
          </w:tcPr>
          <w:p w14:paraId="6C9C243C" w14:textId="77777777" w:rsidR="00AD0E4F" w:rsidRDefault="008D426B">
            <w:pPr>
              <w:spacing w:after="0" w:line="240" w:lineRule="auto"/>
            </w:pPr>
            <w:r>
              <w:rPr>
                <w:color w:val="000000"/>
                <w:sz w:val="17"/>
              </w:rPr>
              <w:t>その月の初回</w:t>
            </w:r>
          </w:p>
        </w:tc>
        <w:tc>
          <w:tcPr>
            <w:tcW w:w="2551" w:type="dxa"/>
            <w:tcMar>
              <w:top w:w="45" w:type="dxa"/>
              <w:left w:w="100" w:type="dxa"/>
              <w:bottom w:w="45" w:type="dxa"/>
              <w:right w:w="100" w:type="dxa"/>
            </w:tcMar>
            <w:vAlign w:val="center"/>
          </w:tcPr>
          <w:p w14:paraId="3D2702B7" w14:textId="77777777" w:rsidR="00AD0E4F" w:rsidRDefault="008D426B">
            <w:pPr>
              <w:spacing w:after="0" w:line="240" w:lineRule="auto"/>
            </w:pPr>
            <w:r>
              <w:rPr>
                <w:color w:val="000000"/>
                <w:sz w:val="17"/>
              </w:rPr>
              <w:t>5,550＋7,710＋60</w:t>
            </w:r>
          </w:p>
        </w:tc>
        <w:tc>
          <w:tcPr>
            <w:tcW w:w="1701" w:type="dxa"/>
            <w:tcMar>
              <w:top w:w="45" w:type="dxa"/>
              <w:left w:w="100" w:type="dxa"/>
              <w:bottom w:w="45" w:type="dxa"/>
              <w:right w:w="100" w:type="dxa"/>
            </w:tcMar>
            <w:vAlign w:val="center"/>
          </w:tcPr>
          <w:p w14:paraId="1C9FF622" w14:textId="77777777" w:rsidR="00AD0E4F" w:rsidRDefault="008D426B">
            <w:pPr>
              <w:spacing w:after="0" w:line="240" w:lineRule="auto"/>
            </w:pPr>
            <w:r>
              <w:rPr>
                <w:color w:val="000000"/>
                <w:sz w:val="17"/>
              </w:rPr>
              <w:t>13,320円</w:t>
            </w:r>
          </w:p>
        </w:tc>
        <w:tc>
          <w:tcPr>
            <w:tcW w:w="1361" w:type="dxa"/>
            <w:tcMar>
              <w:top w:w="45" w:type="dxa"/>
              <w:left w:w="100" w:type="dxa"/>
              <w:bottom w:w="45" w:type="dxa"/>
              <w:right w:w="100" w:type="dxa"/>
            </w:tcMar>
            <w:vAlign w:val="center"/>
          </w:tcPr>
          <w:p w14:paraId="3FB22D0D" w14:textId="77777777" w:rsidR="00AD0E4F" w:rsidRDefault="008D426B">
            <w:pPr>
              <w:spacing w:after="0" w:line="240" w:lineRule="auto"/>
            </w:pPr>
            <w:r>
              <w:rPr>
                <w:color w:val="000000"/>
                <w:sz w:val="17"/>
              </w:rPr>
              <w:t>1,332円</w:t>
            </w:r>
          </w:p>
        </w:tc>
        <w:tc>
          <w:tcPr>
            <w:tcW w:w="1361" w:type="dxa"/>
            <w:tcMar>
              <w:top w:w="45" w:type="dxa"/>
              <w:left w:w="100" w:type="dxa"/>
              <w:bottom w:w="45" w:type="dxa"/>
              <w:right w:w="100" w:type="dxa"/>
            </w:tcMar>
            <w:vAlign w:val="center"/>
          </w:tcPr>
          <w:p w14:paraId="31771621" w14:textId="77777777" w:rsidR="00AD0E4F" w:rsidRDefault="008D426B">
            <w:pPr>
              <w:spacing w:after="0" w:line="240" w:lineRule="auto"/>
            </w:pPr>
            <w:r>
              <w:rPr>
                <w:color w:val="000000"/>
                <w:sz w:val="17"/>
              </w:rPr>
              <w:t>2,664円</w:t>
            </w:r>
          </w:p>
        </w:tc>
        <w:tc>
          <w:tcPr>
            <w:tcW w:w="1361" w:type="dxa"/>
            <w:tcMar>
              <w:top w:w="45" w:type="dxa"/>
              <w:left w:w="100" w:type="dxa"/>
              <w:bottom w:w="45" w:type="dxa"/>
              <w:right w:w="100" w:type="dxa"/>
            </w:tcMar>
            <w:vAlign w:val="center"/>
          </w:tcPr>
          <w:p w14:paraId="4098B1A0" w14:textId="77777777" w:rsidR="00AD0E4F" w:rsidRDefault="008D426B">
            <w:pPr>
              <w:spacing w:after="0" w:line="240" w:lineRule="auto"/>
            </w:pPr>
            <w:r>
              <w:rPr>
                <w:color w:val="000000"/>
                <w:sz w:val="17"/>
              </w:rPr>
              <w:t>3,996円</w:t>
            </w:r>
          </w:p>
        </w:tc>
      </w:tr>
      <w:tr w:rsidR="00AD0E4F" w14:paraId="188B796D" w14:textId="77777777">
        <w:trPr>
          <w:jc w:val="center"/>
        </w:trPr>
        <w:tc>
          <w:tcPr>
            <w:tcW w:w="1984" w:type="dxa"/>
            <w:tcMar>
              <w:top w:w="45" w:type="dxa"/>
              <w:left w:w="100" w:type="dxa"/>
              <w:bottom w:w="45" w:type="dxa"/>
              <w:right w:w="100" w:type="dxa"/>
            </w:tcMar>
            <w:vAlign w:val="center"/>
          </w:tcPr>
          <w:p w14:paraId="7120EDA4" w14:textId="77777777" w:rsidR="00AD0E4F" w:rsidRDefault="008D426B">
            <w:pPr>
              <w:spacing w:after="0" w:line="240" w:lineRule="auto"/>
            </w:pPr>
            <w:r>
              <w:rPr>
                <w:color w:val="000000"/>
                <w:sz w:val="17"/>
              </w:rPr>
              <w:t>2回目以降</w:t>
            </w:r>
          </w:p>
        </w:tc>
        <w:tc>
          <w:tcPr>
            <w:tcW w:w="2551" w:type="dxa"/>
            <w:tcMar>
              <w:top w:w="45" w:type="dxa"/>
              <w:left w:w="100" w:type="dxa"/>
              <w:bottom w:w="45" w:type="dxa"/>
              <w:right w:w="100" w:type="dxa"/>
            </w:tcMar>
            <w:vAlign w:val="center"/>
          </w:tcPr>
          <w:p w14:paraId="17499B40" w14:textId="77777777" w:rsidR="00AD0E4F" w:rsidRDefault="008D426B">
            <w:pPr>
              <w:spacing w:after="0" w:line="240" w:lineRule="auto"/>
            </w:pPr>
            <w:r>
              <w:rPr>
                <w:color w:val="000000"/>
                <w:sz w:val="17"/>
              </w:rPr>
              <w:t>5,550＋3,010＋20</w:t>
            </w:r>
          </w:p>
        </w:tc>
        <w:tc>
          <w:tcPr>
            <w:tcW w:w="1701" w:type="dxa"/>
            <w:tcMar>
              <w:top w:w="45" w:type="dxa"/>
              <w:left w:w="100" w:type="dxa"/>
              <w:bottom w:w="45" w:type="dxa"/>
              <w:right w:w="100" w:type="dxa"/>
            </w:tcMar>
            <w:vAlign w:val="center"/>
          </w:tcPr>
          <w:p w14:paraId="7DD5A4A9" w14:textId="77777777" w:rsidR="00AD0E4F" w:rsidRDefault="008D426B">
            <w:pPr>
              <w:spacing w:after="0" w:line="240" w:lineRule="auto"/>
            </w:pPr>
            <w:r>
              <w:rPr>
                <w:color w:val="000000"/>
                <w:sz w:val="17"/>
              </w:rPr>
              <w:t>8,580円</w:t>
            </w:r>
          </w:p>
        </w:tc>
        <w:tc>
          <w:tcPr>
            <w:tcW w:w="1361" w:type="dxa"/>
            <w:tcMar>
              <w:top w:w="45" w:type="dxa"/>
              <w:left w:w="100" w:type="dxa"/>
              <w:bottom w:w="45" w:type="dxa"/>
              <w:right w:w="100" w:type="dxa"/>
            </w:tcMar>
            <w:vAlign w:val="center"/>
          </w:tcPr>
          <w:p w14:paraId="081AF35D" w14:textId="77777777" w:rsidR="00AD0E4F" w:rsidRDefault="008D426B">
            <w:pPr>
              <w:spacing w:after="0" w:line="240" w:lineRule="auto"/>
            </w:pPr>
            <w:r>
              <w:rPr>
                <w:color w:val="000000"/>
                <w:sz w:val="17"/>
              </w:rPr>
              <w:t>858円</w:t>
            </w:r>
          </w:p>
        </w:tc>
        <w:tc>
          <w:tcPr>
            <w:tcW w:w="1361" w:type="dxa"/>
            <w:tcMar>
              <w:top w:w="45" w:type="dxa"/>
              <w:left w:w="100" w:type="dxa"/>
              <w:bottom w:w="45" w:type="dxa"/>
              <w:right w:w="100" w:type="dxa"/>
            </w:tcMar>
            <w:vAlign w:val="center"/>
          </w:tcPr>
          <w:p w14:paraId="0CF6F5F4" w14:textId="77777777" w:rsidR="00AD0E4F" w:rsidRDefault="008D426B">
            <w:pPr>
              <w:spacing w:after="0" w:line="240" w:lineRule="auto"/>
            </w:pPr>
            <w:r>
              <w:rPr>
                <w:color w:val="000000"/>
                <w:sz w:val="17"/>
              </w:rPr>
              <w:t>1,716円</w:t>
            </w:r>
          </w:p>
        </w:tc>
        <w:tc>
          <w:tcPr>
            <w:tcW w:w="1361" w:type="dxa"/>
            <w:tcMar>
              <w:top w:w="45" w:type="dxa"/>
              <w:left w:w="100" w:type="dxa"/>
              <w:bottom w:w="45" w:type="dxa"/>
              <w:right w:w="100" w:type="dxa"/>
            </w:tcMar>
            <w:vAlign w:val="center"/>
          </w:tcPr>
          <w:p w14:paraId="794649D5" w14:textId="77777777" w:rsidR="00AD0E4F" w:rsidRDefault="008D426B">
            <w:pPr>
              <w:spacing w:after="0" w:line="240" w:lineRule="auto"/>
            </w:pPr>
            <w:r>
              <w:rPr>
                <w:color w:val="000000"/>
                <w:sz w:val="17"/>
              </w:rPr>
              <w:t>2,574円</w:t>
            </w:r>
          </w:p>
        </w:tc>
      </w:tr>
    </w:tbl>
    <w:p w14:paraId="39BE069E" w14:textId="77777777" w:rsidR="00AD0E4F" w:rsidRDefault="008D426B">
      <w:pPr>
        <w:spacing w:after="0" w:line="240" w:lineRule="auto"/>
        <w:rPr>
          <w:color w:val="000000"/>
          <w:sz w:val="17"/>
          <w:lang w:eastAsia="ja-JP"/>
        </w:rPr>
      </w:pPr>
      <w:r>
        <w:rPr>
          <w:color w:val="000000"/>
          <w:sz w:val="17"/>
          <w:lang w:eastAsia="ja-JP"/>
        </w:rPr>
        <w:t>上記は訪問看護物価対応料を含みます。24時間対応体制加算、特別管理加算、訪問看護ベースアップ評価料、公費負担、医療費の上限額等は含まない参考額です。機能強化型管理療養費は、当事業所が該当する届出を行った場合に限り別区分を適用します。</w:t>
      </w:r>
    </w:p>
    <w:p w14:paraId="4A10A1D5" w14:textId="77777777" w:rsidR="00AD0E4F" w:rsidRDefault="008D426B">
      <w:pPr>
        <w:spacing w:after="20" w:line="240" w:lineRule="auto"/>
        <w:rPr>
          <w:lang w:eastAsia="ja-JP"/>
        </w:rPr>
      </w:pPr>
      <w:r>
        <w:rPr>
          <w:color w:val="000000"/>
          <w:sz w:val="30"/>
          <w:lang w:eastAsia="ja-JP"/>
        </w:rPr>
        <w:t>13 医療保険の主な加算・療養費</w:t>
      </w:r>
    </w:p>
    <w:p w14:paraId="7B1D3853" w14:textId="77777777" w:rsidR="00AD0E4F" w:rsidRDefault="00AD0E4F">
      <w:pPr>
        <w:pBdr>
          <w:bottom w:val="single" w:sz="8" w:space="1" w:color="777777"/>
        </w:pBdr>
        <w:spacing w:before="20" w:after="0" w:line="240" w:lineRule="auto"/>
        <w:rPr>
          <w:lang w:eastAsia="ja-JP"/>
        </w:rPr>
      </w:pP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4649"/>
        <w:gridCol w:w="1531"/>
        <w:gridCol w:w="1361"/>
        <w:gridCol w:w="2041"/>
        <w:gridCol w:w="737"/>
      </w:tblGrid>
      <w:tr w:rsidR="00AD0E4F" w14:paraId="15229A11" w14:textId="77777777">
        <w:trPr>
          <w:tblHeader/>
          <w:jc w:val="center"/>
        </w:trPr>
        <w:tc>
          <w:tcPr>
            <w:tcW w:w="4649" w:type="dxa"/>
            <w:shd w:val="clear" w:color="auto" w:fill="4A4A4A"/>
            <w:tcMar>
              <w:top w:w="45" w:type="dxa"/>
              <w:left w:w="100" w:type="dxa"/>
              <w:bottom w:w="45" w:type="dxa"/>
              <w:right w:w="100" w:type="dxa"/>
            </w:tcMar>
            <w:vAlign w:val="center"/>
          </w:tcPr>
          <w:p w14:paraId="2B06C117" w14:textId="77777777" w:rsidR="00AD0E4F" w:rsidRDefault="008D426B">
            <w:pPr>
              <w:spacing w:after="0" w:line="240" w:lineRule="auto"/>
              <w:jc w:val="center"/>
            </w:pPr>
            <w:r>
              <w:rPr>
                <w:color w:val="FFFFFF"/>
                <w:sz w:val="17"/>
              </w:rPr>
              <w:t>項目</w:t>
            </w:r>
          </w:p>
        </w:tc>
        <w:tc>
          <w:tcPr>
            <w:tcW w:w="1531" w:type="dxa"/>
            <w:shd w:val="clear" w:color="auto" w:fill="4A4A4A"/>
            <w:tcMar>
              <w:top w:w="45" w:type="dxa"/>
              <w:left w:w="100" w:type="dxa"/>
              <w:bottom w:w="45" w:type="dxa"/>
              <w:right w:w="100" w:type="dxa"/>
            </w:tcMar>
            <w:vAlign w:val="center"/>
          </w:tcPr>
          <w:p w14:paraId="3D2A496D" w14:textId="77777777" w:rsidR="00AD0E4F" w:rsidRDefault="008D426B">
            <w:pPr>
              <w:spacing w:after="0" w:line="240" w:lineRule="auto"/>
              <w:jc w:val="center"/>
            </w:pPr>
            <w:r>
              <w:rPr>
                <w:color w:val="FFFFFF"/>
                <w:sz w:val="17"/>
              </w:rPr>
              <w:t>全額</w:t>
            </w:r>
          </w:p>
        </w:tc>
        <w:tc>
          <w:tcPr>
            <w:tcW w:w="1361" w:type="dxa"/>
            <w:shd w:val="clear" w:color="auto" w:fill="4A4A4A"/>
            <w:tcMar>
              <w:top w:w="45" w:type="dxa"/>
              <w:left w:w="100" w:type="dxa"/>
              <w:bottom w:w="45" w:type="dxa"/>
              <w:right w:w="100" w:type="dxa"/>
            </w:tcMar>
            <w:vAlign w:val="center"/>
          </w:tcPr>
          <w:p w14:paraId="1A4FABAC" w14:textId="77777777" w:rsidR="00AD0E4F" w:rsidRDefault="008D426B">
            <w:pPr>
              <w:spacing w:after="0" w:line="240" w:lineRule="auto"/>
              <w:jc w:val="center"/>
            </w:pPr>
            <w:r>
              <w:rPr>
                <w:color w:val="FFFFFF"/>
                <w:sz w:val="17"/>
              </w:rPr>
              <w:t>1割</w:t>
            </w:r>
          </w:p>
        </w:tc>
        <w:tc>
          <w:tcPr>
            <w:tcW w:w="2041" w:type="dxa"/>
            <w:shd w:val="clear" w:color="auto" w:fill="4A4A4A"/>
            <w:tcMar>
              <w:top w:w="45" w:type="dxa"/>
              <w:left w:w="100" w:type="dxa"/>
              <w:bottom w:w="45" w:type="dxa"/>
              <w:right w:w="100" w:type="dxa"/>
            </w:tcMar>
            <w:vAlign w:val="center"/>
          </w:tcPr>
          <w:p w14:paraId="7D79AD7D" w14:textId="77777777" w:rsidR="00AD0E4F" w:rsidRDefault="008D426B">
            <w:pPr>
              <w:spacing w:after="0" w:line="240" w:lineRule="auto"/>
              <w:jc w:val="center"/>
            </w:pPr>
            <w:r>
              <w:rPr>
                <w:color w:val="FFFFFF"/>
                <w:sz w:val="17"/>
              </w:rPr>
              <w:t>算定の目安</w:t>
            </w:r>
          </w:p>
        </w:tc>
        <w:tc>
          <w:tcPr>
            <w:tcW w:w="737" w:type="dxa"/>
            <w:shd w:val="clear" w:color="auto" w:fill="4A4A4A"/>
            <w:tcMar>
              <w:top w:w="45" w:type="dxa"/>
              <w:left w:w="100" w:type="dxa"/>
              <w:bottom w:w="45" w:type="dxa"/>
              <w:right w:w="100" w:type="dxa"/>
            </w:tcMar>
            <w:vAlign w:val="center"/>
          </w:tcPr>
          <w:p w14:paraId="4001839B" w14:textId="77777777" w:rsidR="00AD0E4F" w:rsidRDefault="008D426B">
            <w:pPr>
              <w:spacing w:after="0" w:line="240" w:lineRule="auto"/>
              <w:jc w:val="center"/>
            </w:pPr>
            <w:r>
              <w:rPr>
                <w:color w:val="FFFFFF"/>
                <w:sz w:val="17"/>
              </w:rPr>
              <w:t>該当</w:t>
            </w:r>
          </w:p>
        </w:tc>
      </w:tr>
      <w:tr w:rsidR="00AD0E4F" w14:paraId="7ED3CC04" w14:textId="77777777">
        <w:trPr>
          <w:jc w:val="center"/>
        </w:trPr>
        <w:tc>
          <w:tcPr>
            <w:tcW w:w="4649" w:type="dxa"/>
            <w:tcMar>
              <w:top w:w="45" w:type="dxa"/>
              <w:left w:w="100" w:type="dxa"/>
              <w:bottom w:w="45" w:type="dxa"/>
              <w:right w:w="100" w:type="dxa"/>
            </w:tcMar>
            <w:vAlign w:val="center"/>
          </w:tcPr>
          <w:p w14:paraId="6B7D3FF6" w14:textId="77777777" w:rsidR="00AD0E4F" w:rsidRDefault="008D426B">
            <w:pPr>
              <w:spacing w:after="0" w:line="240" w:lineRule="auto"/>
              <w:rPr>
                <w:lang w:eastAsia="ja-JP"/>
              </w:rPr>
            </w:pPr>
            <w:r>
              <w:rPr>
                <w:color w:val="000000"/>
                <w:sz w:val="17"/>
                <w:lang w:eastAsia="ja-JP"/>
              </w:rPr>
              <w:t>緊急訪問看護加算・月14日目まで</w:t>
            </w:r>
          </w:p>
        </w:tc>
        <w:tc>
          <w:tcPr>
            <w:tcW w:w="1531" w:type="dxa"/>
            <w:tcMar>
              <w:top w:w="45" w:type="dxa"/>
              <w:left w:w="100" w:type="dxa"/>
              <w:bottom w:w="45" w:type="dxa"/>
              <w:right w:w="100" w:type="dxa"/>
            </w:tcMar>
            <w:vAlign w:val="center"/>
          </w:tcPr>
          <w:p w14:paraId="3F0BACA4" w14:textId="77777777" w:rsidR="00AD0E4F" w:rsidRDefault="008D426B">
            <w:pPr>
              <w:spacing w:after="0" w:line="240" w:lineRule="auto"/>
            </w:pPr>
            <w:r>
              <w:rPr>
                <w:color w:val="000000"/>
                <w:sz w:val="17"/>
              </w:rPr>
              <w:t>2,650円</w:t>
            </w:r>
          </w:p>
        </w:tc>
        <w:tc>
          <w:tcPr>
            <w:tcW w:w="1361" w:type="dxa"/>
            <w:tcMar>
              <w:top w:w="45" w:type="dxa"/>
              <w:left w:w="100" w:type="dxa"/>
              <w:bottom w:w="45" w:type="dxa"/>
              <w:right w:w="100" w:type="dxa"/>
            </w:tcMar>
            <w:vAlign w:val="center"/>
          </w:tcPr>
          <w:p w14:paraId="3DEAD530" w14:textId="77777777" w:rsidR="00AD0E4F" w:rsidRDefault="008D426B">
            <w:pPr>
              <w:spacing w:after="0" w:line="240" w:lineRule="auto"/>
            </w:pPr>
            <w:r>
              <w:rPr>
                <w:color w:val="000000"/>
                <w:sz w:val="17"/>
              </w:rPr>
              <w:t>265円</w:t>
            </w:r>
          </w:p>
        </w:tc>
        <w:tc>
          <w:tcPr>
            <w:tcW w:w="2041" w:type="dxa"/>
            <w:tcMar>
              <w:top w:w="45" w:type="dxa"/>
              <w:left w:w="100" w:type="dxa"/>
              <w:bottom w:w="45" w:type="dxa"/>
              <w:right w:w="100" w:type="dxa"/>
            </w:tcMar>
            <w:vAlign w:val="center"/>
          </w:tcPr>
          <w:p w14:paraId="75016275" w14:textId="77777777" w:rsidR="00AD0E4F" w:rsidRDefault="008D426B">
            <w:pPr>
              <w:spacing w:after="0" w:line="240" w:lineRule="auto"/>
            </w:pPr>
            <w:r>
              <w:rPr>
                <w:color w:val="000000"/>
                <w:sz w:val="17"/>
              </w:rPr>
              <w:t>1日につき</w:t>
            </w:r>
          </w:p>
        </w:tc>
        <w:tc>
          <w:tcPr>
            <w:tcW w:w="737" w:type="dxa"/>
            <w:tcMar>
              <w:top w:w="45" w:type="dxa"/>
              <w:left w:w="100" w:type="dxa"/>
              <w:bottom w:w="45" w:type="dxa"/>
              <w:right w:w="100" w:type="dxa"/>
            </w:tcMar>
            <w:vAlign w:val="center"/>
          </w:tcPr>
          <w:p w14:paraId="512B2268" w14:textId="77777777" w:rsidR="00AD0E4F" w:rsidRDefault="00AD0E4F">
            <w:pPr>
              <w:spacing w:after="0" w:line="240" w:lineRule="auto"/>
            </w:pPr>
          </w:p>
        </w:tc>
      </w:tr>
      <w:tr w:rsidR="00AD0E4F" w14:paraId="05C79C75" w14:textId="77777777">
        <w:trPr>
          <w:jc w:val="center"/>
        </w:trPr>
        <w:tc>
          <w:tcPr>
            <w:tcW w:w="4649" w:type="dxa"/>
            <w:tcMar>
              <w:top w:w="45" w:type="dxa"/>
              <w:left w:w="100" w:type="dxa"/>
              <w:bottom w:w="45" w:type="dxa"/>
              <w:right w:w="100" w:type="dxa"/>
            </w:tcMar>
            <w:vAlign w:val="center"/>
          </w:tcPr>
          <w:p w14:paraId="1E46A64C" w14:textId="77777777" w:rsidR="00AD0E4F" w:rsidRDefault="008D426B">
            <w:pPr>
              <w:spacing w:after="0" w:line="240" w:lineRule="auto"/>
              <w:rPr>
                <w:lang w:eastAsia="ja-JP"/>
              </w:rPr>
            </w:pPr>
            <w:r>
              <w:rPr>
                <w:color w:val="000000"/>
                <w:sz w:val="17"/>
                <w:lang w:eastAsia="ja-JP"/>
              </w:rPr>
              <w:t>緊急訪問看護加算・月15日目以降</w:t>
            </w:r>
          </w:p>
        </w:tc>
        <w:tc>
          <w:tcPr>
            <w:tcW w:w="1531" w:type="dxa"/>
            <w:tcMar>
              <w:top w:w="45" w:type="dxa"/>
              <w:left w:w="100" w:type="dxa"/>
              <w:bottom w:w="45" w:type="dxa"/>
              <w:right w:w="100" w:type="dxa"/>
            </w:tcMar>
            <w:vAlign w:val="center"/>
          </w:tcPr>
          <w:p w14:paraId="17667A5E" w14:textId="77777777" w:rsidR="00AD0E4F" w:rsidRDefault="008D426B">
            <w:pPr>
              <w:spacing w:after="0" w:line="240" w:lineRule="auto"/>
            </w:pPr>
            <w:r>
              <w:rPr>
                <w:color w:val="000000"/>
                <w:sz w:val="17"/>
              </w:rPr>
              <w:t>2,000円</w:t>
            </w:r>
          </w:p>
        </w:tc>
        <w:tc>
          <w:tcPr>
            <w:tcW w:w="1361" w:type="dxa"/>
            <w:tcMar>
              <w:top w:w="45" w:type="dxa"/>
              <w:left w:w="100" w:type="dxa"/>
              <w:bottom w:w="45" w:type="dxa"/>
              <w:right w:w="100" w:type="dxa"/>
            </w:tcMar>
            <w:vAlign w:val="center"/>
          </w:tcPr>
          <w:p w14:paraId="517129EF" w14:textId="77777777" w:rsidR="00AD0E4F" w:rsidRDefault="008D426B">
            <w:pPr>
              <w:spacing w:after="0" w:line="240" w:lineRule="auto"/>
            </w:pPr>
            <w:r>
              <w:rPr>
                <w:color w:val="000000"/>
                <w:sz w:val="17"/>
              </w:rPr>
              <w:t>200円</w:t>
            </w:r>
          </w:p>
        </w:tc>
        <w:tc>
          <w:tcPr>
            <w:tcW w:w="2041" w:type="dxa"/>
            <w:tcMar>
              <w:top w:w="45" w:type="dxa"/>
              <w:left w:w="100" w:type="dxa"/>
              <w:bottom w:w="45" w:type="dxa"/>
              <w:right w:w="100" w:type="dxa"/>
            </w:tcMar>
            <w:vAlign w:val="center"/>
          </w:tcPr>
          <w:p w14:paraId="7D62A218" w14:textId="77777777" w:rsidR="00AD0E4F" w:rsidRDefault="008D426B">
            <w:pPr>
              <w:spacing w:after="0" w:line="240" w:lineRule="auto"/>
            </w:pPr>
            <w:r>
              <w:rPr>
                <w:color w:val="000000"/>
                <w:sz w:val="17"/>
              </w:rPr>
              <w:t>1日につき</w:t>
            </w:r>
          </w:p>
        </w:tc>
        <w:tc>
          <w:tcPr>
            <w:tcW w:w="737" w:type="dxa"/>
            <w:tcMar>
              <w:top w:w="45" w:type="dxa"/>
              <w:left w:w="100" w:type="dxa"/>
              <w:bottom w:w="45" w:type="dxa"/>
              <w:right w:w="100" w:type="dxa"/>
            </w:tcMar>
            <w:vAlign w:val="center"/>
          </w:tcPr>
          <w:p w14:paraId="4BF15E9D" w14:textId="77777777" w:rsidR="00AD0E4F" w:rsidRDefault="00AD0E4F">
            <w:pPr>
              <w:spacing w:after="0" w:line="240" w:lineRule="auto"/>
            </w:pPr>
          </w:p>
        </w:tc>
      </w:tr>
      <w:tr w:rsidR="00AD0E4F" w14:paraId="639D609A" w14:textId="77777777">
        <w:trPr>
          <w:jc w:val="center"/>
        </w:trPr>
        <w:tc>
          <w:tcPr>
            <w:tcW w:w="4649" w:type="dxa"/>
            <w:tcMar>
              <w:top w:w="45" w:type="dxa"/>
              <w:left w:w="100" w:type="dxa"/>
              <w:bottom w:w="45" w:type="dxa"/>
              <w:right w:w="100" w:type="dxa"/>
            </w:tcMar>
            <w:vAlign w:val="center"/>
          </w:tcPr>
          <w:p w14:paraId="55C9EBCD" w14:textId="77777777" w:rsidR="00AD0E4F" w:rsidRDefault="008D426B">
            <w:pPr>
              <w:spacing w:after="0" w:line="240" w:lineRule="auto"/>
            </w:pPr>
            <w:r>
              <w:rPr>
                <w:color w:val="000000"/>
                <w:sz w:val="17"/>
              </w:rPr>
              <w:t>長時間訪問看護加算</w:t>
            </w:r>
          </w:p>
        </w:tc>
        <w:tc>
          <w:tcPr>
            <w:tcW w:w="1531" w:type="dxa"/>
            <w:tcMar>
              <w:top w:w="45" w:type="dxa"/>
              <w:left w:w="100" w:type="dxa"/>
              <w:bottom w:w="45" w:type="dxa"/>
              <w:right w:w="100" w:type="dxa"/>
            </w:tcMar>
            <w:vAlign w:val="center"/>
          </w:tcPr>
          <w:p w14:paraId="3E67F343" w14:textId="77777777" w:rsidR="00AD0E4F" w:rsidRDefault="008D426B">
            <w:pPr>
              <w:spacing w:after="0" w:line="240" w:lineRule="auto"/>
            </w:pPr>
            <w:r>
              <w:rPr>
                <w:color w:val="000000"/>
                <w:sz w:val="17"/>
              </w:rPr>
              <w:t>5,200円</w:t>
            </w:r>
          </w:p>
        </w:tc>
        <w:tc>
          <w:tcPr>
            <w:tcW w:w="1361" w:type="dxa"/>
            <w:tcMar>
              <w:top w:w="45" w:type="dxa"/>
              <w:left w:w="100" w:type="dxa"/>
              <w:bottom w:w="45" w:type="dxa"/>
              <w:right w:w="100" w:type="dxa"/>
            </w:tcMar>
            <w:vAlign w:val="center"/>
          </w:tcPr>
          <w:p w14:paraId="34EC185F" w14:textId="77777777" w:rsidR="00AD0E4F" w:rsidRDefault="008D426B">
            <w:pPr>
              <w:spacing w:after="0" w:line="240" w:lineRule="auto"/>
            </w:pPr>
            <w:r>
              <w:rPr>
                <w:color w:val="000000"/>
                <w:sz w:val="17"/>
              </w:rPr>
              <w:t>520円</w:t>
            </w:r>
          </w:p>
        </w:tc>
        <w:tc>
          <w:tcPr>
            <w:tcW w:w="2041" w:type="dxa"/>
            <w:tcMar>
              <w:top w:w="45" w:type="dxa"/>
              <w:left w:w="100" w:type="dxa"/>
              <w:bottom w:w="45" w:type="dxa"/>
              <w:right w:w="100" w:type="dxa"/>
            </w:tcMar>
            <w:vAlign w:val="center"/>
          </w:tcPr>
          <w:p w14:paraId="606FD5D8" w14:textId="77777777" w:rsidR="00AD0E4F" w:rsidRDefault="008D426B">
            <w:pPr>
              <w:spacing w:after="0" w:line="240" w:lineRule="auto"/>
            </w:pPr>
            <w:r>
              <w:rPr>
                <w:color w:val="000000"/>
                <w:sz w:val="17"/>
              </w:rPr>
              <w:t>原則週1日</w:t>
            </w:r>
          </w:p>
        </w:tc>
        <w:tc>
          <w:tcPr>
            <w:tcW w:w="737" w:type="dxa"/>
            <w:tcMar>
              <w:top w:w="45" w:type="dxa"/>
              <w:left w:w="100" w:type="dxa"/>
              <w:bottom w:w="45" w:type="dxa"/>
              <w:right w:w="100" w:type="dxa"/>
            </w:tcMar>
            <w:vAlign w:val="center"/>
          </w:tcPr>
          <w:p w14:paraId="3D6B976F" w14:textId="77777777" w:rsidR="00AD0E4F" w:rsidRDefault="00AD0E4F">
            <w:pPr>
              <w:spacing w:after="0" w:line="240" w:lineRule="auto"/>
            </w:pPr>
          </w:p>
        </w:tc>
      </w:tr>
      <w:tr w:rsidR="00AD0E4F" w14:paraId="120B3ED0" w14:textId="77777777">
        <w:trPr>
          <w:jc w:val="center"/>
        </w:trPr>
        <w:tc>
          <w:tcPr>
            <w:tcW w:w="4649" w:type="dxa"/>
            <w:tcMar>
              <w:top w:w="45" w:type="dxa"/>
              <w:left w:w="100" w:type="dxa"/>
              <w:bottom w:w="45" w:type="dxa"/>
              <w:right w:w="100" w:type="dxa"/>
            </w:tcMar>
            <w:vAlign w:val="center"/>
          </w:tcPr>
          <w:p w14:paraId="278FE7A3" w14:textId="77777777" w:rsidR="00AD0E4F" w:rsidRDefault="008D426B">
            <w:pPr>
              <w:spacing w:after="0" w:line="240" w:lineRule="auto"/>
            </w:pPr>
            <w:r>
              <w:rPr>
                <w:color w:val="000000"/>
                <w:sz w:val="17"/>
              </w:rPr>
              <w:t>乳幼児加算・通常</w:t>
            </w:r>
          </w:p>
        </w:tc>
        <w:tc>
          <w:tcPr>
            <w:tcW w:w="1531" w:type="dxa"/>
            <w:tcMar>
              <w:top w:w="45" w:type="dxa"/>
              <w:left w:w="100" w:type="dxa"/>
              <w:bottom w:w="45" w:type="dxa"/>
              <w:right w:w="100" w:type="dxa"/>
            </w:tcMar>
            <w:vAlign w:val="center"/>
          </w:tcPr>
          <w:p w14:paraId="56B61D13" w14:textId="77777777" w:rsidR="00AD0E4F" w:rsidRDefault="008D426B">
            <w:pPr>
              <w:spacing w:after="0" w:line="240" w:lineRule="auto"/>
            </w:pPr>
            <w:r>
              <w:rPr>
                <w:color w:val="000000"/>
                <w:sz w:val="17"/>
              </w:rPr>
              <w:t>1,400円</w:t>
            </w:r>
          </w:p>
        </w:tc>
        <w:tc>
          <w:tcPr>
            <w:tcW w:w="1361" w:type="dxa"/>
            <w:tcMar>
              <w:top w:w="45" w:type="dxa"/>
              <w:left w:w="100" w:type="dxa"/>
              <w:bottom w:w="45" w:type="dxa"/>
              <w:right w:w="100" w:type="dxa"/>
            </w:tcMar>
            <w:vAlign w:val="center"/>
          </w:tcPr>
          <w:p w14:paraId="238638F9" w14:textId="77777777" w:rsidR="00AD0E4F" w:rsidRDefault="008D426B">
            <w:pPr>
              <w:spacing w:after="0" w:line="240" w:lineRule="auto"/>
            </w:pPr>
            <w:r>
              <w:rPr>
                <w:color w:val="000000"/>
                <w:sz w:val="17"/>
              </w:rPr>
              <w:t>140円</w:t>
            </w:r>
          </w:p>
        </w:tc>
        <w:tc>
          <w:tcPr>
            <w:tcW w:w="2041" w:type="dxa"/>
            <w:tcMar>
              <w:top w:w="45" w:type="dxa"/>
              <w:left w:w="100" w:type="dxa"/>
              <w:bottom w:w="45" w:type="dxa"/>
              <w:right w:w="100" w:type="dxa"/>
            </w:tcMar>
            <w:vAlign w:val="center"/>
          </w:tcPr>
          <w:p w14:paraId="6F445E7A" w14:textId="77777777" w:rsidR="00AD0E4F" w:rsidRDefault="008D426B">
            <w:pPr>
              <w:spacing w:after="0" w:line="240" w:lineRule="auto"/>
            </w:pPr>
            <w:r>
              <w:rPr>
                <w:color w:val="000000"/>
                <w:sz w:val="17"/>
              </w:rPr>
              <w:t>1日につき</w:t>
            </w:r>
          </w:p>
        </w:tc>
        <w:tc>
          <w:tcPr>
            <w:tcW w:w="737" w:type="dxa"/>
            <w:tcMar>
              <w:top w:w="45" w:type="dxa"/>
              <w:left w:w="100" w:type="dxa"/>
              <w:bottom w:w="45" w:type="dxa"/>
              <w:right w:w="100" w:type="dxa"/>
            </w:tcMar>
            <w:vAlign w:val="center"/>
          </w:tcPr>
          <w:p w14:paraId="2CE96D1A" w14:textId="77777777" w:rsidR="00AD0E4F" w:rsidRDefault="00AD0E4F">
            <w:pPr>
              <w:spacing w:after="0" w:line="240" w:lineRule="auto"/>
            </w:pPr>
          </w:p>
        </w:tc>
      </w:tr>
      <w:tr w:rsidR="00AD0E4F" w14:paraId="3907C2DC" w14:textId="77777777">
        <w:trPr>
          <w:jc w:val="center"/>
        </w:trPr>
        <w:tc>
          <w:tcPr>
            <w:tcW w:w="4649" w:type="dxa"/>
            <w:tcMar>
              <w:top w:w="45" w:type="dxa"/>
              <w:left w:w="100" w:type="dxa"/>
              <w:bottom w:w="45" w:type="dxa"/>
              <w:right w:w="100" w:type="dxa"/>
            </w:tcMar>
            <w:vAlign w:val="center"/>
          </w:tcPr>
          <w:p w14:paraId="54756629" w14:textId="77777777" w:rsidR="00AD0E4F" w:rsidRDefault="008D426B">
            <w:pPr>
              <w:spacing w:after="0" w:line="240" w:lineRule="auto"/>
              <w:rPr>
                <w:lang w:eastAsia="ja-JP"/>
              </w:rPr>
            </w:pPr>
            <w:r>
              <w:rPr>
                <w:color w:val="000000"/>
                <w:sz w:val="17"/>
                <w:lang w:eastAsia="ja-JP"/>
              </w:rPr>
              <w:t>乳幼児加算・所定の対象者</w:t>
            </w:r>
          </w:p>
        </w:tc>
        <w:tc>
          <w:tcPr>
            <w:tcW w:w="1531" w:type="dxa"/>
            <w:tcMar>
              <w:top w:w="45" w:type="dxa"/>
              <w:left w:w="100" w:type="dxa"/>
              <w:bottom w:w="45" w:type="dxa"/>
              <w:right w:w="100" w:type="dxa"/>
            </w:tcMar>
            <w:vAlign w:val="center"/>
          </w:tcPr>
          <w:p w14:paraId="36DD205E" w14:textId="77777777" w:rsidR="00AD0E4F" w:rsidRDefault="008D426B">
            <w:pPr>
              <w:spacing w:after="0" w:line="240" w:lineRule="auto"/>
            </w:pPr>
            <w:r>
              <w:rPr>
                <w:color w:val="000000"/>
                <w:sz w:val="17"/>
              </w:rPr>
              <w:t>1,800円</w:t>
            </w:r>
          </w:p>
        </w:tc>
        <w:tc>
          <w:tcPr>
            <w:tcW w:w="1361" w:type="dxa"/>
            <w:tcMar>
              <w:top w:w="45" w:type="dxa"/>
              <w:left w:w="100" w:type="dxa"/>
              <w:bottom w:w="45" w:type="dxa"/>
              <w:right w:w="100" w:type="dxa"/>
            </w:tcMar>
            <w:vAlign w:val="center"/>
          </w:tcPr>
          <w:p w14:paraId="5C2F7815" w14:textId="77777777" w:rsidR="00AD0E4F" w:rsidRDefault="008D426B">
            <w:pPr>
              <w:spacing w:after="0" w:line="240" w:lineRule="auto"/>
            </w:pPr>
            <w:r>
              <w:rPr>
                <w:color w:val="000000"/>
                <w:sz w:val="17"/>
              </w:rPr>
              <w:t>180円</w:t>
            </w:r>
          </w:p>
        </w:tc>
        <w:tc>
          <w:tcPr>
            <w:tcW w:w="2041" w:type="dxa"/>
            <w:tcMar>
              <w:top w:w="45" w:type="dxa"/>
              <w:left w:w="100" w:type="dxa"/>
              <w:bottom w:w="45" w:type="dxa"/>
              <w:right w:w="100" w:type="dxa"/>
            </w:tcMar>
            <w:vAlign w:val="center"/>
          </w:tcPr>
          <w:p w14:paraId="241EB7D7" w14:textId="77777777" w:rsidR="00AD0E4F" w:rsidRDefault="008D426B">
            <w:pPr>
              <w:spacing w:after="0" w:line="240" w:lineRule="auto"/>
            </w:pPr>
            <w:r>
              <w:rPr>
                <w:color w:val="000000"/>
                <w:sz w:val="17"/>
              </w:rPr>
              <w:t>1日につき</w:t>
            </w:r>
          </w:p>
        </w:tc>
        <w:tc>
          <w:tcPr>
            <w:tcW w:w="737" w:type="dxa"/>
            <w:tcMar>
              <w:top w:w="45" w:type="dxa"/>
              <w:left w:w="100" w:type="dxa"/>
              <w:bottom w:w="45" w:type="dxa"/>
              <w:right w:w="100" w:type="dxa"/>
            </w:tcMar>
            <w:vAlign w:val="center"/>
          </w:tcPr>
          <w:p w14:paraId="497F7066" w14:textId="77777777" w:rsidR="00AD0E4F" w:rsidRDefault="00AD0E4F">
            <w:pPr>
              <w:spacing w:after="0" w:line="240" w:lineRule="auto"/>
            </w:pPr>
          </w:p>
        </w:tc>
      </w:tr>
      <w:tr w:rsidR="00AD0E4F" w14:paraId="45DD5FC2" w14:textId="77777777">
        <w:trPr>
          <w:jc w:val="center"/>
        </w:trPr>
        <w:tc>
          <w:tcPr>
            <w:tcW w:w="4649" w:type="dxa"/>
            <w:tcMar>
              <w:top w:w="45" w:type="dxa"/>
              <w:left w:w="100" w:type="dxa"/>
              <w:bottom w:w="45" w:type="dxa"/>
              <w:right w:w="100" w:type="dxa"/>
            </w:tcMar>
            <w:vAlign w:val="center"/>
          </w:tcPr>
          <w:p w14:paraId="79CB4889" w14:textId="77777777" w:rsidR="00AD0E4F" w:rsidRDefault="008D426B">
            <w:pPr>
              <w:spacing w:after="0" w:line="240" w:lineRule="auto"/>
              <w:rPr>
                <w:lang w:eastAsia="ja-JP"/>
              </w:rPr>
            </w:pPr>
            <w:r>
              <w:rPr>
                <w:color w:val="000000"/>
                <w:sz w:val="17"/>
                <w:lang w:eastAsia="ja-JP"/>
              </w:rPr>
              <w:t>夜間・早朝訪問看護加算</w:t>
            </w:r>
          </w:p>
        </w:tc>
        <w:tc>
          <w:tcPr>
            <w:tcW w:w="1531" w:type="dxa"/>
            <w:tcMar>
              <w:top w:w="45" w:type="dxa"/>
              <w:left w:w="100" w:type="dxa"/>
              <w:bottom w:w="45" w:type="dxa"/>
              <w:right w:w="100" w:type="dxa"/>
            </w:tcMar>
            <w:vAlign w:val="center"/>
          </w:tcPr>
          <w:p w14:paraId="06AAAF14" w14:textId="77777777" w:rsidR="00AD0E4F" w:rsidRDefault="008D426B">
            <w:pPr>
              <w:spacing w:after="0" w:line="240" w:lineRule="auto"/>
            </w:pPr>
            <w:r>
              <w:rPr>
                <w:color w:val="000000"/>
                <w:sz w:val="17"/>
              </w:rPr>
              <w:t>2,100円</w:t>
            </w:r>
          </w:p>
        </w:tc>
        <w:tc>
          <w:tcPr>
            <w:tcW w:w="1361" w:type="dxa"/>
            <w:tcMar>
              <w:top w:w="45" w:type="dxa"/>
              <w:left w:w="100" w:type="dxa"/>
              <w:bottom w:w="45" w:type="dxa"/>
              <w:right w:w="100" w:type="dxa"/>
            </w:tcMar>
            <w:vAlign w:val="center"/>
          </w:tcPr>
          <w:p w14:paraId="5D0B36C1" w14:textId="77777777" w:rsidR="00AD0E4F" w:rsidRDefault="008D426B">
            <w:pPr>
              <w:spacing w:after="0" w:line="240" w:lineRule="auto"/>
            </w:pPr>
            <w:r>
              <w:rPr>
                <w:color w:val="000000"/>
                <w:sz w:val="17"/>
              </w:rPr>
              <w:t>210円</w:t>
            </w:r>
          </w:p>
        </w:tc>
        <w:tc>
          <w:tcPr>
            <w:tcW w:w="2041" w:type="dxa"/>
            <w:tcMar>
              <w:top w:w="45" w:type="dxa"/>
              <w:left w:w="100" w:type="dxa"/>
              <w:bottom w:w="45" w:type="dxa"/>
              <w:right w:w="100" w:type="dxa"/>
            </w:tcMar>
            <w:vAlign w:val="center"/>
          </w:tcPr>
          <w:p w14:paraId="12407590" w14:textId="77777777" w:rsidR="00AD0E4F" w:rsidRDefault="008D426B">
            <w:pPr>
              <w:spacing w:after="0" w:line="240" w:lineRule="auto"/>
            </w:pPr>
            <w:r>
              <w:rPr>
                <w:color w:val="000000"/>
                <w:sz w:val="17"/>
              </w:rPr>
              <w:t>1日につき</w:t>
            </w:r>
          </w:p>
        </w:tc>
        <w:tc>
          <w:tcPr>
            <w:tcW w:w="737" w:type="dxa"/>
            <w:tcMar>
              <w:top w:w="45" w:type="dxa"/>
              <w:left w:w="100" w:type="dxa"/>
              <w:bottom w:w="45" w:type="dxa"/>
              <w:right w:w="100" w:type="dxa"/>
            </w:tcMar>
            <w:vAlign w:val="center"/>
          </w:tcPr>
          <w:p w14:paraId="4DEADAEC" w14:textId="77777777" w:rsidR="00AD0E4F" w:rsidRDefault="00AD0E4F">
            <w:pPr>
              <w:spacing w:after="0" w:line="240" w:lineRule="auto"/>
            </w:pPr>
          </w:p>
        </w:tc>
      </w:tr>
      <w:tr w:rsidR="00AD0E4F" w14:paraId="65FA735D" w14:textId="77777777">
        <w:trPr>
          <w:jc w:val="center"/>
        </w:trPr>
        <w:tc>
          <w:tcPr>
            <w:tcW w:w="4649" w:type="dxa"/>
            <w:tcMar>
              <w:top w:w="45" w:type="dxa"/>
              <w:left w:w="100" w:type="dxa"/>
              <w:bottom w:w="45" w:type="dxa"/>
              <w:right w:w="100" w:type="dxa"/>
            </w:tcMar>
            <w:vAlign w:val="center"/>
          </w:tcPr>
          <w:p w14:paraId="58AF6F04" w14:textId="77777777" w:rsidR="00AD0E4F" w:rsidRDefault="008D426B">
            <w:pPr>
              <w:spacing w:after="0" w:line="240" w:lineRule="auto"/>
            </w:pPr>
            <w:r>
              <w:rPr>
                <w:color w:val="000000"/>
                <w:sz w:val="17"/>
              </w:rPr>
              <w:t>深夜訪問看護加算</w:t>
            </w:r>
          </w:p>
        </w:tc>
        <w:tc>
          <w:tcPr>
            <w:tcW w:w="1531" w:type="dxa"/>
            <w:tcMar>
              <w:top w:w="45" w:type="dxa"/>
              <w:left w:w="100" w:type="dxa"/>
              <w:bottom w:w="45" w:type="dxa"/>
              <w:right w:w="100" w:type="dxa"/>
            </w:tcMar>
            <w:vAlign w:val="center"/>
          </w:tcPr>
          <w:p w14:paraId="5D42C89D" w14:textId="77777777" w:rsidR="00AD0E4F" w:rsidRDefault="008D426B">
            <w:pPr>
              <w:spacing w:after="0" w:line="240" w:lineRule="auto"/>
            </w:pPr>
            <w:r>
              <w:rPr>
                <w:color w:val="000000"/>
                <w:sz w:val="17"/>
              </w:rPr>
              <w:t>4,200円</w:t>
            </w:r>
          </w:p>
        </w:tc>
        <w:tc>
          <w:tcPr>
            <w:tcW w:w="1361" w:type="dxa"/>
            <w:tcMar>
              <w:top w:w="45" w:type="dxa"/>
              <w:left w:w="100" w:type="dxa"/>
              <w:bottom w:w="45" w:type="dxa"/>
              <w:right w:w="100" w:type="dxa"/>
            </w:tcMar>
            <w:vAlign w:val="center"/>
          </w:tcPr>
          <w:p w14:paraId="661718E8" w14:textId="77777777" w:rsidR="00AD0E4F" w:rsidRDefault="008D426B">
            <w:pPr>
              <w:spacing w:after="0" w:line="240" w:lineRule="auto"/>
            </w:pPr>
            <w:r>
              <w:rPr>
                <w:color w:val="000000"/>
                <w:sz w:val="17"/>
              </w:rPr>
              <w:t>420円</w:t>
            </w:r>
          </w:p>
        </w:tc>
        <w:tc>
          <w:tcPr>
            <w:tcW w:w="2041" w:type="dxa"/>
            <w:tcMar>
              <w:top w:w="45" w:type="dxa"/>
              <w:left w:w="100" w:type="dxa"/>
              <w:bottom w:w="45" w:type="dxa"/>
              <w:right w:w="100" w:type="dxa"/>
            </w:tcMar>
            <w:vAlign w:val="center"/>
          </w:tcPr>
          <w:p w14:paraId="1F236F60" w14:textId="77777777" w:rsidR="00AD0E4F" w:rsidRDefault="008D426B">
            <w:pPr>
              <w:spacing w:after="0" w:line="240" w:lineRule="auto"/>
            </w:pPr>
            <w:r>
              <w:rPr>
                <w:color w:val="000000"/>
                <w:sz w:val="17"/>
              </w:rPr>
              <w:t>1日につき</w:t>
            </w:r>
          </w:p>
        </w:tc>
        <w:tc>
          <w:tcPr>
            <w:tcW w:w="737" w:type="dxa"/>
            <w:tcMar>
              <w:top w:w="45" w:type="dxa"/>
              <w:left w:w="100" w:type="dxa"/>
              <w:bottom w:w="45" w:type="dxa"/>
              <w:right w:w="100" w:type="dxa"/>
            </w:tcMar>
            <w:vAlign w:val="center"/>
          </w:tcPr>
          <w:p w14:paraId="2D74695A" w14:textId="77777777" w:rsidR="00AD0E4F" w:rsidRDefault="00AD0E4F">
            <w:pPr>
              <w:spacing w:after="0" w:line="240" w:lineRule="auto"/>
            </w:pPr>
          </w:p>
        </w:tc>
      </w:tr>
      <w:tr w:rsidR="00AD0E4F" w14:paraId="17FF97CB" w14:textId="77777777">
        <w:trPr>
          <w:jc w:val="center"/>
        </w:trPr>
        <w:tc>
          <w:tcPr>
            <w:tcW w:w="4649" w:type="dxa"/>
            <w:tcMar>
              <w:top w:w="45" w:type="dxa"/>
              <w:left w:w="100" w:type="dxa"/>
              <w:bottom w:w="45" w:type="dxa"/>
              <w:right w:w="100" w:type="dxa"/>
            </w:tcMar>
            <w:vAlign w:val="center"/>
          </w:tcPr>
          <w:p w14:paraId="5428B689" w14:textId="77777777" w:rsidR="00AD0E4F" w:rsidRDefault="008D426B">
            <w:pPr>
              <w:spacing w:after="0" w:line="240" w:lineRule="auto"/>
              <w:rPr>
                <w:lang w:eastAsia="ja-JP"/>
              </w:rPr>
            </w:pPr>
            <w:r>
              <w:rPr>
                <w:color w:val="000000"/>
                <w:sz w:val="17"/>
                <w:lang w:eastAsia="ja-JP"/>
              </w:rPr>
              <w:t>難病等複数回訪問・1日2回</w:t>
            </w:r>
          </w:p>
        </w:tc>
        <w:tc>
          <w:tcPr>
            <w:tcW w:w="1531" w:type="dxa"/>
            <w:tcMar>
              <w:top w:w="45" w:type="dxa"/>
              <w:left w:w="100" w:type="dxa"/>
              <w:bottom w:w="45" w:type="dxa"/>
              <w:right w:w="100" w:type="dxa"/>
            </w:tcMar>
            <w:vAlign w:val="center"/>
          </w:tcPr>
          <w:p w14:paraId="38EF9A5C" w14:textId="77777777" w:rsidR="00AD0E4F" w:rsidRDefault="008D426B">
            <w:pPr>
              <w:spacing w:after="0" w:line="240" w:lineRule="auto"/>
            </w:pPr>
            <w:r>
              <w:rPr>
                <w:color w:val="000000"/>
                <w:sz w:val="17"/>
              </w:rPr>
              <w:t>4,500円</w:t>
            </w:r>
          </w:p>
        </w:tc>
        <w:tc>
          <w:tcPr>
            <w:tcW w:w="1361" w:type="dxa"/>
            <w:tcMar>
              <w:top w:w="45" w:type="dxa"/>
              <w:left w:w="100" w:type="dxa"/>
              <w:bottom w:w="45" w:type="dxa"/>
              <w:right w:w="100" w:type="dxa"/>
            </w:tcMar>
            <w:vAlign w:val="center"/>
          </w:tcPr>
          <w:p w14:paraId="5B01872C" w14:textId="77777777" w:rsidR="00AD0E4F" w:rsidRDefault="008D426B">
            <w:pPr>
              <w:spacing w:after="0" w:line="240" w:lineRule="auto"/>
            </w:pPr>
            <w:r>
              <w:rPr>
                <w:color w:val="000000"/>
                <w:sz w:val="17"/>
              </w:rPr>
              <w:t>450円</w:t>
            </w:r>
          </w:p>
        </w:tc>
        <w:tc>
          <w:tcPr>
            <w:tcW w:w="2041" w:type="dxa"/>
            <w:tcMar>
              <w:top w:w="45" w:type="dxa"/>
              <w:left w:w="100" w:type="dxa"/>
              <w:bottom w:w="45" w:type="dxa"/>
              <w:right w:w="100" w:type="dxa"/>
            </w:tcMar>
            <w:vAlign w:val="center"/>
          </w:tcPr>
          <w:p w14:paraId="64AB9553" w14:textId="77777777" w:rsidR="00AD0E4F" w:rsidRDefault="008D426B">
            <w:pPr>
              <w:spacing w:after="0" w:line="240" w:lineRule="auto"/>
            </w:pPr>
            <w:r>
              <w:rPr>
                <w:color w:val="000000"/>
                <w:sz w:val="17"/>
              </w:rPr>
              <w:t>1日につき</w:t>
            </w:r>
          </w:p>
        </w:tc>
        <w:tc>
          <w:tcPr>
            <w:tcW w:w="737" w:type="dxa"/>
            <w:tcMar>
              <w:top w:w="45" w:type="dxa"/>
              <w:left w:w="100" w:type="dxa"/>
              <w:bottom w:w="45" w:type="dxa"/>
              <w:right w:w="100" w:type="dxa"/>
            </w:tcMar>
            <w:vAlign w:val="center"/>
          </w:tcPr>
          <w:p w14:paraId="258C7209" w14:textId="77777777" w:rsidR="00AD0E4F" w:rsidRDefault="00AD0E4F">
            <w:pPr>
              <w:spacing w:after="0" w:line="240" w:lineRule="auto"/>
            </w:pPr>
          </w:p>
        </w:tc>
      </w:tr>
      <w:tr w:rsidR="00AD0E4F" w14:paraId="003AD505" w14:textId="77777777">
        <w:trPr>
          <w:jc w:val="center"/>
        </w:trPr>
        <w:tc>
          <w:tcPr>
            <w:tcW w:w="4649" w:type="dxa"/>
            <w:tcMar>
              <w:top w:w="45" w:type="dxa"/>
              <w:left w:w="100" w:type="dxa"/>
              <w:bottom w:w="45" w:type="dxa"/>
              <w:right w:w="100" w:type="dxa"/>
            </w:tcMar>
            <w:vAlign w:val="center"/>
          </w:tcPr>
          <w:p w14:paraId="436EF607" w14:textId="77777777" w:rsidR="00AD0E4F" w:rsidRDefault="008D426B">
            <w:pPr>
              <w:spacing w:after="0" w:line="240" w:lineRule="auto"/>
              <w:rPr>
                <w:lang w:eastAsia="ja-JP"/>
              </w:rPr>
            </w:pPr>
            <w:r>
              <w:rPr>
                <w:color w:val="000000"/>
                <w:sz w:val="17"/>
                <w:lang w:eastAsia="ja-JP"/>
              </w:rPr>
              <w:t>難病等複数回訪問・1日3回以上</w:t>
            </w:r>
          </w:p>
        </w:tc>
        <w:tc>
          <w:tcPr>
            <w:tcW w:w="1531" w:type="dxa"/>
            <w:tcMar>
              <w:top w:w="45" w:type="dxa"/>
              <w:left w:w="100" w:type="dxa"/>
              <w:bottom w:w="45" w:type="dxa"/>
              <w:right w:w="100" w:type="dxa"/>
            </w:tcMar>
            <w:vAlign w:val="center"/>
          </w:tcPr>
          <w:p w14:paraId="12E135A0" w14:textId="77777777" w:rsidR="00AD0E4F" w:rsidRDefault="008D426B">
            <w:pPr>
              <w:spacing w:after="0" w:line="240" w:lineRule="auto"/>
            </w:pPr>
            <w:r>
              <w:rPr>
                <w:color w:val="000000"/>
                <w:sz w:val="17"/>
              </w:rPr>
              <w:t>8,000円</w:t>
            </w:r>
          </w:p>
        </w:tc>
        <w:tc>
          <w:tcPr>
            <w:tcW w:w="1361" w:type="dxa"/>
            <w:tcMar>
              <w:top w:w="45" w:type="dxa"/>
              <w:left w:w="100" w:type="dxa"/>
              <w:bottom w:w="45" w:type="dxa"/>
              <w:right w:w="100" w:type="dxa"/>
            </w:tcMar>
            <w:vAlign w:val="center"/>
          </w:tcPr>
          <w:p w14:paraId="64D2EEC0" w14:textId="77777777" w:rsidR="00AD0E4F" w:rsidRDefault="008D426B">
            <w:pPr>
              <w:spacing w:after="0" w:line="240" w:lineRule="auto"/>
            </w:pPr>
            <w:r>
              <w:rPr>
                <w:color w:val="000000"/>
                <w:sz w:val="17"/>
              </w:rPr>
              <w:t>800円</w:t>
            </w:r>
          </w:p>
        </w:tc>
        <w:tc>
          <w:tcPr>
            <w:tcW w:w="2041" w:type="dxa"/>
            <w:tcMar>
              <w:top w:w="45" w:type="dxa"/>
              <w:left w:w="100" w:type="dxa"/>
              <w:bottom w:w="45" w:type="dxa"/>
              <w:right w:w="100" w:type="dxa"/>
            </w:tcMar>
            <w:vAlign w:val="center"/>
          </w:tcPr>
          <w:p w14:paraId="0B1E1B5D" w14:textId="77777777" w:rsidR="00AD0E4F" w:rsidRDefault="008D426B">
            <w:pPr>
              <w:spacing w:after="0" w:line="240" w:lineRule="auto"/>
            </w:pPr>
            <w:r>
              <w:rPr>
                <w:color w:val="000000"/>
                <w:sz w:val="17"/>
              </w:rPr>
              <w:t>1日につき</w:t>
            </w:r>
          </w:p>
        </w:tc>
        <w:tc>
          <w:tcPr>
            <w:tcW w:w="737" w:type="dxa"/>
            <w:tcMar>
              <w:top w:w="45" w:type="dxa"/>
              <w:left w:w="100" w:type="dxa"/>
              <w:bottom w:w="45" w:type="dxa"/>
              <w:right w:w="100" w:type="dxa"/>
            </w:tcMar>
            <w:vAlign w:val="center"/>
          </w:tcPr>
          <w:p w14:paraId="1D0C6992" w14:textId="77777777" w:rsidR="00AD0E4F" w:rsidRDefault="00AD0E4F">
            <w:pPr>
              <w:spacing w:after="0" w:line="240" w:lineRule="auto"/>
            </w:pPr>
          </w:p>
        </w:tc>
      </w:tr>
      <w:tr w:rsidR="00AD0E4F" w14:paraId="54206FA5" w14:textId="77777777">
        <w:trPr>
          <w:jc w:val="center"/>
        </w:trPr>
        <w:tc>
          <w:tcPr>
            <w:tcW w:w="4649" w:type="dxa"/>
            <w:tcMar>
              <w:top w:w="45" w:type="dxa"/>
              <w:left w:w="100" w:type="dxa"/>
              <w:bottom w:w="45" w:type="dxa"/>
              <w:right w:w="100" w:type="dxa"/>
            </w:tcMar>
            <w:vAlign w:val="center"/>
          </w:tcPr>
          <w:p w14:paraId="6C0ABF29" w14:textId="77777777" w:rsidR="00AD0E4F" w:rsidRDefault="008D426B">
            <w:pPr>
              <w:spacing w:after="0" w:line="240" w:lineRule="auto"/>
              <w:rPr>
                <w:lang w:eastAsia="ja-JP"/>
              </w:rPr>
            </w:pPr>
            <w:r>
              <w:rPr>
                <w:color w:val="000000"/>
                <w:sz w:val="17"/>
                <w:lang w:eastAsia="ja-JP"/>
              </w:rPr>
              <w:t>複数名訪問・看護師等との同行</w:t>
            </w:r>
          </w:p>
        </w:tc>
        <w:tc>
          <w:tcPr>
            <w:tcW w:w="1531" w:type="dxa"/>
            <w:tcMar>
              <w:top w:w="45" w:type="dxa"/>
              <w:left w:w="100" w:type="dxa"/>
              <w:bottom w:w="45" w:type="dxa"/>
              <w:right w:w="100" w:type="dxa"/>
            </w:tcMar>
            <w:vAlign w:val="center"/>
          </w:tcPr>
          <w:p w14:paraId="73547763" w14:textId="77777777" w:rsidR="00AD0E4F" w:rsidRDefault="008D426B">
            <w:pPr>
              <w:spacing w:after="0" w:line="240" w:lineRule="auto"/>
            </w:pPr>
            <w:r>
              <w:rPr>
                <w:color w:val="000000"/>
                <w:sz w:val="17"/>
              </w:rPr>
              <w:t>4,500円</w:t>
            </w:r>
          </w:p>
        </w:tc>
        <w:tc>
          <w:tcPr>
            <w:tcW w:w="1361" w:type="dxa"/>
            <w:tcMar>
              <w:top w:w="45" w:type="dxa"/>
              <w:left w:w="100" w:type="dxa"/>
              <w:bottom w:w="45" w:type="dxa"/>
              <w:right w:w="100" w:type="dxa"/>
            </w:tcMar>
            <w:vAlign w:val="center"/>
          </w:tcPr>
          <w:p w14:paraId="0A7503FC" w14:textId="77777777" w:rsidR="00AD0E4F" w:rsidRDefault="008D426B">
            <w:pPr>
              <w:spacing w:after="0" w:line="240" w:lineRule="auto"/>
            </w:pPr>
            <w:r>
              <w:rPr>
                <w:color w:val="000000"/>
                <w:sz w:val="17"/>
              </w:rPr>
              <w:t>450円</w:t>
            </w:r>
          </w:p>
        </w:tc>
        <w:tc>
          <w:tcPr>
            <w:tcW w:w="2041" w:type="dxa"/>
            <w:tcMar>
              <w:top w:w="45" w:type="dxa"/>
              <w:left w:w="100" w:type="dxa"/>
              <w:bottom w:w="45" w:type="dxa"/>
              <w:right w:w="100" w:type="dxa"/>
            </w:tcMar>
            <w:vAlign w:val="center"/>
          </w:tcPr>
          <w:p w14:paraId="46268721" w14:textId="77777777" w:rsidR="00AD0E4F" w:rsidRDefault="008D426B">
            <w:pPr>
              <w:spacing w:after="0" w:line="240" w:lineRule="auto"/>
            </w:pPr>
            <w:r>
              <w:rPr>
                <w:color w:val="000000"/>
                <w:sz w:val="17"/>
              </w:rPr>
              <w:t>原則週1回</w:t>
            </w:r>
          </w:p>
        </w:tc>
        <w:tc>
          <w:tcPr>
            <w:tcW w:w="737" w:type="dxa"/>
            <w:tcMar>
              <w:top w:w="45" w:type="dxa"/>
              <w:left w:w="100" w:type="dxa"/>
              <w:bottom w:w="45" w:type="dxa"/>
              <w:right w:w="100" w:type="dxa"/>
            </w:tcMar>
            <w:vAlign w:val="center"/>
          </w:tcPr>
          <w:p w14:paraId="4F1AD9C0" w14:textId="77777777" w:rsidR="00AD0E4F" w:rsidRDefault="00AD0E4F">
            <w:pPr>
              <w:spacing w:after="0" w:line="240" w:lineRule="auto"/>
            </w:pPr>
          </w:p>
        </w:tc>
      </w:tr>
      <w:tr w:rsidR="00AD0E4F" w14:paraId="701EE0FF" w14:textId="77777777">
        <w:trPr>
          <w:jc w:val="center"/>
        </w:trPr>
        <w:tc>
          <w:tcPr>
            <w:tcW w:w="4649" w:type="dxa"/>
            <w:tcMar>
              <w:top w:w="45" w:type="dxa"/>
              <w:left w:w="100" w:type="dxa"/>
              <w:bottom w:w="45" w:type="dxa"/>
              <w:right w:w="100" w:type="dxa"/>
            </w:tcMar>
            <w:vAlign w:val="center"/>
          </w:tcPr>
          <w:p w14:paraId="7B67DF0F" w14:textId="77777777" w:rsidR="00AD0E4F" w:rsidRDefault="008D426B">
            <w:pPr>
              <w:spacing w:after="0" w:line="240" w:lineRule="auto"/>
              <w:rPr>
                <w:lang w:eastAsia="ja-JP"/>
              </w:rPr>
            </w:pPr>
            <w:r>
              <w:rPr>
                <w:color w:val="000000"/>
                <w:sz w:val="17"/>
                <w:lang w:eastAsia="ja-JP"/>
              </w:rPr>
              <w:t>複数名訪問・准看護師との同行</w:t>
            </w:r>
          </w:p>
        </w:tc>
        <w:tc>
          <w:tcPr>
            <w:tcW w:w="1531" w:type="dxa"/>
            <w:tcMar>
              <w:top w:w="45" w:type="dxa"/>
              <w:left w:w="100" w:type="dxa"/>
              <w:bottom w:w="45" w:type="dxa"/>
              <w:right w:w="100" w:type="dxa"/>
            </w:tcMar>
            <w:vAlign w:val="center"/>
          </w:tcPr>
          <w:p w14:paraId="5AE545A6" w14:textId="77777777" w:rsidR="00AD0E4F" w:rsidRDefault="008D426B">
            <w:pPr>
              <w:spacing w:after="0" w:line="240" w:lineRule="auto"/>
            </w:pPr>
            <w:r>
              <w:rPr>
                <w:color w:val="000000"/>
                <w:sz w:val="17"/>
              </w:rPr>
              <w:t>3,800円</w:t>
            </w:r>
          </w:p>
        </w:tc>
        <w:tc>
          <w:tcPr>
            <w:tcW w:w="1361" w:type="dxa"/>
            <w:tcMar>
              <w:top w:w="45" w:type="dxa"/>
              <w:left w:w="100" w:type="dxa"/>
              <w:bottom w:w="45" w:type="dxa"/>
              <w:right w:w="100" w:type="dxa"/>
            </w:tcMar>
            <w:vAlign w:val="center"/>
          </w:tcPr>
          <w:p w14:paraId="28ADCD3E" w14:textId="77777777" w:rsidR="00AD0E4F" w:rsidRDefault="008D426B">
            <w:pPr>
              <w:spacing w:after="0" w:line="240" w:lineRule="auto"/>
            </w:pPr>
            <w:r>
              <w:rPr>
                <w:color w:val="000000"/>
                <w:sz w:val="17"/>
              </w:rPr>
              <w:t>380円</w:t>
            </w:r>
          </w:p>
        </w:tc>
        <w:tc>
          <w:tcPr>
            <w:tcW w:w="2041" w:type="dxa"/>
            <w:tcMar>
              <w:top w:w="45" w:type="dxa"/>
              <w:left w:w="100" w:type="dxa"/>
              <w:bottom w:w="45" w:type="dxa"/>
              <w:right w:w="100" w:type="dxa"/>
            </w:tcMar>
            <w:vAlign w:val="center"/>
          </w:tcPr>
          <w:p w14:paraId="2EA7987E" w14:textId="77777777" w:rsidR="00AD0E4F" w:rsidRDefault="008D426B">
            <w:pPr>
              <w:spacing w:after="0" w:line="240" w:lineRule="auto"/>
            </w:pPr>
            <w:r>
              <w:rPr>
                <w:color w:val="000000"/>
                <w:sz w:val="17"/>
              </w:rPr>
              <w:t>原則週1回</w:t>
            </w:r>
          </w:p>
        </w:tc>
        <w:tc>
          <w:tcPr>
            <w:tcW w:w="737" w:type="dxa"/>
            <w:tcMar>
              <w:top w:w="45" w:type="dxa"/>
              <w:left w:w="100" w:type="dxa"/>
              <w:bottom w:w="45" w:type="dxa"/>
              <w:right w:w="100" w:type="dxa"/>
            </w:tcMar>
            <w:vAlign w:val="center"/>
          </w:tcPr>
          <w:p w14:paraId="6E91F2DC" w14:textId="77777777" w:rsidR="00AD0E4F" w:rsidRDefault="00AD0E4F">
            <w:pPr>
              <w:spacing w:after="0" w:line="240" w:lineRule="auto"/>
            </w:pPr>
          </w:p>
        </w:tc>
      </w:tr>
      <w:tr w:rsidR="00AD0E4F" w14:paraId="04E702B4" w14:textId="77777777">
        <w:trPr>
          <w:jc w:val="center"/>
        </w:trPr>
        <w:tc>
          <w:tcPr>
            <w:tcW w:w="4649" w:type="dxa"/>
            <w:tcMar>
              <w:top w:w="45" w:type="dxa"/>
              <w:left w:w="100" w:type="dxa"/>
              <w:bottom w:w="45" w:type="dxa"/>
              <w:right w:w="100" w:type="dxa"/>
            </w:tcMar>
            <w:vAlign w:val="center"/>
          </w:tcPr>
          <w:p w14:paraId="6BAA993C" w14:textId="77777777" w:rsidR="00AD0E4F" w:rsidRDefault="008D426B">
            <w:pPr>
              <w:spacing w:after="0" w:line="240" w:lineRule="auto"/>
              <w:rPr>
                <w:lang w:eastAsia="ja-JP"/>
              </w:rPr>
            </w:pPr>
            <w:r>
              <w:rPr>
                <w:color w:val="000000"/>
                <w:sz w:val="17"/>
                <w:lang w:eastAsia="ja-JP"/>
              </w:rPr>
              <w:t>特別管理加算・重症度等が高い場合</w:t>
            </w:r>
          </w:p>
        </w:tc>
        <w:tc>
          <w:tcPr>
            <w:tcW w:w="1531" w:type="dxa"/>
            <w:tcMar>
              <w:top w:w="45" w:type="dxa"/>
              <w:left w:w="100" w:type="dxa"/>
              <w:bottom w:w="45" w:type="dxa"/>
              <w:right w:w="100" w:type="dxa"/>
            </w:tcMar>
            <w:vAlign w:val="center"/>
          </w:tcPr>
          <w:p w14:paraId="0AC583B8" w14:textId="77777777" w:rsidR="00AD0E4F" w:rsidRDefault="008D426B">
            <w:pPr>
              <w:spacing w:after="0" w:line="240" w:lineRule="auto"/>
            </w:pPr>
            <w:r>
              <w:rPr>
                <w:color w:val="000000"/>
                <w:sz w:val="17"/>
              </w:rPr>
              <w:t>5,000円</w:t>
            </w:r>
          </w:p>
        </w:tc>
        <w:tc>
          <w:tcPr>
            <w:tcW w:w="1361" w:type="dxa"/>
            <w:tcMar>
              <w:top w:w="45" w:type="dxa"/>
              <w:left w:w="100" w:type="dxa"/>
              <w:bottom w:w="45" w:type="dxa"/>
              <w:right w:w="100" w:type="dxa"/>
            </w:tcMar>
            <w:vAlign w:val="center"/>
          </w:tcPr>
          <w:p w14:paraId="565AD321" w14:textId="77777777" w:rsidR="00AD0E4F" w:rsidRDefault="008D426B">
            <w:pPr>
              <w:spacing w:after="0" w:line="240" w:lineRule="auto"/>
            </w:pPr>
            <w:r>
              <w:rPr>
                <w:color w:val="000000"/>
                <w:sz w:val="17"/>
              </w:rPr>
              <w:t>500円</w:t>
            </w:r>
          </w:p>
        </w:tc>
        <w:tc>
          <w:tcPr>
            <w:tcW w:w="2041" w:type="dxa"/>
            <w:tcMar>
              <w:top w:w="45" w:type="dxa"/>
              <w:left w:w="100" w:type="dxa"/>
              <w:bottom w:w="45" w:type="dxa"/>
              <w:right w:w="100" w:type="dxa"/>
            </w:tcMar>
            <w:vAlign w:val="center"/>
          </w:tcPr>
          <w:p w14:paraId="7562760C" w14:textId="77777777" w:rsidR="00AD0E4F" w:rsidRDefault="008D426B">
            <w:pPr>
              <w:spacing w:after="0" w:line="240" w:lineRule="auto"/>
            </w:pPr>
            <w:r>
              <w:rPr>
                <w:color w:val="000000"/>
                <w:sz w:val="17"/>
              </w:rPr>
              <w:t>月1回</w:t>
            </w:r>
          </w:p>
        </w:tc>
        <w:tc>
          <w:tcPr>
            <w:tcW w:w="737" w:type="dxa"/>
            <w:tcMar>
              <w:top w:w="45" w:type="dxa"/>
              <w:left w:w="100" w:type="dxa"/>
              <w:bottom w:w="45" w:type="dxa"/>
              <w:right w:w="100" w:type="dxa"/>
            </w:tcMar>
            <w:vAlign w:val="center"/>
          </w:tcPr>
          <w:p w14:paraId="5D579B20" w14:textId="77777777" w:rsidR="00AD0E4F" w:rsidRDefault="00AD0E4F">
            <w:pPr>
              <w:spacing w:after="0" w:line="240" w:lineRule="auto"/>
            </w:pPr>
          </w:p>
        </w:tc>
      </w:tr>
      <w:tr w:rsidR="00AD0E4F" w14:paraId="7C3B3536" w14:textId="77777777">
        <w:trPr>
          <w:jc w:val="center"/>
        </w:trPr>
        <w:tc>
          <w:tcPr>
            <w:tcW w:w="4649" w:type="dxa"/>
            <w:tcMar>
              <w:top w:w="45" w:type="dxa"/>
              <w:left w:w="100" w:type="dxa"/>
              <w:bottom w:w="45" w:type="dxa"/>
              <w:right w:w="100" w:type="dxa"/>
            </w:tcMar>
            <w:vAlign w:val="center"/>
          </w:tcPr>
          <w:p w14:paraId="2D5F7255" w14:textId="77777777" w:rsidR="00AD0E4F" w:rsidRDefault="008D426B">
            <w:pPr>
              <w:spacing w:after="0" w:line="240" w:lineRule="auto"/>
              <w:rPr>
                <w:lang w:eastAsia="ja-JP"/>
              </w:rPr>
            </w:pPr>
            <w:r>
              <w:rPr>
                <w:color w:val="000000"/>
                <w:sz w:val="17"/>
                <w:lang w:eastAsia="ja-JP"/>
              </w:rPr>
              <w:t>特別管理加算・その他</w:t>
            </w:r>
          </w:p>
        </w:tc>
        <w:tc>
          <w:tcPr>
            <w:tcW w:w="1531" w:type="dxa"/>
            <w:tcMar>
              <w:top w:w="45" w:type="dxa"/>
              <w:left w:w="100" w:type="dxa"/>
              <w:bottom w:w="45" w:type="dxa"/>
              <w:right w:w="100" w:type="dxa"/>
            </w:tcMar>
            <w:vAlign w:val="center"/>
          </w:tcPr>
          <w:p w14:paraId="41B1F089" w14:textId="77777777" w:rsidR="00AD0E4F" w:rsidRDefault="008D426B">
            <w:pPr>
              <w:spacing w:after="0" w:line="240" w:lineRule="auto"/>
            </w:pPr>
            <w:r>
              <w:rPr>
                <w:color w:val="000000"/>
                <w:sz w:val="17"/>
              </w:rPr>
              <w:t>2,500円</w:t>
            </w:r>
          </w:p>
        </w:tc>
        <w:tc>
          <w:tcPr>
            <w:tcW w:w="1361" w:type="dxa"/>
            <w:tcMar>
              <w:top w:w="45" w:type="dxa"/>
              <w:left w:w="100" w:type="dxa"/>
              <w:bottom w:w="45" w:type="dxa"/>
              <w:right w:w="100" w:type="dxa"/>
            </w:tcMar>
            <w:vAlign w:val="center"/>
          </w:tcPr>
          <w:p w14:paraId="62658073" w14:textId="77777777" w:rsidR="00AD0E4F" w:rsidRDefault="008D426B">
            <w:pPr>
              <w:spacing w:after="0" w:line="240" w:lineRule="auto"/>
            </w:pPr>
            <w:r>
              <w:rPr>
                <w:color w:val="000000"/>
                <w:sz w:val="17"/>
              </w:rPr>
              <w:t>250円</w:t>
            </w:r>
          </w:p>
        </w:tc>
        <w:tc>
          <w:tcPr>
            <w:tcW w:w="2041" w:type="dxa"/>
            <w:tcMar>
              <w:top w:w="45" w:type="dxa"/>
              <w:left w:w="100" w:type="dxa"/>
              <w:bottom w:w="45" w:type="dxa"/>
              <w:right w:w="100" w:type="dxa"/>
            </w:tcMar>
            <w:vAlign w:val="center"/>
          </w:tcPr>
          <w:p w14:paraId="6AFD9CF5" w14:textId="77777777" w:rsidR="00AD0E4F" w:rsidRDefault="008D426B">
            <w:pPr>
              <w:spacing w:after="0" w:line="240" w:lineRule="auto"/>
            </w:pPr>
            <w:r>
              <w:rPr>
                <w:color w:val="000000"/>
                <w:sz w:val="17"/>
              </w:rPr>
              <w:t>月1回</w:t>
            </w:r>
          </w:p>
        </w:tc>
        <w:tc>
          <w:tcPr>
            <w:tcW w:w="737" w:type="dxa"/>
            <w:tcMar>
              <w:top w:w="45" w:type="dxa"/>
              <w:left w:w="100" w:type="dxa"/>
              <w:bottom w:w="45" w:type="dxa"/>
              <w:right w:w="100" w:type="dxa"/>
            </w:tcMar>
            <w:vAlign w:val="center"/>
          </w:tcPr>
          <w:p w14:paraId="1E7B5366" w14:textId="77777777" w:rsidR="00AD0E4F" w:rsidRDefault="00AD0E4F">
            <w:pPr>
              <w:spacing w:after="0" w:line="240" w:lineRule="auto"/>
            </w:pPr>
          </w:p>
        </w:tc>
      </w:tr>
      <w:tr w:rsidR="00AD0E4F" w14:paraId="3482D3B8" w14:textId="77777777">
        <w:trPr>
          <w:jc w:val="center"/>
        </w:trPr>
        <w:tc>
          <w:tcPr>
            <w:tcW w:w="4649" w:type="dxa"/>
            <w:tcMar>
              <w:top w:w="45" w:type="dxa"/>
              <w:left w:w="100" w:type="dxa"/>
              <w:bottom w:w="45" w:type="dxa"/>
              <w:right w:w="100" w:type="dxa"/>
            </w:tcMar>
            <w:vAlign w:val="center"/>
          </w:tcPr>
          <w:p w14:paraId="06754B90" w14:textId="77777777" w:rsidR="00AD0E4F" w:rsidRDefault="008D426B">
            <w:pPr>
              <w:spacing w:after="0" w:line="240" w:lineRule="auto"/>
            </w:pPr>
            <w:r>
              <w:rPr>
                <w:color w:val="000000"/>
                <w:sz w:val="17"/>
              </w:rPr>
              <w:t>退院時共同指導加算</w:t>
            </w:r>
          </w:p>
        </w:tc>
        <w:tc>
          <w:tcPr>
            <w:tcW w:w="1531" w:type="dxa"/>
            <w:tcMar>
              <w:top w:w="45" w:type="dxa"/>
              <w:left w:w="100" w:type="dxa"/>
              <w:bottom w:w="45" w:type="dxa"/>
              <w:right w:w="100" w:type="dxa"/>
            </w:tcMar>
            <w:vAlign w:val="center"/>
          </w:tcPr>
          <w:p w14:paraId="5CE07900" w14:textId="77777777" w:rsidR="00AD0E4F" w:rsidRDefault="008D426B">
            <w:pPr>
              <w:spacing w:after="0" w:line="240" w:lineRule="auto"/>
            </w:pPr>
            <w:r>
              <w:rPr>
                <w:color w:val="000000"/>
                <w:sz w:val="17"/>
              </w:rPr>
              <w:t>8,000円</w:t>
            </w:r>
          </w:p>
        </w:tc>
        <w:tc>
          <w:tcPr>
            <w:tcW w:w="1361" w:type="dxa"/>
            <w:tcMar>
              <w:top w:w="45" w:type="dxa"/>
              <w:left w:w="100" w:type="dxa"/>
              <w:bottom w:w="45" w:type="dxa"/>
              <w:right w:w="100" w:type="dxa"/>
            </w:tcMar>
            <w:vAlign w:val="center"/>
          </w:tcPr>
          <w:p w14:paraId="2A8EDCDA" w14:textId="77777777" w:rsidR="00AD0E4F" w:rsidRDefault="008D426B">
            <w:pPr>
              <w:spacing w:after="0" w:line="240" w:lineRule="auto"/>
            </w:pPr>
            <w:r>
              <w:rPr>
                <w:color w:val="000000"/>
                <w:sz w:val="17"/>
              </w:rPr>
              <w:t>800円</w:t>
            </w:r>
          </w:p>
        </w:tc>
        <w:tc>
          <w:tcPr>
            <w:tcW w:w="2041" w:type="dxa"/>
            <w:tcMar>
              <w:top w:w="45" w:type="dxa"/>
              <w:left w:w="100" w:type="dxa"/>
              <w:bottom w:w="45" w:type="dxa"/>
              <w:right w:w="100" w:type="dxa"/>
            </w:tcMar>
            <w:vAlign w:val="center"/>
          </w:tcPr>
          <w:p w14:paraId="45BB6798" w14:textId="77777777" w:rsidR="00AD0E4F" w:rsidRDefault="008D426B">
            <w:pPr>
              <w:spacing w:after="0" w:line="240" w:lineRule="auto"/>
            </w:pPr>
            <w:r>
              <w:rPr>
                <w:color w:val="000000"/>
                <w:sz w:val="17"/>
              </w:rPr>
              <w:t>退院等につき</w:t>
            </w:r>
          </w:p>
        </w:tc>
        <w:tc>
          <w:tcPr>
            <w:tcW w:w="737" w:type="dxa"/>
            <w:tcMar>
              <w:top w:w="45" w:type="dxa"/>
              <w:left w:w="100" w:type="dxa"/>
              <w:bottom w:w="45" w:type="dxa"/>
              <w:right w:w="100" w:type="dxa"/>
            </w:tcMar>
            <w:vAlign w:val="center"/>
          </w:tcPr>
          <w:p w14:paraId="4182083D" w14:textId="77777777" w:rsidR="00AD0E4F" w:rsidRDefault="00AD0E4F">
            <w:pPr>
              <w:spacing w:after="0" w:line="240" w:lineRule="auto"/>
            </w:pPr>
          </w:p>
        </w:tc>
      </w:tr>
      <w:tr w:rsidR="00AD0E4F" w14:paraId="55B4588F" w14:textId="77777777">
        <w:trPr>
          <w:jc w:val="center"/>
        </w:trPr>
        <w:tc>
          <w:tcPr>
            <w:tcW w:w="4649" w:type="dxa"/>
            <w:tcMar>
              <w:top w:w="45" w:type="dxa"/>
              <w:left w:w="100" w:type="dxa"/>
              <w:bottom w:w="45" w:type="dxa"/>
              <w:right w:w="100" w:type="dxa"/>
            </w:tcMar>
            <w:vAlign w:val="center"/>
          </w:tcPr>
          <w:p w14:paraId="1A00FF3B" w14:textId="77777777" w:rsidR="00AD0E4F" w:rsidRDefault="008D426B">
            <w:pPr>
              <w:spacing w:after="0" w:line="240" w:lineRule="auto"/>
            </w:pPr>
            <w:r>
              <w:rPr>
                <w:color w:val="000000"/>
                <w:sz w:val="17"/>
              </w:rPr>
              <w:t>特別管理指導加算</w:t>
            </w:r>
          </w:p>
        </w:tc>
        <w:tc>
          <w:tcPr>
            <w:tcW w:w="1531" w:type="dxa"/>
            <w:tcMar>
              <w:top w:w="45" w:type="dxa"/>
              <w:left w:w="100" w:type="dxa"/>
              <w:bottom w:w="45" w:type="dxa"/>
              <w:right w:w="100" w:type="dxa"/>
            </w:tcMar>
            <w:vAlign w:val="center"/>
          </w:tcPr>
          <w:p w14:paraId="334C358E" w14:textId="77777777" w:rsidR="00AD0E4F" w:rsidRDefault="008D426B">
            <w:pPr>
              <w:spacing w:after="0" w:line="240" w:lineRule="auto"/>
            </w:pPr>
            <w:r>
              <w:rPr>
                <w:color w:val="000000"/>
                <w:sz w:val="17"/>
              </w:rPr>
              <w:t>2,000円</w:t>
            </w:r>
          </w:p>
        </w:tc>
        <w:tc>
          <w:tcPr>
            <w:tcW w:w="1361" w:type="dxa"/>
            <w:tcMar>
              <w:top w:w="45" w:type="dxa"/>
              <w:left w:w="100" w:type="dxa"/>
              <w:bottom w:w="45" w:type="dxa"/>
              <w:right w:w="100" w:type="dxa"/>
            </w:tcMar>
            <w:vAlign w:val="center"/>
          </w:tcPr>
          <w:p w14:paraId="0DAF4821" w14:textId="77777777" w:rsidR="00AD0E4F" w:rsidRDefault="008D426B">
            <w:pPr>
              <w:spacing w:after="0" w:line="240" w:lineRule="auto"/>
            </w:pPr>
            <w:r>
              <w:rPr>
                <w:color w:val="000000"/>
                <w:sz w:val="17"/>
              </w:rPr>
              <w:t>200円</w:t>
            </w:r>
          </w:p>
        </w:tc>
        <w:tc>
          <w:tcPr>
            <w:tcW w:w="2041" w:type="dxa"/>
            <w:tcMar>
              <w:top w:w="45" w:type="dxa"/>
              <w:left w:w="100" w:type="dxa"/>
              <w:bottom w:w="45" w:type="dxa"/>
              <w:right w:w="100" w:type="dxa"/>
            </w:tcMar>
            <w:vAlign w:val="center"/>
          </w:tcPr>
          <w:p w14:paraId="186ECEAA" w14:textId="77777777" w:rsidR="00AD0E4F" w:rsidRDefault="008D426B">
            <w:pPr>
              <w:spacing w:after="0" w:line="240" w:lineRule="auto"/>
            </w:pPr>
            <w:r>
              <w:rPr>
                <w:color w:val="000000"/>
                <w:sz w:val="17"/>
              </w:rPr>
              <w:t>対象時</w:t>
            </w:r>
          </w:p>
        </w:tc>
        <w:tc>
          <w:tcPr>
            <w:tcW w:w="737" w:type="dxa"/>
            <w:tcMar>
              <w:top w:w="45" w:type="dxa"/>
              <w:left w:w="100" w:type="dxa"/>
              <w:bottom w:w="45" w:type="dxa"/>
              <w:right w:w="100" w:type="dxa"/>
            </w:tcMar>
            <w:vAlign w:val="center"/>
          </w:tcPr>
          <w:p w14:paraId="6DFB1DD5" w14:textId="77777777" w:rsidR="00AD0E4F" w:rsidRDefault="00AD0E4F">
            <w:pPr>
              <w:spacing w:after="0" w:line="240" w:lineRule="auto"/>
            </w:pPr>
          </w:p>
        </w:tc>
      </w:tr>
      <w:tr w:rsidR="00AD0E4F" w14:paraId="2D1B005F" w14:textId="77777777">
        <w:trPr>
          <w:jc w:val="center"/>
        </w:trPr>
        <w:tc>
          <w:tcPr>
            <w:tcW w:w="4649" w:type="dxa"/>
            <w:tcMar>
              <w:top w:w="45" w:type="dxa"/>
              <w:left w:w="100" w:type="dxa"/>
              <w:bottom w:w="45" w:type="dxa"/>
              <w:right w:w="100" w:type="dxa"/>
            </w:tcMar>
            <w:vAlign w:val="center"/>
          </w:tcPr>
          <w:p w14:paraId="02B63A3F" w14:textId="77777777" w:rsidR="00AD0E4F" w:rsidRDefault="008D426B">
            <w:pPr>
              <w:spacing w:after="0" w:line="240" w:lineRule="auto"/>
            </w:pPr>
            <w:r>
              <w:rPr>
                <w:color w:val="000000"/>
                <w:sz w:val="17"/>
              </w:rPr>
              <w:t>退院支援指導加算</w:t>
            </w:r>
          </w:p>
        </w:tc>
        <w:tc>
          <w:tcPr>
            <w:tcW w:w="1531" w:type="dxa"/>
            <w:tcMar>
              <w:top w:w="45" w:type="dxa"/>
              <w:left w:w="100" w:type="dxa"/>
              <w:bottom w:w="45" w:type="dxa"/>
              <w:right w:w="100" w:type="dxa"/>
            </w:tcMar>
            <w:vAlign w:val="center"/>
          </w:tcPr>
          <w:p w14:paraId="23E543A0" w14:textId="77777777" w:rsidR="00AD0E4F" w:rsidRDefault="008D426B">
            <w:pPr>
              <w:spacing w:after="0" w:line="240" w:lineRule="auto"/>
            </w:pPr>
            <w:r>
              <w:rPr>
                <w:color w:val="000000"/>
                <w:sz w:val="17"/>
              </w:rPr>
              <w:t>6,000円</w:t>
            </w:r>
          </w:p>
        </w:tc>
        <w:tc>
          <w:tcPr>
            <w:tcW w:w="1361" w:type="dxa"/>
            <w:tcMar>
              <w:top w:w="45" w:type="dxa"/>
              <w:left w:w="100" w:type="dxa"/>
              <w:bottom w:w="45" w:type="dxa"/>
              <w:right w:w="100" w:type="dxa"/>
            </w:tcMar>
            <w:vAlign w:val="center"/>
          </w:tcPr>
          <w:p w14:paraId="2D602892" w14:textId="77777777" w:rsidR="00AD0E4F" w:rsidRDefault="008D426B">
            <w:pPr>
              <w:spacing w:after="0" w:line="240" w:lineRule="auto"/>
            </w:pPr>
            <w:r>
              <w:rPr>
                <w:color w:val="000000"/>
                <w:sz w:val="17"/>
              </w:rPr>
              <w:t>600円</w:t>
            </w:r>
          </w:p>
        </w:tc>
        <w:tc>
          <w:tcPr>
            <w:tcW w:w="2041" w:type="dxa"/>
            <w:tcMar>
              <w:top w:w="45" w:type="dxa"/>
              <w:left w:w="100" w:type="dxa"/>
              <w:bottom w:w="45" w:type="dxa"/>
              <w:right w:w="100" w:type="dxa"/>
            </w:tcMar>
            <w:vAlign w:val="center"/>
          </w:tcPr>
          <w:p w14:paraId="5D01328B" w14:textId="77777777" w:rsidR="00AD0E4F" w:rsidRDefault="008D426B">
            <w:pPr>
              <w:spacing w:after="0" w:line="240" w:lineRule="auto"/>
            </w:pPr>
            <w:r>
              <w:rPr>
                <w:color w:val="000000"/>
                <w:sz w:val="17"/>
              </w:rPr>
              <w:t>退院日</w:t>
            </w:r>
          </w:p>
        </w:tc>
        <w:tc>
          <w:tcPr>
            <w:tcW w:w="737" w:type="dxa"/>
            <w:tcMar>
              <w:top w:w="45" w:type="dxa"/>
              <w:left w:w="100" w:type="dxa"/>
              <w:bottom w:w="45" w:type="dxa"/>
              <w:right w:w="100" w:type="dxa"/>
            </w:tcMar>
            <w:vAlign w:val="center"/>
          </w:tcPr>
          <w:p w14:paraId="11FCDF9B" w14:textId="77777777" w:rsidR="00AD0E4F" w:rsidRDefault="00AD0E4F">
            <w:pPr>
              <w:spacing w:after="0" w:line="240" w:lineRule="auto"/>
            </w:pPr>
          </w:p>
        </w:tc>
      </w:tr>
      <w:tr w:rsidR="00AD0E4F" w14:paraId="3FAD4C35" w14:textId="77777777">
        <w:trPr>
          <w:jc w:val="center"/>
        </w:trPr>
        <w:tc>
          <w:tcPr>
            <w:tcW w:w="4649" w:type="dxa"/>
            <w:tcMar>
              <w:top w:w="45" w:type="dxa"/>
              <w:left w:w="100" w:type="dxa"/>
              <w:bottom w:w="45" w:type="dxa"/>
              <w:right w:w="100" w:type="dxa"/>
            </w:tcMar>
            <w:vAlign w:val="center"/>
          </w:tcPr>
          <w:p w14:paraId="7FEA05CA" w14:textId="77777777" w:rsidR="00AD0E4F" w:rsidRDefault="008D426B">
            <w:pPr>
              <w:spacing w:after="0" w:line="240" w:lineRule="auto"/>
            </w:pPr>
            <w:r>
              <w:rPr>
                <w:color w:val="000000"/>
                <w:sz w:val="17"/>
              </w:rPr>
              <w:t>在宅患者連携指導加算</w:t>
            </w:r>
          </w:p>
        </w:tc>
        <w:tc>
          <w:tcPr>
            <w:tcW w:w="1531" w:type="dxa"/>
            <w:tcMar>
              <w:top w:w="45" w:type="dxa"/>
              <w:left w:w="100" w:type="dxa"/>
              <w:bottom w:w="45" w:type="dxa"/>
              <w:right w:w="100" w:type="dxa"/>
            </w:tcMar>
            <w:vAlign w:val="center"/>
          </w:tcPr>
          <w:p w14:paraId="4FED08F3" w14:textId="77777777" w:rsidR="00AD0E4F" w:rsidRDefault="008D426B">
            <w:pPr>
              <w:spacing w:after="0" w:line="240" w:lineRule="auto"/>
            </w:pPr>
            <w:r>
              <w:rPr>
                <w:color w:val="000000"/>
                <w:sz w:val="17"/>
              </w:rPr>
              <w:t>3,000円</w:t>
            </w:r>
          </w:p>
        </w:tc>
        <w:tc>
          <w:tcPr>
            <w:tcW w:w="1361" w:type="dxa"/>
            <w:tcMar>
              <w:top w:w="45" w:type="dxa"/>
              <w:left w:w="100" w:type="dxa"/>
              <w:bottom w:w="45" w:type="dxa"/>
              <w:right w:w="100" w:type="dxa"/>
            </w:tcMar>
            <w:vAlign w:val="center"/>
          </w:tcPr>
          <w:p w14:paraId="537D21C7" w14:textId="77777777" w:rsidR="00AD0E4F" w:rsidRDefault="008D426B">
            <w:pPr>
              <w:spacing w:after="0" w:line="240" w:lineRule="auto"/>
            </w:pPr>
            <w:r>
              <w:rPr>
                <w:color w:val="000000"/>
                <w:sz w:val="17"/>
              </w:rPr>
              <w:t>300円</w:t>
            </w:r>
          </w:p>
        </w:tc>
        <w:tc>
          <w:tcPr>
            <w:tcW w:w="2041" w:type="dxa"/>
            <w:tcMar>
              <w:top w:w="45" w:type="dxa"/>
              <w:left w:w="100" w:type="dxa"/>
              <w:bottom w:w="45" w:type="dxa"/>
              <w:right w:w="100" w:type="dxa"/>
            </w:tcMar>
            <w:vAlign w:val="center"/>
          </w:tcPr>
          <w:p w14:paraId="02859E6C" w14:textId="77777777" w:rsidR="00AD0E4F" w:rsidRDefault="008D426B">
            <w:pPr>
              <w:spacing w:after="0" w:line="240" w:lineRule="auto"/>
            </w:pPr>
            <w:r>
              <w:rPr>
                <w:color w:val="000000"/>
                <w:sz w:val="17"/>
              </w:rPr>
              <w:t>月1回</w:t>
            </w:r>
          </w:p>
        </w:tc>
        <w:tc>
          <w:tcPr>
            <w:tcW w:w="737" w:type="dxa"/>
            <w:tcMar>
              <w:top w:w="45" w:type="dxa"/>
              <w:left w:w="100" w:type="dxa"/>
              <w:bottom w:w="45" w:type="dxa"/>
              <w:right w:w="100" w:type="dxa"/>
            </w:tcMar>
            <w:vAlign w:val="center"/>
          </w:tcPr>
          <w:p w14:paraId="5B1B4184" w14:textId="77777777" w:rsidR="00AD0E4F" w:rsidRDefault="00AD0E4F">
            <w:pPr>
              <w:spacing w:after="0" w:line="240" w:lineRule="auto"/>
            </w:pPr>
          </w:p>
        </w:tc>
      </w:tr>
      <w:tr w:rsidR="00AD0E4F" w14:paraId="6FAB0232" w14:textId="77777777">
        <w:trPr>
          <w:jc w:val="center"/>
        </w:trPr>
        <w:tc>
          <w:tcPr>
            <w:tcW w:w="4649" w:type="dxa"/>
            <w:tcMar>
              <w:top w:w="45" w:type="dxa"/>
              <w:left w:w="100" w:type="dxa"/>
              <w:bottom w:w="45" w:type="dxa"/>
              <w:right w:w="100" w:type="dxa"/>
            </w:tcMar>
            <w:vAlign w:val="center"/>
          </w:tcPr>
          <w:p w14:paraId="76516345" w14:textId="77777777" w:rsidR="00AD0E4F" w:rsidRDefault="008D426B">
            <w:pPr>
              <w:spacing w:after="0" w:line="240" w:lineRule="auto"/>
              <w:rPr>
                <w:lang w:eastAsia="ja-JP"/>
              </w:rPr>
            </w:pPr>
            <w:r>
              <w:rPr>
                <w:color w:val="000000"/>
                <w:sz w:val="17"/>
                <w:lang w:eastAsia="ja-JP"/>
              </w:rPr>
              <w:t>在宅患者緊急時等カンファレンス加算</w:t>
            </w:r>
          </w:p>
        </w:tc>
        <w:tc>
          <w:tcPr>
            <w:tcW w:w="1531" w:type="dxa"/>
            <w:tcMar>
              <w:top w:w="45" w:type="dxa"/>
              <w:left w:w="100" w:type="dxa"/>
              <w:bottom w:w="45" w:type="dxa"/>
              <w:right w:w="100" w:type="dxa"/>
            </w:tcMar>
            <w:vAlign w:val="center"/>
          </w:tcPr>
          <w:p w14:paraId="2B5A3BFD" w14:textId="77777777" w:rsidR="00AD0E4F" w:rsidRDefault="008D426B">
            <w:pPr>
              <w:spacing w:after="0" w:line="240" w:lineRule="auto"/>
            </w:pPr>
            <w:r>
              <w:rPr>
                <w:color w:val="000000"/>
                <w:sz w:val="17"/>
              </w:rPr>
              <w:t>2,000円</w:t>
            </w:r>
          </w:p>
        </w:tc>
        <w:tc>
          <w:tcPr>
            <w:tcW w:w="1361" w:type="dxa"/>
            <w:tcMar>
              <w:top w:w="45" w:type="dxa"/>
              <w:left w:w="100" w:type="dxa"/>
              <w:bottom w:w="45" w:type="dxa"/>
              <w:right w:w="100" w:type="dxa"/>
            </w:tcMar>
            <w:vAlign w:val="center"/>
          </w:tcPr>
          <w:p w14:paraId="3FBC1E5E" w14:textId="77777777" w:rsidR="00AD0E4F" w:rsidRDefault="008D426B">
            <w:pPr>
              <w:spacing w:after="0" w:line="240" w:lineRule="auto"/>
            </w:pPr>
            <w:r>
              <w:rPr>
                <w:color w:val="000000"/>
                <w:sz w:val="17"/>
              </w:rPr>
              <w:t>200円</w:t>
            </w:r>
          </w:p>
        </w:tc>
        <w:tc>
          <w:tcPr>
            <w:tcW w:w="2041" w:type="dxa"/>
            <w:tcMar>
              <w:top w:w="45" w:type="dxa"/>
              <w:left w:w="100" w:type="dxa"/>
              <w:bottom w:w="45" w:type="dxa"/>
              <w:right w:w="100" w:type="dxa"/>
            </w:tcMar>
            <w:vAlign w:val="center"/>
          </w:tcPr>
          <w:p w14:paraId="2EE5E49A" w14:textId="77777777" w:rsidR="00AD0E4F" w:rsidRDefault="008D426B">
            <w:pPr>
              <w:spacing w:after="0" w:line="240" w:lineRule="auto"/>
            </w:pPr>
            <w:r>
              <w:rPr>
                <w:color w:val="000000"/>
                <w:sz w:val="17"/>
              </w:rPr>
              <w:t>月2回まで</w:t>
            </w:r>
          </w:p>
        </w:tc>
        <w:tc>
          <w:tcPr>
            <w:tcW w:w="737" w:type="dxa"/>
            <w:tcMar>
              <w:top w:w="45" w:type="dxa"/>
              <w:left w:w="100" w:type="dxa"/>
              <w:bottom w:w="45" w:type="dxa"/>
              <w:right w:w="100" w:type="dxa"/>
            </w:tcMar>
            <w:vAlign w:val="center"/>
          </w:tcPr>
          <w:p w14:paraId="447FA35D" w14:textId="77777777" w:rsidR="00AD0E4F" w:rsidRDefault="00AD0E4F">
            <w:pPr>
              <w:spacing w:after="0" w:line="240" w:lineRule="auto"/>
            </w:pPr>
          </w:p>
        </w:tc>
      </w:tr>
      <w:tr w:rsidR="00AD0E4F" w14:paraId="767CB27B" w14:textId="77777777">
        <w:trPr>
          <w:jc w:val="center"/>
        </w:trPr>
        <w:tc>
          <w:tcPr>
            <w:tcW w:w="4649" w:type="dxa"/>
            <w:tcMar>
              <w:top w:w="45" w:type="dxa"/>
              <w:left w:w="100" w:type="dxa"/>
              <w:bottom w:w="45" w:type="dxa"/>
              <w:right w:w="100" w:type="dxa"/>
            </w:tcMar>
            <w:vAlign w:val="center"/>
          </w:tcPr>
          <w:p w14:paraId="0E802916" w14:textId="77777777" w:rsidR="00AD0E4F" w:rsidRDefault="008D426B">
            <w:pPr>
              <w:spacing w:after="0" w:line="240" w:lineRule="auto"/>
            </w:pPr>
            <w:r>
              <w:rPr>
                <w:color w:val="000000"/>
                <w:sz w:val="17"/>
              </w:rPr>
              <w:t>訪問看護医療情報連携加算</w:t>
            </w:r>
          </w:p>
        </w:tc>
        <w:tc>
          <w:tcPr>
            <w:tcW w:w="1531" w:type="dxa"/>
            <w:tcMar>
              <w:top w:w="45" w:type="dxa"/>
              <w:left w:w="100" w:type="dxa"/>
              <w:bottom w:w="45" w:type="dxa"/>
              <w:right w:w="100" w:type="dxa"/>
            </w:tcMar>
            <w:vAlign w:val="center"/>
          </w:tcPr>
          <w:p w14:paraId="65B4DA47" w14:textId="77777777" w:rsidR="00AD0E4F" w:rsidRDefault="008D426B">
            <w:pPr>
              <w:spacing w:after="0" w:line="240" w:lineRule="auto"/>
            </w:pPr>
            <w:r>
              <w:rPr>
                <w:color w:val="000000"/>
                <w:sz w:val="17"/>
              </w:rPr>
              <w:t>1,000円</w:t>
            </w:r>
          </w:p>
        </w:tc>
        <w:tc>
          <w:tcPr>
            <w:tcW w:w="1361" w:type="dxa"/>
            <w:tcMar>
              <w:top w:w="45" w:type="dxa"/>
              <w:left w:w="100" w:type="dxa"/>
              <w:bottom w:w="45" w:type="dxa"/>
              <w:right w:w="100" w:type="dxa"/>
            </w:tcMar>
            <w:vAlign w:val="center"/>
          </w:tcPr>
          <w:p w14:paraId="6626B2DA" w14:textId="77777777" w:rsidR="00AD0E4F" w:rsidRDefault="008D426B">
            <w:pPr>
              <w:spacing w:after="0" w:line="240" w:lineRule="auto"/>
            </w:pPr>
            <w:r>
              <w:rPr>
                <w:color w:val="000000"/>
                <w:sz w:val="17"/>
              </w:rPr>
              <w:t>100円</w:t>
            </w:r>
          </w:p>
        </w:tc>
        <w:tc>
          <w:tcPr>
            <w:tcW w:w="2041" w:type="dxa"/>
            <w:tcMar>
              <w:top w:w="45" w:type="dxa"/>
              <w:left w:w="100" w:type="dxa"/>
              <w:bottom w:w="45" w:type="dxa"/>
              <w:right w:w="100" w:type="dxa"/>
            </w:tcMar>
            <w:vAlign w:val="center"/>
          </w:tcPr>
          <w:p w14:paraId="75A845F6" w14:textId="77777777" w:rsidR="00AD0E4F" w:rsidRDefault="008D426B">
            <w:pPr>
              <w:spacing w:after="0" w:line="240" w:lineRule="auto"/>
            </w:pPr>
            <w:r>
              <w:rPr>
                <w:color w:val="000000"/>
                <w:sz w:val="17"/>
              </w:rPr>
              <w:t>月1回</w:t>
            </w:r>
          </w:p>
        </w:tc>
        <w:tc>
          <w:tcPr>
            <w:tcW w:w="737" w:type="dxa"/>
            <w:tcMar>
              <w:top w:w="45" w:type="dxa"/>
              <w:left w:w="100" w:type="dxa"/>
              <w:bottom w:w="45" w:type="dxa"/>
              <w:right w:w="100" w:type="dxa"/>
            </w:tcMar>
            <w:vAlign w:val="center"/>
          </w:tcPr>
          <w:p w14:paraId="5390D65E" w14:textId="77777777" w:rsidR="00AD0E4F" w:rsidRDefault="00AD0E4F">
            <w:pPr>
              <w:spacing w:after="0" w:line="240" w:lineRule="auto"/>
            </w:pPr>
          </w:p>
        </w:tc>
      </w:tr>
      <w:tr w:rsidR="00AD0E4F" w14:paraId="71ED4DF5" w14:textId="77777777">
        <w:trPr>
          <w:jc w:val="center"/>
        </w:trPr>
        <w:tc>
          <w:tcPr>
            <w:tcW w:w="4649" w:type="dxa"/>
            <w:tcMar>
              <w:top w:w="45" w:type="dxa"/>
              <w:left w:w="100" w:type="dxa"/>
              <w:bottom w:w="45" w:type="dxa"/>
              <w:right w:w="100" w:type="dxa"/>
            </w:tcMar>
            <w:vAlign w:val="center"/>
          </w:tcPr>
          <w:p w14:paraId="28D80CD3" w14:textId="77777777" w:rsidR="00AD0E4F" w:rsidRDefault="008D426B">
            <w:pPr>
              <w:spacing w:after="0" w:line="240" w:lineRule="auto"/>
              <w:rPr>
                <w:lang w:eastAsia="ja-JP"/>
              </w:rPr>
            </w:pPr>
            <w:r>
              <w:rPr>
                <w:color w:val="000000"/>
                <w:sz w:val="17"/>
                <w:lang w:eastAsia="ja-JP"/>
              </w:rPr>
              <w:t>訪問看護情報提供療養費1・2・3</w:t>
            </w:r>
          </w:p>
        </w:tc>
        <w:tc>
          <w:tcPr>
            <w:tcW w:w="1531" w:type="dxa"/>
            <w:tcMar>
              <w:top w:w="45" w:type="dxa"/>
              <w:left w:w="100" w:type="dxa"/>
              <w:bottom w:w="45" w:type="dxa"/>
              <w:right w:w="100" w:type="dxa"/>
            </w:tcMar>
            <w:vAlign w:val="center"/>
          </w:tcPr>
          <w:p w14:paraId="0370C31D" w14:textId="77777777" w:rsidR="00AD0E4F" w:rsidRDefault="008D426B">
            <w:pPr>
              <w:spacing w:after="0" w:line="240" w:lineRule="auto"/>
            </w:pPr>
            <w:r>
              <w:rPr>
                <w:color w:val="000000"/>
                <w:sz w:val="17"/>
              </w:rPr>
              <w:t>1,500円</w:t>
            </w:r>
          </w:p>
        </w:tc>
        <w:tc>
          <w:tcPr>
            <w:tcW w:w="1361" w:type="dxa"/>
            <w:tcMar>
              <w:top w:w="45" w:type="dxa"/>
              <w:left w:w="100" w:type="dxa"/>
              <w:bottom w:w="45" w:type="dxa"/>
              <w:right w:w="100" w:type="dxa"/>
            </w:tcMar>
            <w:vAlign w:val="center"/>
          </w:tcPr>
          <w:p w14:paraId="17F9D574" w14:textId="77777777" w:rsidR="00AD0E4F" w:rsidRDefault="008D426B">
            <w:pPr>
              <w:spacing w:after="0" w:line="240" w:lineRule="auto"/>
            </w:pPr>
            <w:r>
              <w:rPr>
                <w:color w:val="000000"/>
                <w:sz w:val="17"/>
              </w:rPr>
              <w:t>150円</w:t>
            </w:r>
          </w:p>
        </w:tc>
        <w:tc>
          <w:tcPr>
            <w:tcW w:w="2041" w:type="dxa"/>
            <w:tcMar>
              <w:top w:w="45" w:type="dxa"/>
              <w:left w:w="100" w:type="dxa"/>
              <w:bottom w:w="45" w:type="dxa"/>
              <w:right w:w="100" w:type="dxa"/>
            </w:tcMar>
            <w:vAlign w:val="center"/>
          </w:tcPr>
          <w:p w14:paraId="667E732B" w14:textId="77777777" w:rsidR="00AD0E4F" w:rsidRDefault="008D426B">
            <w:pPr>
              <w:spacing w:after="0" w:line="240" w:lineRule="auto"/>
            </w:pPr>
            <w:r>
              <w:rPr>
                <w:color w:val="000000"/>
                <w:sz w:val="17"/>
              </w:rPr>
              <w:t>各要件による</w:t>
            </w:r>
          </w:p>
        </w:tc>
        <w:tc>
          <w:tcPr>
            <w:tcW w:w="737" w:type="dxa"/>
            <w:tcMar>
              <w:top w:w="45" w:type="dxa"/>
              <w:left w:w="100" w:type="dxa"/>
              <w:bottom w:w="45" w:type="dxa"/>
              <w:right w:w="100" w:type="dxa"/>
            </w:tcMar>
            <w:vAlign w:val="center"/>
          </w:tcPr>
          <w:p w14:paraId="1C152306" w14:textId="77777777" w:rsidR="00AD0E4F" w:rsidRDefault="00AD0E4F">
            <w:pPr>
              <w:spacing w:after="0" w:line="240" w:lineRule="auto"/>
            </w:pPr>
          </w:p>
        </w:tc>
      </w:tr>
      <w:tr w:rsidR="00AD0E4F" w14:paraId="7FB3E59B" w14:textId="77777777">
        <w:trPr>
          <w:jc w:val="center"/>
        </w:trPr>
        <w:tc>
          <w:tcPr>
            <w:tcW w:w="4649" w:type="dxa"/>
            <w:tcMar>
              <w:top w:w="45" w:type="dxa"/>
              <w:left w:w="100" w:type="dxa"/>
              <w:bottom w:w="45" w:type="dxa"/>
              <w:right w:w="100" w:type="dxa"/>
            </w:tcMar>
            <w:vAlign w:val="center"/>
          </w:tcPr>
          <w:p w14:paraId="37D4935C" w14:textId="77777777" w:rsidR="00AD0E4F" w:rsidRDefault="008D426B">
            <w:pPr>
              <w:spacing w:after="0" w:line="240" w:lineRule="auto"/>
            </w:pPr>
            <w:r>
              <w:rPr>
                <w:color w:val="000000"/>
                <w:sz w:val="17"/>
              </w:rPr>
              <w:t>専門管理加算</w:t>
            </w:r>
          </w:p>
        </w:tc>
        <w:tc>
          <w:tcPr>
            <w:tcW w:w="1531" w:type="dxa"/>
            <w:tcMar>
              <w:top w:w="45" w:type="dxa"/>
              <w:left w:w="100" w:type="dxa"/>
              <w:bottom w:w="45" w:type="dxa"/>
              <w:right w:w="100" w:type="dxa"/>
            </w:tcMar>
            <w:vAlign w:val="center"/>
          </w:tcPr>
          <w:p w14:paraId="712604DD" w14:textId="77777777" w:rsidR="00AD0E4F" w:rsidRDefault="008D426B">
            <w:pPr>
              <w:spacing w:after="0" w:line="240" w:lineRule="auto"/>
            </w:pPr>
            <w:r>
              <w:rPr>
                <w:color w:val="000000"/>
                <w:sz w:val="17"/>
              </w:rPr>
              <w:t>2,500円</w:t>
            </w:r>
          </w:p>
        </w:tc>
        <w:tc>
          <w:tcPr>
            <w:tcW w:w="1361" w:type="dxa"/>
            <w:tcMar>
              <w:top w:w="45" w:type="dxa"/>
              <w:left w:w="100" w:type="dxa"/>
              <w:bottom w:w="45" w:type="dxa"/>
              <w:right w:w="100" w:type="dxa"/>
            </w:tcMar>
            <w:vAlign w:val="center"/>
          </w:tcPr>
          <w:p w14:paraId="5A958752" w14:textId="77777777" w:rsidR="00AD0E4F" w:rsidRDefault="008D426B">
            <w:pPr>
              <w:spacing w:after="0" w:line="240" w:lineRule="auto"/>
            </w:pPr>
            <w:r>
              <w:rPr>
                <w:color w:val="000000"/>
                <w:sz w:val="17"/>
              </w:rPr>
              <w:t>250円</w:t>
            </w:r>
          </w:p>
        </w:tc>
        <w:tc>
          <w:tcPr>
            <w:tcW w:w="2041" w:type="dxa"/>
            <w:tcMar>
              <w:top w:w="45" w:type="dxa"/>
              <w:left w:w="100" w:type="dxa"/>
              <w:bottom w:w="45" w:type="dxa"/>
              <w:right w:w="100" w:type="dxa"/>
            </w:tcMar>
            <w:vAlign w:val="center"/>
          </w:tcPr>
          <w:p w14:paraId="35754A81" w14:textId="77777777" w:rsidR="00AD0E4F" w:rsidRDefault="008D426B">
            <w:pPr>
              <w:spacing w:after="0" w:line="240" w:lineRule="auto"/>
            </w:pPr>
            <w:r>
              <w:rPr>
                <w:color w:val="000000"/>
                <w:sz w:val="17"/>
              </w:rPr>
              <w:t>月1回</w:t>
            </w:r>
          </w:p>
        </w:tc>
        <w:tc>
          <w:tcPr>
            <w:tcW w:w="737" w:type="dxa"/>
            <w:tcMar>
              <w:top w:w="45" w:type="dxa"/>
              <w:left w:w="100" w:type="dxa"/>
              <w:bottom w:w="45" w:type="dxa"/>
              <w:right w:w="100" w:type="dxa"/>
            </w:tcMar>
            <w:vAlign w:val="center"/>
          </w:tcPr>
          <w:p w14:paraId="6FB7F80C" w14:textId="77777777" w:rsidR="00AD0E4F" w:rsidRDefault="00AD0E4F">
            <w:pPr>
              <w:spacing w:after="0" w:line="240" w:lineRule="auto"/>
            </w:pPr>
          </w:p>
        </w:tc>
      </w:tr>
      <w:tr w:rsidR="00AD0E4F" w14:paraId="5712F6E5" w14:textId="77777777">
        <w:trPr>
          <w:jc w:val="center"/>
        </w:trPr>
        <w:tc>
          <w:tcPr>
            <w:tcW w:w="4649" w:type="dxa"/>
            <w:tcMar>
              <w:top w:w="45" w:type="dxa"/>
              <w:left w:w="100" w:type="dxa"/>
              <w:bottom w:w="45" w:type="dxa"/>
              <w:right w:w="100" w:type="dxa"/>
            </w:tcMar>
            <w:vAlign w:val="center"/>
          </w:tcPr>
          <w:p w14:paraId="337C7840" w14:textId="77777777" w:rsidR="00AD0E4F" w:rsidRDefault="008D426B">
            <w:pPr>
              <w:spacing w:after="0" w:line="240" w:lineRule="auto"/>
            </w:pPr>
            <w:r>
              <w:rPr>
                <w:color w:val="000000"/>
                <w:sz w:val="17"/>
              </w:rPr>
              <w:t>訪問看護医療DX情報活用加算</w:t>
            </w:r>
          </w:p>
        </w:tc>
        <w:tc>
          <w:tcPr>
            <w:tcW w:w="1531" w:type="dxa"/>
            <w:tcMar>
              <w:top w:w="45" w:type="dxa"/>
              <w:left w:w="100" w:type="dxa"/>
              <w:bottom w:w="45" w:type="dxa"/>
              <w:right w:w="100" w:type="dxa"/>
            </w:tcMar>
            <w:vAlign w:val="center"/>
          </w:tcPr>
          <w:p w14:paraId="491DFC5A" w14:textId="77777777" w:rsidR="00AD0E4F" w:rsidRDefault="008D426B">
            <w:pPr>
              <w:spacing w:after="0" w:line="240" w:lineRule="auto"/>
            </w:pPr>
            <w:r>
              <w:rPr>
                <w:color w:val="000000"/>
                <w:sz w:val="17"/>
              </w:rPr>
              <w:t>50円</w:t>
            </w:r>
          </w:p>
        </w:tc>
        <w:tc>
          <w:tcPr>
            <w:tcW w:w="1361" w:type="dxa"/>
            <w:tcMar>
              <w:top w:w="45" w:type="dxa"/>
              <w:left w:w="100" w:type="dxa"/>
              <w:bottom w:w="45" w:type="dxa"/>
              <w:right w:w="100" w:type="dxa"/>
            </w:tcMar>
            <w:vAlign w:val="center"/>
          </w:tcPr>
          <w:p w14:paraId="1E66DF04" w14:textId="77777777" w:rsidR="00AD0E4F" w:rsidRDefault="008D426B">
            <w:pPr>
              <w:spacing w:after="0" w:line="240" w:lineRule="auto"/>
            </w:pPr>
            <w:r>
              <w:rPr>
                <w:color w:val="000000"/>
                <w:sz w:val="17"/>
              </w:rPr>
              <w:t>5円</w:t>
            </w:r>
          </w:p>
        </w:tc>
        <w:tc>
          <w:tcPr>
            <w:tcW w:w="2041" w:type="dxa"/>
            <w:tcMar>
              <w:top w:w="45" w:type="dxa"/>
              <w:left w:w="100" w:type="dxa"/>
              <w:bottom w:w="45" w:type="dxa"/>
              <w:right w:w="100" w:type="dxa"/>
            </w:tcMar>
            <w:vAlign w:val="center"/>
          </w:tcPr>
          <w:p w14:paraId="6B865984" w14:textId="77777777" w:rsidR="00AD0E4F" w:rsidRDefault="008D426B">
            <w:pPr>
              <w:spacing w:after="0" w:line="240" w:lineRule="auto"/>
            </w:pPr>
            <w:r>
              <w:rPr>
                <w:color w:val="000000"/>
                <w:sz w:val="17"/>
              </w:rPr>
              <w:t>月1回</w:t>
            </w:r>
          </w:p>
        </w:tc>
        <w:tc>
          <w:tcPr>
            <w:tcW w:w="737" w:type="dxa"/>
            <w:tcMar>
              <w:top w:w="45" w:type="dxa"/>
              <w:left w:w="100" w:type="dxa"/>
              <w:bottom w:w="45" w:type="dxa"/>
              <w:right w:w="100" w:type="dxa"/>
            </w:tcMar>
            <w:vAlign w:val="center"/>
          </w:tcPr>
          <w:p w14:paraId="1C251E95" w14:textId="77777777" w:rsidR="00AD0E4F" w:rsidRDefault="00AD0E4F">
            <w:pPr>
              <w:spacing w:after="0" w:line="240" w:lineRule="auto"/>
            </w:pPr>
          </w:p>
        </w:tc>
      </w:tr>
      <w:tr w:rsidR="00AD0E4F" w14:paraId="214E3F8A" w14:textId="77777777">
        <w:trPr>
          <w:jc w:val="center"/>
        </w:trPr>
        <w:tc>
          <w:tcPr>
            <w:tcW w:w="4649" w:type="dxa"/>
            <w:tcMar>
              <w:top w:w="45" w:type="dxa"/>
              <w:left w:w="100" w:type="dxa"/>
              <w:bottom w:w="45" w:type="dxa"/>
              <w:right w:w="100" w:type="dxa"/>
            </w:tcMar>
            <w:vAlign w:val="center"/>
          </w:tcPr>
          <w:p w14:paraId="0D9694F3" w14:textId="77777777" w:rsidR="00AD0E4F" w:rsidRDefault="008D426B">
            <w:pPr>
              <w:spacing w:after="0" w:line="240" w:lineRule="auto"/>
            </w:pPr>
            <w:r>
              <w:rPr>
                <w:color w:val="000000"/>
                <w:sz w:val="17"/>
              </w:rPr>
              <w:t>訪問看護遠隔診療補助料</w:t>
            </w:r>
          </w:p>
        </w:tc>
        <w:tc>
          <w:tcPr>
            <w:tcW w:w="1531" w:type="dxa"/>
            <w:tcMar>
              <w:top w:w="45" w:type="dxa"/>
              <w:left w:w="100" w:type="dxa"/>
              <w:bottom w:w="45" w:type="dxa"/>
              <w:right w:w="100" w:type="dxa"/>
            </w:tcMar>
            <w:vAlign w:val="center"/>
          </w:tcPr>
          <w:p w14:paraId="64DCD503" w14:textId="77777777" w:rsidR="00AD0E4F" w:rsidRDefault="008D426B">
            <w:pPr>
              <w:spacing w:after="0" w:line="240" w:lineRule="auto"/>
            </w:pPr>
            <w:r>
              <w:rPr>
                <w:color w:val="000000"/>
                <w:sz w:val="17"/>
              </w:rPr>
              <w:t>2,650円</w:t>
            </w:r>
          </w:p>
        </w:tc>
        <w:tc>
          <w:tcPr>
            <w:tcW w:w="1361" w:type="dxa"/>
            <w:tcMar>
              <w:top w:w="45" w:type="dxa"/>
              <w:left w:w="100" w:type="dxa"/>
              <w:bottom w:w="45" w:type="dxa"/>
              <w:right w:w="100" w:type="dxa"/>
            </w:tcMar>
            <w:vAlign w:val="center"/>
          </w:tcPr>
          <w:p w14:paraId="06E4D0C6" w14:textId="77777777" w:rsidR="00AD0E4F" w:rsidRDefault="008D426B">
            <w:pPr>
              <w:spacing w:after="0" w:line="240" w:lineRule="auto"/>
            </w:pPr>
            <w:r>
              <w:rPr>
                <w:color w:val="000000"/>
                <w:sz w:val="17"/>
              </w:rPr>
              <w:t>265円</w:t>
            </w:r>
          </w:p>
        </w:tc>
        <w:tc>
          <w:tcPr>
            <w:tcW w:w="2041" w:type="dxa"/>
            <w:tcMar>
              <w:top w:w="45" w:type="dxa"/>
              <w:left w:w="100" w:type="dxa"/>
              <w:bottom w:w="45" w:type="dxa"/>
              <w:right w:w="100" w:type="dxa"/>
            </w:tcMar>
            <w:vAlign w:val="center"/>
          </w:tcPr>
          <w:p w14:paraId="1329F900" w14:textId="77777777" w:rsidR="00AD0E4F" w:rsidRDefault="008D426B">
            <w:pPr>
              <w:spacing w:after="0" w:line="240" w:lineRule="auto"/>
            </w:pPr>
            <w:r>
              <w:rPr>
                <w:color w:val="000000"/>
                <w:sz w:val="17"/>
              </w:rPr>
              <w:t>月1回・届出時</w:t>
            </w:r>
          </w:p>
        </w:tc>
        <w:tc>
          <w:tcPr>
            <w:tcW w:w="737" w:type="dxa"/>
            <w:tcMar>
              <w:top w:w="45" w:type="dxa"/>
              <w:left w:w="100" w:type="dxa"/>
              <w:bottom w:w="45" w:type="dxa"/>
              <w:right w:w="100" w:type="dxa"/>
            </w:tcMar>
            <w:vAlign w:val="center"/>
          </w:tcPr>
          <w:p w14:paraId="4C4229E6" w14:textId="77777777" w:rsidR="00AD0E4F" w:rsidRDefault="00AD0E4F">
            <w:pPr>
              <w:spacing w:after="0" w:line="240" w:lineRule="auto"/>
            </w:pPr>
          </w:p>
        </w:tc>
      </w:tr>
      <w:tr w:rsidR="00AD0E4F" w14:paraId="5F04FAF3" w14:textId="77777777">
        <w:trPr>
          <w:jc w:val="center"/>
        </w:trPr>
        <w:tc>
          <w:tcPr>
            <w:tcW w:w="4649" w:type="dxa"/>
            <w:tcMar>
              <w:top w:w="45" w:type="dxa"/>
              <w:left w:w="100" w:type="dxa"/>
              <w:bottom w:w="45" w:type="dxa"/>
              <w:right w:w="100" w:type="dxa"/>
            </w:tcMar>
            <w:vAlign w:val="center"/>
          </w:tcPr>
          <w:p w14:paraId="51E84296" w14:textId="77777777" w:rsidR="00AD0E4F" w:rsidRDefault="008D426B">
            <w:pPr>
              <w:spacing w:after="0" w:line="240" w:lineRule="auto"/>
            </w:pPr>
            <w:r>
              <w:rPr>
                <w:color w:val="000000"/>
                <w:sz w:val="17"/>
              </w:rPr>
              <w:t>包括型訪問看護療養費</w:t>
            </w:r>
          </w:p>
        </w:tc>
        <w:tc>
          <w:tcPr>
            <w:tcW w:w="1531" w:type="dxa"/>
            <w:tcMar>
              <w:top w:w="45" w:type="dxa"/>
              <w:left w:w="100" w:type="dxa"/>
              <w:bottom w:w="45" w:type="dxa"/>
              <w:right w:w="100" w:type="dxa"/>
            </w:tcMar>
            <w:vAlign w:val="center"/>
          </w:tcPr>
          <w:p w14:paraId="564F49D6" w14:textId="77777777" w:rsidR="00AD0E4F" w:rsidRDefault="008D426B">
            <w:pPr>
              <w:spacing w:after="0" w:line="240" w:lineRule="auto"/>
            </w:pPr>
            <w:r>
              <w:rPr>
                <w:color w:val="000000"/>
                <w:sz w:val="17"/>
              </w:rPr>
              <w:t>5,960〜15,510円</w:t>
            </w:r>
          </w:p>
        </w:tc>
        <w:tc>
          <w:tcPr>
            <w:tcW w:w="1361" w:type="dxa"/>
            <w:tcMar>
              <w:top w:w="45" w:type="dxa"/>
              <w:left w:w="100" w:type="dxa"/>
              <w:bottom w:w="45" w:type="dxa"/>
              <w:right w:w="100" w:type="dxa"/>
            </w:tcMar>
            <w:vAlign w:val="center"/>
          </w:tcPr>
          <w:p w14:paraId="3AD06C50" w14:textId="77777777" w:rsidR="00AD0E4F" w:rsidRDefault="008D426B">
            <w:pPr>
              <w:spacing w:after="0" w:line="240" w:lineRule="auto"/>
            </w:pPr>
            <w:r>
              <w:rPr>
                <w:color w:val="000000"/>
                <w:sz w:val="17"/>
              </w:rPr>
              <w:t>596〜1,551円</w:t>
            </w:r>
          </w:p>
        </w:tc>
        <w:tc>
          <w:tcPr>
            <w:tcW w:w="2041" w:type="dxa"/>
            <w:tcMar>
              <w:top w:w="45" w:type="dxa"/>
              <w:left w:w="100" w:type="dxa"/>
              <w:bottom w:w="45" w:type="dxa"/>
              <w:right w:w="100" w:type="dxa"/>
            </w:tcMar>
            <w:vAlign w:val="center"/>
          </w:tcPr>
          <w:p w14:paraId="68D7FD2C" w14:textId="77777777" w:rsidR="00AD0E4F" w:rsidRDefault="008D426B">
            <w:pPr>
              <w:spacing w:after="0" w:line="240" w:lineRule="auto"/>
            </w:pPr>
            <w:r>
              <w:rPr>
                <w:color w:val="000000"/>
                <w:sz w:val="17"/>
              </w:rPr>
              <w:t>届出建物・1日につき</w:t>
            </w:r>
          </w:p>
        </w:tc>
        <w:tc>
          <w:tcPr>
            <w:tcW w:w="737" w:type="dxa"/>
            <w:tcMar>
              <w:top w:w="45" w:type="dxa"/>
              <w:left w:w="100" w:type="dxa"/>
              <w:bottom w:w="45" w:type="dxa"/>
              <w:right w:w="100" w:type="dxa"/>
            </w:tcMar>
            <w:vAlign w:val="center"/>
          </w:tcPr>
          <w:p w14:paraId="41185F18" w14:textId="77777777" w:rsidR="00AD0E4F" w:rsidRDefault="00AD0E4F">
            <w:pPr>
              <w:spacing w:after="0" w:line="240" w:lineRule="auto"/>
            </w:pPr>
          </w:p>
        </w:tc>
      </w:tr>
    </w:tbl>
    <w:p w14:paraId="5D1C374F" w14:textId="77777777" w:rsidR="00AD0E4F" w:rsidRDefault="008D426B">
      <w:pPr>
        <w:spacing w:after="0" w:line="240" w:lineRule="auto"/>
        <w:rPr>
          <w:color w:val="000000"/>
          <w:sz w:val="17"/>
          <w:lang w:eastAsia="ja-JP"/>
        </w:rPr>
      </w:pPr>
      <w:r>
        <w:rPr>
          <w:color w:val="000000"/>
          <w:sz w:val="17"/>
          <w:lang w:eastAsia="ja-JP"/>
        </w:rPr>
        <w:t>※夜間・早朝、深夜、難病等複数回訪問、複数名訪問の金額は、同一建物内1人または2人の場合です。同一建物の利用者数や算定日数により金額は変動します。実施・届出・本人同意等の要件を満たすもののみ算定します。</w:t>
      </w:r>
    </w:p>
    <w:p w14:paraId="1E82B548" w14:textId="77777777" w:rsidR="00AD0E4F" w:rsidRDefault="008D426B">
      <w:pPr>
        <w:spacing w:after="20" w:line="240" w:lineRule="auto"/>
        <w:rPr>
          <w:lang w:eastAsia="ja-JP"/>
        </w:rPr>
      </w:pPr>
      <w:r>
        <w:rPr>
          <w:color w:val="000000"/>
          <w:sz w:val="30"/>
          <w:lang w:eastAsia="ja-JP"/>
        </w:rPr>
        <w:t>13 医療保険・精神科加算の内容と対象（1/3）</w:t>
      </w:r>
    </w:p>
    <w:p w14:paraId="17714DFF" w14:textId="77777777" w:rsidR="00AD0E4F" w:rsidRDefault="008D426B">
      <w:pPr>
        <w:spacing w:after="20" w:line="240" w:lineRule="auto"/>
        <w:rPr>
          <w:lang w:eastAsia="ja-JP"/>
        </w:rPr>
      </w:pPr>
      <w:r>
        <w:rPr>
          <w:color w:val="000000"/>
          <w:sz w:val="17"/>
          <w:lang w:eastAsia="ja-JP"/>
        </w:rPr>
        <w:t>加算ごとの内容・対象・算定の目安です。実際の算定は、届出、利用者の同意、主治医の指示その他の必要な要件を満たす場合に限ります。</w:t>
      </w:r>
    </w:p>
    <w:p w14:paraId="70C9E402" w14:textId="77777777" w:rsidR="00AD0E4F" w:rsidRDefault="00AD0E4F">
      <w:pPr>
        <w:pBdr>
          <w:bottom w:val="single" w:sz="8" w:space="1" w:color="777777"/>
        </w:pBdr>
        <w:spacing w:before="20" w:after="0" w:line="240" w:lineRule="auto"/>
        <w:rPr>
          <w:lang w:eastAsia="ja-JP"/>
        </w:rPr>
      </w:pP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665"/>
        <w:gridCol w:w="5216"/>
        <w:gridCol w:w="1701"/>
        <w:gridCol w:w="737"/>
      </w:tblGrid>
      <w:tr w:rsidR="00AD0E4F" w14:paraId="31264636" w14:textId="77777777">
        <w:trPr>
          <w:tblHeader/>
          <w:jc w:val="center"/>
        </w:trPr>
        <w:tc>
          <w:tcPr>
            <w:tcW w:w="2665" w:type="dxa"/>
            <w:shd w:val="clear" w:color="auto" w:fill="4A4A4A"/>
            <w:tcMar>
              <w:top w:w="45" w:type="dxa"/>
              <w:left w:w="100" w:type="dxa"/>
              <w:bottom w:w="45" w:type="dxa"/>
              <w:right w:w="100" w:type="dxa"/>
            </w:tcMar>
            <w:vAlign w:val="center"/>
          </w:tcPr>
          <w:p w14:paraId="0C3D1FA9" w14:textId="77777777" w:rsidR="00AD0E4F" w:rsidRDefault="008D426B">
            <w:pPr>
              <w:spacing w:after="0" w:line="240" w:lineRule="auto"/>
              <w:jc w:val="center"/>
            </w:pPr>
            <w:r>
              <w:rPr>
                <w:color w:val="FFFFFF"/>
                <w:sz w:val="17"/>
              </w:rPr>
              <w:t>項目</w:t>
            </w:r>
          </w:p>
        </w:tc>
        <w:tc>
          <w:tcPr>
            <w:tcW w:w="5216" w:type="dxa"/>
            <w:shd w:val="clear" w:color="auto" w:fill="4A4A4A"/>
            <w:tcMar>
              <w:top w:w="45" w:type="dxa"/>
              <w:left w:w="100" w:type="dxa"/>
              <w:bottom w:w="45" w:type="dxa"/>
              <w:right w:w="100" w:type="dxa"/>
            </w:tcMar>
            <w:vAlign w:val="center"/>
          </w:tcPr>
          <w:p w14:paraId="1FF43E7C" w14:textId="77777777" w:rsidR="00AD0E4F" w:rsidRDefault="008D426B">
            <w:pPr>
              <w:spacing w:after="0" w:line="240" w:lineRule="auto"/>
              <w:jc w:val="center"/>
              <w:rPr>
                <w:lang w:eastAsia="ja-JP"/>
              </w:rPr>
            </w:pPr>
            <w:r>
              <w:rPr>
                <w:color w:val="FFFFFF"/>
                <w:sz w:val="17"/>
                <w:lang w:eastAsia="ja-JP"/>
              </w:rPr>
              <w:t>内容・対象となる場合</w:t>
            </w:r>
          </w:p>
        </w:tc>
        <w:tc>
          <w:tcPr>
            <w:tcW w:w="1701" w:type="dxa"/>
            <w:shd w:val="clear" w:color="auto" w:fill="4A4A4A"/>
            <w:tcMar>
              <w:top w:w="45" w:type="dxa"/>
              <w:left w:w="100" w:type="dxa"/>
              <w:bottom w:w="45" w:type="dxa"/>
              <w:right w:w="100" w:type="dxa"/>
            </w:tcMar>
            <w:vAlign w:val="center"/>
          </w:tcPr>
          <w:p w14:paraId="780DD557" w14:textId="77777777" w:rsidR="00AD0E4F" w:rsidRDefault="008D426B">
            <w:pPr>
              <w:spacing w:after="0" w:line="240" w:lineRule="auto"/>
              <w:jc w:val="center"/>
            </w:pPr>
            <w:r>
              <w:rPr>
                <w:color w:val="FFFFFF"/>
                <w:sz w:val="17"/>
              </w:rPr>
              <w:t>料金・単位</w:t>
            </w:r>
          </w:p>
        </w:tc>
        <w:tc>
          <w:tcPr>
            <w:tcW w:w="737" w:type="dxa"/>
            <w:shd w:val="clear" w:color="auto" w:fill="4A4A4A"/>
            <w:tcMar>
              <w:top w:w="45" w:type="dxa"/>
              <w:left w:w="100" w:type="dxa"/>
              <w:bottom w:w="45" w:type="dxa"/>
              <w:right w:w="100" w:type="dxa"/>
            </w:tcMar>
            <w:vAlign w:val="center"/>
          </w:tcPr>
          <w:p w14:paraId="45BE5095" w14:textId="77777777" w:rsidR="00AD0E4F" w:rsidRDefault="008D426B">
            <w:pPr>
              <w:spacing w:after="0" w:line="240" w:lineRule="auto"/>
              <w:jc w:val="center"/>
            </w:pPr>
            <w:r>
              <w:rPr>
                <w:color w:val="FFFFFF"/>
                <w:sz w:val="17"/>
              </w:rPr>
              <w:t>該当</w:t>
            </w:r>
          </w:p>
        </w:tc>
      </w:tr>
      <w:tr w:rsidR="00AD0E4F" w14:paraId="25C6334F" w14:textId="77777777">
        <w:trPr>
          <w:jc w:val="center"/>
        </w:trPr>
        <w:tc>
          <w:tcPr>
            <w:tcW w:w="2665" w:type="dxa"/>
            <w:tcMar>
              <w:top w:w="45" w:type="dxa"/>
              <w:left w:w="100" w:type="dxa"/>
              <w:bottom w:w="45" w:type="dxa"/>
              <w:right w:w="100" w:type="dxa"/>
            </w:tcMar>
            <w:vAlign w:val="center"/>
          </w:tcPr>
          <w:p w14:paraId="2460568B" w14:textId="77777777" w:rsidR="00AD0E4F" w:rsidRDefault="008D426B">
            <w:pPr>
              <w:spacing w:after="0" w:line="240" w:lineRule="auto"/>
              <w:rPr>
                <w:lang w:eastAsia="ja-JP"/>
              </w:rPr>
            </w:pPr>
            <w:r>
              <w:rPr>
                <w:color w:val="000000"/>
                <w:sz w:val="17"/>
                <w:lang w:eastAsia="ja-JP"/>
              </w:rPr>
              <w:t>緊急訪問・月14日目まで</w:t>
            </w:r>
          </w:p>
        </w:tc>
        <w:tc>
          <w:tcPr>
            <w:tcW w:w="5216" w:type="dxa"/>
            <w:tcMar>
              <w:top w:w="45" w:type="dxa"/>
              <w:left w:w="100" w:type="dxa"/>
              <w:bottom w:w="45" w:type="dxa"/>
              <w:right w:w="100" w:type="dxa"/>
            </w:tcMar>
            <w:vAlign w:val="center"/>
          </w:tcPr>
          <w:p w14:paraId="1EE4CC91" w14:textId="77777777" w:rsidR="00AD0E4F" w:rsidRDefault="008D426B">
            <w:pPr>
              <w:spacing w:after="0" w:line="240" w:lineRule="auto"/>
              <w:rPr>
                <w:lang w:eastAsia="ja-JP"/>
              </w:rPr>
            </w:pPr>
            <w:r>
              <w:rPr>
                <w:color w:val="000000"/>
                <w:sz w:val="17"/>
                <w:lang w:eastAsia="ja-JP"/>
              </w:rPr>
              <w:t>予定していた訪問とは別に、利用者・家族からの求めを受けて、</w:t>
            </w:r>
            <w:r>
              <w:rPr>
                <w:color w:val="000000"/>
                <w:sz w:val="17"/>
                <w:lang w:eastAsia="ja-JP"/>
              </w:rPr>
              <w:lastRenderedPageBreak/>
              <w:t>病状変化等のために臨時緊急訪問看護を行う場合です。</w:t>
            </w:r>
          </w:p>
        </w:tc>
        <w:tc>
          <w:tcPr>
            <w:tcW w:w="1701" w:type="dxa"/>
            <w:tcMar>
              <w:top w:w="45" w:type="dxa"/>
              <w:left w:w="100" w:type="dxa"/>
              <w:bottom w:w="45" w:type="dxa"/>
              <w:right w:w="100" w:type="dxa"/>
            </w:tcMar>
            <w:vAlign w:val="center"/>
          </w:tcPr>
          <w:p w14:paraId="4A88A7BF" w14:textId="77777777" w:rsidR="00AD0E4F" w:rsidRDefault="008D426B">
            <w:pPr>
              <w:spacing w:after="0" w:line="240" w:lineRule="auto"/>
            </w:pPr>
            <w:r>
              <w:rPr>
                <w:color w:val="000000"/>
                <w:sz w:val="17"/>
              </w:rPr>
              <w:lastRenderedPageBreak/>
              <w:t>2,650円</w:t>
            </w:r>
          </w:p>
        </w:tc>
        <w:tc>
          <w:tcPr>
            <w:tcW w:w="737" w:type="dxa"/>
            <w:tcMar>
              <w:top w:w="45" w:type="dxa"/>
              <w:left w:w="100" w:type="dxa"/>
              <w:bottom w:w="45" w:type="dxa"/>
              <w:right w:w="100" w:type="dxa"/>
            </w:tcMar>
            <w:vAlign w:val="center"/>
          </w:tcPr>
          <w:p w14:paraId="779838C1" w14:textId="77777777" w:rsidR="00AD0E4F" w:rsidRDefault="00AD0E4F">
            <w:pPr>
              <w:spacing w:after="0" w:line="240" w:lineRule="auto"/>
            </w:pPr>
          </w:p>
        </w:tc>
      </w:tr>
      <w:tr w:rsidR="00AD0E4F" w14:paraId="3D755C3B" w14:textId="77777777">
        <w:trPr>
          <w:jc w:val="center"/>
        </w:trPr>
        <w:tc>
          <w:tcPr>
            <w:tcW w:w="2665" w:type="dxa"/>
            <w:tcMar>
              <w:top w:w="45" w:type="dxa"/>
              <w:left w:w="100" w:type="dxa"/>
              <w:bottom w:w="45" w:type="dxa"/>
              <w:right w:w="100" w:type="dxa"/>
            </w:tcMar>
            <w:vAlign w:val="center"/>
          </w:tcPr>
          <w:p w14:paraId="3FAB2674" w14:textId="77777777" w:rsidR="00AD0E4F" w:rsidRDefault="008D426B">
            <w:pPr>
              <w:spacing w:after="0" w:line="240" w:lineRule="auto"/>
              <w:rPr>
                <w:lang w:eastAsia="ja-JP"/>
              </w:rPr>
            </w:pPr>
            <w:r>
              <w:rPr>
                <w:color w:val="000000"/>
                <w:sz w:val="17"/>
                <w:lang w:eastAsia="ja-JP"/>
              </w:rPr>
              <w:t>緊急訪問・月15日目以降</w:t>
            </w:r>
          </w:p>
        </w:tc>
        <w:tc>
          <w:tcPr>
            <w:tcW w:w="5216" w:type="dxa"/>
            <w:tcMar>
              <w:top w:w="45" w:type="dxa"/>
              <w:left w:w="100" w:type="dxa"/>
              <w:bottom w:w="45" w:type="dxa"/>
              <w:right w:w="100" w:type="dxa"/>
            </w:tcMar>
            <w:vAlign w:val="center"/>
          </w:tcPr>
          <w:p w14:paraId="23EF184B" w14:textId="77777777" w:rsidR="00AD0E4F" w:rsidRDefault="008D426B">
            <w:pPr>
              <w:spacing w:after="0" w:line="240" w:lineRule="auto"/>
              <w:rPr>
                <w:lang w:eastAsia="ja-JP"/>
              </w:rPr>
            </w:pPr>
            <w:r>
              <w:rPr>
                <w:color w:val="000000"/>
                <w:sz w:val="17"/>
                <w:lang w:eastAsia="ja-JP"/>
              </w:rPr>
              <w:t>月内15日目以降に緊急訪問の要件に該当する訪問看護を行う場合です。通常の予定訪問だけでは算定できません。</w:t>
            </w:r>
          </w:p>
        </w:tc>
        <w:tc>
          <w:tcPr>
            <w:tcW w:w="1701" w:type="dxa"/>
            <w:tcMar>
              <w:top w:w="45" w:type="dxa"/>
              <w:left w:w="100" w:type="dxa"/>
              <w:bottom w:w="45" w:type="dxa"/>
              <w:right w:w="100" w:type="dxa"/>
            </w:tcMar>
            <w:vAlign w:val="center"/>
          </w:tcPr>
          <w:p w14:paraId="2683BB28" w14:textId="77777777" w:rsidR="00AD0E4F" w:rsidRDefault="008D426B">
            <w:pPr>
              <w:spacing w:after="0" w:line="240" w:lineRule="auto"/>
            </w:pPr>
            <w:r>
              <w:rPr>
                <w:color w:val="000000"/>
                <w:sz w:val="17"/>
              </w:rPr>
              <w:t>2,000円</w:t>
            </w:r>
          </w:p>
        </w:tc>
        <w:tc>
          <w:tcPr>
            <w:tcW w:w="737" w:type="dxa"/>
            <w:tcMar>
              <w:top w:w="45" w:type="dxa"/>
              <w:left w:w="100" w:type="dxa"/>
              <w:bottom w:w="45" w:type="dxa"/>
              <w:right w:w="100" w:type="dxa"/>
            </w:tcMar>
            <w:vAlign w:val="center"/>
          </w:tcPr>
          <w:p w14:paraId="26AFB311" w14:textId="77777777" w:rsidR="00AD0E4F" w:rsidRDefault="00AD0E4F">
            <w:pPr>
              <w:spacing w:after="0" w:line="240" w:lineRule="auto"/>
            </w:pPr>
          </w:p>
        </w:tc>
      </w:tr>
      <w:tr w:rsidR="00AD0E4F" w14:paraId="425E46BD" w14:textId="77777777">
        <w:trPr>
          <w:jc w:val="center"/>
        </w:trPr>
        <w:tc>
          <w:tcPr>
            <w:tcW w:w="2665" w:type="dxa"/>
            <w:tcMar>
              <w:top w:w="45" w:type="dxa"/>
              <w:left w:w="100" w:type="dxa"/>
              <w:bottom w:w="45" w:type="dxa"/>
              <w:right w:w="100" w:type="dxa"/>
            </w:tcMar>
            <w:vAlign w:val="center"/>
          </w:tcPr>
          <w:p w14:paraId="5A602118" w14:textId="77777777" w:rsidR="00AD0E4F" w:rsidRDefault="008D426B">
            <w:pPr>
              <w:spacing w:after="0" w:line="240" w:lineRule="auto"/>
            </w:pPr>
            <w:r>
              <w:rPr>
                <w:color w:val="000000"/>
                <w:sz w:val="17"/>
              </w:rPr>
              <w:t>長時間訪問看護加算</w:t>
            </w:r>
          </w:p>
        </w:tc>
        <w:tc>
          <w:tcPr>
            <w:tcW w:w="5216" w:type="dxa"/>
            <w:tcMar>
              <w:top w:w="45" w:type="dxa"/>
              <w:left w:w="100" w:type="dxa"/>
              <w:bottom w:w="45" w:type="dxa"/>
              <w:right w:w="100" w:type="dxa"/>
            </w:tcMar>
            <w:vAlign w:val="center"/>
          </w:tcPr>
          <w:p w14:paraId="34E27182" w14:textId="77777777" w:rsidR="00AD0E4F" w:rsidRDefault="008D426B">
            <w:pPr>
              <w:spacing w:after="0" w:line="240" w:lineRule="auto"/>
            </w:pPr>
            <w:r>
              <w:rPr>
                <w:color w:val="000000"/>
                <w:sz w:val="17"/>
                <w:lang w:eastAsia="ja-JP"/>
              </w:rPr>
              <w:t>人工呼吸器の使用や特別な管理などにより長時間のケアが必要な方へ、90分を超える訪問看護を行う場合です。</w:t>
            </w:r>
            <w:r>
              <w:rPr>
                <w:color w:val="000000"/>
                <w:sz w:val="17"/>
              </w:rPr>
              <w:t>原則週1回です。</w:t>
            </w:r>
          </w:p>
        </w:tc>
        <w:tc>
          <w:tcPr>
            <w:tcW w:w="1701" w:type="dxa"/>
            <w:tcMar>
              <w:top w:w="45" w:type="dxa"/>
              <w:left w:w="100" w:type="dxa"/>
              <w:bottom w:w="45" w:type="dxa"/>
              <w:right w:w="100" w:type="dxa"/>
            </w:tcMar>
            <w:vAlign w:val="center"/>
          </w:tcPr>
          <w:p w14:paraId="6E294F42" w14:textId="77777777" w:rsidR="00AD0E4F" w:rsidRDefault="008D426B">
            <w:pPr>
              <w:spacing w:after="0" w:line="240" w:lineRule="auto"/>
            </w:pPr>
            <w:r>
              <w:rPr>
                <w:color w:val="000000"/>
                <w:sz w:val="17"/>
              </w:rPr>
              <w:t>5,200円</w:t>
            </w:r>
          </w:p>
        </w:tc>
        <w:tc>
          <w:tcPr>
            <w:tcW w:w="737" w:type="dxa"/>
            <w:tcMar>
              <w:top w:w="45" w:type="dxa"/>
              <w:left w:w="100" w:type="dxa"/>
              <w:bottom w:w="45" w:type="dxa"/>
              <w:right w:w="100" w:type="dxa"/>
            </w:tcMar>
            <w:vAlign w:val="center"/>
          </w:tcPr>
          <w:p w14:paraId="41D2784F" w14:textId="77777777" w:rsidR="00AD0E4F" w:rsidRDefault="00AD0E4F">
            <w:pPr>
              <w:spacing w:after="0" w:line="240" w:lineRule="auto"/>
            </w:pPr>
          </w:p>
        </w:tc>
      </w:tr>
      <w:tr w:rsidR="00AD0E4F" w14:paraId="1A202F03" w14:textId="77777777">
        <w:trPr>
          <w:jc w:val="center"/>
        </w:trPr>
        <w:tc>
          <w:tcPr>
            <w:tcW w:w="2665" w:type="dxa"/>
            <w:tcMar>
              <w:top w:w="45" w:type="dxa"/>
              <w:left w:w="100" w:type="dxa"/>
              <w:bottom w:w="45" w:type="dxa"/>
              <w:right w:w="100" w:type="dxa"/>
            </w:tcMar>
            <w:vAlign w:val="center"/>
          </w:tcPr>
          <w:p w14:paraId="35CCAAE9" w14:textId="77777777" w:rsidR="00AD0E4F" w:rsidRDefault="008D426B">
            <w:pPr>
              <w:spacing w:after="0" w:line="240" w:lineRule="auto"/>
            </w:pPr>
            <w:r>
              <w:rPr>
                <w:color w:val="000000"/>
                <w:sz w:val="17"/>
              </w:rPr>
              <w:t>乳幼児加算・通常</w:t>
            </w:r>
          </w:p>
        </w:tc>
        <w:tc>
          <w:tcPr>
            <w:tcW w:w="5216" w:type="dxa"/>
            <w:tcMar>
              <w:top w:w="45" w:type="dxa"/>
              <w:left w:w="100" w:type="dxa"/>
              <w:bottom w:w="45" w:type="dxa"/>
              <w:right w:w="100" w:type="dxa"/>
            </w:tcMar>
            <w:vAlign w:val="center"/>
          </w:tcPr>
          <w:p w14:paraId="07C575DA" w14:textId="77777777" w:rsidR="00AD0E4F" w:rsidRDefault="008D426B">
            <w:pPr>
              <w:spacing w:after="0" w:line="240" w:lineRule="auto"/>
              <w:rPr>
                <w:lang w:eastAsia="ja-JP"/>
              </w:rPr>
            </w:pPr>
            <w:r>
              <w:rPr>
                <w:color w:val="000000"/>
                <w:sz w:val="17"/>
                <w:lang w:eastAsia="ja-JP"/>
              </w:rPr>
              <w:t>対象年齢の乳幼児に対し、年齢や発達段階に配慮した訪問看護を実施した場合に1日につき算定します。</w:t>
            </w:r>
          </w:p>
        </w:tc>
        <w:tc>
          <w:tcPr>
            <w:tcW w:w="1701" w:type="dxa"/>
            <w:tcMar>
              <w:top w:w="45" w:type="dxa"/>
              <w:left w:w="100" w:type="dxa"/>
              <w:bottom w:w="45" w:type="dxa"/>
              <w:right w:w="100" w:type="dxa"/>
            </w:tcMar>
            <w:vAlign w:val="center"/>
          </w:tcPr>
          <w:p w14:paraId="3D46F16E" w14:textId="77777777" w:rsidR="00AD0E4F" w:rsidRDefault="008D426B">
            <w:pPr>
              <w:spacing w:after="0" w:line="240" w:lineRule="auto"/>
            </w:pPr>
            <w:r>
              <w:rPr>
                <w:color w:val="000000"/>
                <w:sz w:val="17"/>
              </w:rPr>
              <w:t>1,400円</w:t>
            </w:r>
          </w:p>
        </w:tc>
        <w:tc>
          <w:tcPr>
            <w:tcW w:w="737" w:type="dxa"/>
            <w:tcMar>
              <w:top w:w="45" w:type="dxa"/>
              <w:left w:w="100" w:type="dxa"/>
              <w:bottom w:w="45" w:type="dxa"/>
              <w:right w:w="100" w:type="dxa"/>
            </w:tcMar>
            <w:vAlign w:val="center"/>
          </w:tcPr>
          <w:p w14:paraId="65A8DC81" w14:textId="77777777" w:rsidR="00AD0E4F" w:rsidRDefault="00AD0E4F">
            <w:pPr>
              <w:spacing w:after="0" w:line="240" w:lineRule="auto"/>
            </w:pPr>
          </w:p>
        </w:tc>
      </w:tr>
      <w:tr w:rsidR="00AD0E4F" w14:paraId="1F49B14B" w14:textId="77777777">
        <w:trPr>
          <w:jc w:val="center"/>
        </w:trPr>
        <w:tc>
          <w:tcPr>
            <w:tcW w:w="2665" w:type="dxa"/>
            <w:tcMar>
              <w:top w:w="45" w:type="dxa"/>
              <w:left w:w="100" w:type="dxa"/>
              <w:bottom w:w="45" w:type="dxa"/>
              <w:right w:w="100" w:type="dxa"/>
            </w:tcMar>
            <w:vAlign w:val="center"/>
          </w:tcPr>
          <w:p w14:paraId="5FB83A03" w14:textId="77777777" w:rsidR="00AD0E4F" w:rsidRDefault="008D426B">
            <w:pPr>
              <w:spacing w:after="0" w:line="240" w:lineRule="auto"/>
              <w:rPr>
                <w:lang w:eastAsia="ja-JP"/>
              </w:rPr>
            </w:pPr>
            <w:r>
              <w:rPr>
                <w:color w:val="000000"/>
                <w:sz w:val="17"/>
                <w:lang w:eastAsia="ja-JP"/>
              </w:rPr>
              <w:t>乳幼児加算・所定対象</w:t>
            </w:r>
          </w:p>
        </w:tc>
        <w:tc>
          <w:tcPr>
            <w:tcW w:w="5216" w:type="dxa"/>
            <w:tcMar>
              <w:top w:w="45" w:type="dxa"/>
              <w:left w:w="100" w:type="dxa"/>
              <w:bottom w:w="45" w:type="dxa"/>
              <w:right w:w="100" w:type="dxa"/>
            </w:tcMar>
            <w:vAlign w:val="center"/>
          </w:tcPr>
          <w:p w14:paraId="39968093" w14:textId="77777777" w:rsidR="00AD0E4F" w:rsidRDefault="008D426B">
            <w:pPr>
              <w:spacing w:after="0" w:line="240" w:lineRule="auto"/>
              <w:rPr>
                <w:lang w:eastAsia="ja-JP"/>
              </w:rPr>
            </w:pPr>
            <w:r>
              <w:rPr>
                <w:color w:val="000000"/>
                <w:sz w:val="17"/>
                <w:lang w:eastAsia="ja-JP"/>
              </w:rPr>
              <w:t>医療的ケア等の条件を満たす乳幼児に対し、所定の要件に該当する訪問看護を行う場合です。</w:t>
            </w:r>
          </w:p>
        </w:tc>
        <w:tc>
          <w:tcPr>
            <w:tcW w:w="1701" w:type="dxa"/>
            <w:tcMar>
              <w:top w:w="45" w:type="dxa"/>
              <w:left w:w="100" w:type="dxa"/>
              <w:bottom w:w="45" w:type="dxa"/>
              <w:right w:w="100" w:type="dxa"/>
            </w:tcMar>
            <w:vAlign w:val="center"/>
          </w:tcPr>
          <w:p w14:paraId="5DCF4810" w14:textId="77777777" w:rsidR="00AD0E4F" w:rsidRDefault="008D426B">
            <w:pPr>
              <w:spacing w:after="0" w:line="240" w:lineRule="auto"/>
            </w:pPr>
            <w:r>
              <w:rPr>
                <w:color w:val="000000"/>
                <w:sz w:val="17"/>
              </w:rPr>
              <w:t>1,800円</w:t>
            </w:r>
          </w:p>
        </w:tc>
        <w:tc>
          <w:tcPr>
            <w:tcW w:w="737" w:type="dxa"/>
            <w:tcMar>
              <w:top w:w="45" w:type="dxa"/>
              <w:left w:w="100" w:type="dxa"/>
              <w:bottom w:w="45" w:type="dxa"/>
              <w:right w:w="100" w:type="dxa"/>
            </w:tcMar>
            <w:vAlign w:val="center"/>
          </w:tcPr>
          <w:p w14:paraId="740C84A5" w14:textId="77777777" w:rsidR="00AD0E4F" w:rsidRDefault="00AD0E4F">
            <w:pPr>
              <w:spacing w:after="0" w:line="240" w:lineRule="auto"/>
            </w:pPr>
          </w:p>
        </w:tc>
      </w:tr>
      <w:tr w:rsidR="00AD0E4F" w14:paraId="1A032AB3" w14:textId="77777777">
        <w:trPr>
          <w:jc w:val="center"/>
        </w:trPr>
        <w:tc>
          <w:tcPr>
            <w:tcW w:w="2665" w:type="dxa"/>
            <w:tcMar>
              <w:top w:w="45" w:type="dxa"/>
              <w:left w:w="100" w:type="dxa"/>
              <w:bottom w:w="45" w:type="dxa"/>
              <w:right w:w="100" w:type="dxa"/>
            </w:tcMar>
            <w:vAlign w:val="center"/>
          </w:tcPr>
          <w:p w14:paraId="69234DC1" w14:textId="77777777" w:rsidR="00AD0E4F" w:rsidRDefault="008D426B">
            <w:pPr>
              <w:spacing w:after="0" w:line="240" w:lineRule="auto"/>
              <w:rPr>
                <w:lang w:eastAsia="ja-JP"/>
              </w:rPr>
            </w:pPr>
            <w:r>
              <w:rPr>
                <w:color w:val="000000"/>
                <w:sz w:val="17"/>
                <w:lang w:eastAsia="ja-JP"/>
              </w:rPr>
              <w:t>夜間・早朝訪問看護加算</w:t>
            </w:r>
          </w:p>
        </w:tc>
        <w:tc>
          <w:tcPr>
            <w:tcW w:w="5216" w:type="dxa"/>
            <w:tcMar>
              <w:top w:w="45" w:type="dxa"/>
              <w:left w:w="100" w:type="dxa"/>
              <w:bottom w:w="45" w:type="dxa"/>
              <w:right w:w="100" w:type="dxa"/>
            </w:tcMar>
            <w:vAlign w:val="center"/>
          </w:tcPr>
          <w:p w14:paraId="0A6AD835" w14:textId="77777777" w:rsidR="00AD0E4F" w:rsidRDefault="008D426B">
            <w:pPr>
              <w:spacing w:after="0" w:line="240" w:lineRule="auto"/>
              <w:rPr>
                <w:lang w:eastAsia="ja-JP"/>
              </w:rPr>
            </w:pPr>
            <w:r>
              <w:rPr>
                <w:color w:val="000000"/>
                <w:sz w:val="17"/>
                <w:lang w:eastAsia="ja-JP"/>
              </w:rPr>
              <w:t>早朝6:00-8:00または夜間18:00-22:00に、利用者の状態と訪問看護計画に基づいて訪問を行う場合です。</w:t>
            </w:r>
          </w:p>
        </w:tc>
        <w:tc>
          <w:tcPr>
            <w:tcW w:w="1701" w:type="dxa"/>
            <w:tcMar>
              <w:top w:w="45" w:type="dxa"/>
              <w:left w:w="100" w:type="dxa"/>
              <w:bottom w:w="45" w:type="dxa"/>
              <w:right w:w="100" w:type="dxa"/>
            </w:tcMar>
            <w:vAlign w:val="center"/>
          </w:tcPr>
          <w:p w14:paraId="3FF51CBB" w14:textId="77777777" w:rsidR="00AD0E4F" w:rsidRDefault="008D426B">
            <w:pPr>
              <w:spacing w:after="0" w:line="240" w:lineRule="auto"/>
            </w:pPr>
            <w:r>
              <w:rPr>
                <w:color w:val="000000"/>
                <w:sz w:val="17"/>
              </w:rPr>
              <w:t>2,100円</w:t>
            </w:r>
          </w:p>
        </w:tc>
        <w:tc>
          <w:tcPr>
            <w:tcW w:w="737" w:type="dxa"/>
            <w:tcMar>
              <w:top w:w="45" w:type="dxa"/>
              <w:left w:w="100" w:type="dxa"/>
              <w:bottom w:w="45" w:type="dxa"/>
              <w:right w:w="100" w:type="dxa"/>
            </w:tcMar>
            <w:vAlign w:val="center"/>
          </w:tcPr>
          <w:p w14:paraId="395C039B" w14:textId="77777777" w:rsidR="00AD0E4F" w:rsidRDefault="00AD0E4F">
            <w:pPr>
              <w:spacing w:after="0" w:line="240" w:lineRule="auto"/>
            </w:pPr>
          </w:p>
        </w:tc>
      </w:tr>
      <w:tr w:rsidR="00AD0E4F" w14:paraId="0D6EFD7E" w14:textId="77777777">
        <w:trPr>
          <w:jc w:val="center"/>
        </w:trPr>
        <w:tc>
          <w:tcPr>
            <w:tcW w:w="2665" w:type="dxa"/>
            <w:tcMar>
              <w:top w:w="45" w:type="dxa"/>
              <w:left w:w="100" w:type="dxa"/>
              <w:bottom w:w="45" w:type="dxa"/>
              <w:right w:w="100" w:type="dxa"/>
            </w:tcMar>
            <w:vAlign w:val="center"/>
          </w:tcPr>
          <w:p w14:paraId="0689E342" w14:textId="77777777" w:rsidR="00AD0E4F" w:rsidRDefault="008D426B">
            <w:pPr>
              <w:spacing w:after="0" w:line="240" w:lineRule="auto"/>
            </w:pPr>
            <w:r>
              <w:rPr>
                <w:color w:val="000000"/>
                <w:sz w:val="17"/>
              </w:rPr>
              <w:t>深夜訪問看護加算</w:t>
            </w:r>
          </w:p>
        </w:tc>
        <w:tc>
          <w:tcPr>
            <w:tcW w:w="5216" w:type="dxa"/>
            <w:tcMar>
              <w:top w:w="45" w:type="dxa"/>
              <w:left w:w="100" w:type="dxa"/>
              <w:bottom w:w="45" w:type="dxa"/>
              <w:right w:w="100" w:type="dxa"/>
            </w:tcMar>
            <w:vAlign w:val="center"/>
          </w:tcPr>
          <w:p w14:paraId="72E0005D" w14:textId="77777777" w:rsidR="00AD0E4F" w:rsidRDefault="008D426B">
            <w:pPr>
              <w:spacing w:after="0" w:line="240" w:lineRule="auto"/>
              <w:rPr>
                <w:lang w:eastAsia="ja-JP"/>
              </w:rPr>
            </w:pPr>
            <w:r>
              <w:rPr>
                <w:color w:val="000000"/>
                <w:sz w:val="17"/>
                <w:lang w:eastAsia="ja-JP"/>
              </w:rPr>
              <w:t>22:00-翌6:00の深夜帯に、必要な訪問看護を行う場合です。</w:t>
            </w:r>
          </w:p>
        </w:tc>
        <w:tc>
          <w:tcPr>
            <w:tcW w:w="1701" w:type="dxa"/>
            <w:tcMar>
              <w:top w:w="45" w:type="dxa"/>
              <w:left w:w="100" w:type="dxa"/>
              <w:bottom w:w="45" w:type="dxa"/>
              <w:right w:w="100" w:type="dxa"/>
            </w:tcMar>
            <w:vAlign w:val="center"/>
          </w:tcPr>
          <w:p w14:paraId="167AE221" w14:textId="77777777" w:rsidR="00AD0E4F" w:rsidRDefault="008D426B">
            <w:pPr>
              <w:spacing w:after="0" w:line="240" w:lineRule="auto"/>
            </w:pPr>
            <w:r>
              <w:rPr>
                <w:color w:val="000000"/>
                <w:sz w:val="17"/>
              </w:rPr>
              <w:t>4,200円</w:t>
            </w:r>
          </w:p>
        </w:tc>
        <w:tc>
          <w:tcPr>
            <w:tcW w:w="737" w:type="dxa"/>
            <w:tcMar>
              <w:top w:w="45" w:type="dxa"/>
              <w:left w:w="100" w:type="dxa"/>
              <w:bottom w:w="45" w:type="dxa"/>
              <w:right w:w="100" w:type="dxa"/>
            </w:tcMar>
            <w:vAlign w:val="center"/>
          </w:tcPr>
          <w:p w14:paraId="0341C6A9" w14:textId="77777777" w:rsidR="00AD0E4F" w:rsidRDefault="00AD0E4F">
            <w:pPr>
              <w:spacing w:after="0" w:line="240" w:lineRule="auto"/>
            </w:pPr>
          </w:p>
        </w:tc>
      </w:tr>
      <w:tr w:rsidR="00AD0E4F" w14:paraId="403511D6" w14:textId="77777777">
        <w:trPr>
          <w:jc w:val="center"/>
        </w:trPr>
        <w:tc>
          <w:tcPr>
            <w:tcW w:w="2665" w:type="dxa"/>
            <w:tcMar>
              <w:top w:w="45" w:type="dxa"/>
              <w:left w:w="100" w:type="dxa"/>
              <w:bottom w:w="45" w:type="dxa"/>
              <w:right w:w="100" w:type="dxa"/>
            </w:tcMar>
            <w:vAlign w:val="center"/>
          </w:tcPr>
          <w:p w14:paraId="75FF71CF" w14:textId="77777777" w:rsidR="00AD0E4F" w:rsidRDefault="008D426B">
            <w:pPr>
              <w:spacing w:after="0" w:line="240" w:lineRule="auto"/>
            </w:pPr>
            <w:r>
              <w:rPr>
                <w:color w:val="000000"/>
                <w:sz w:val="17"/>
              </w:rPr>
              <w:t>難病等複数回・1日2回</w:t>
            </w:r>
          </w:p>
        </w:tc>
        <w:tc>
          <w:tcPr>
            <w:tcW w:w="5216" w:type="dxa"/>
            <w:tcMar>
              <w:top w:w="45" w:type="dxa"/>
              <w:left w:w="100" w:type="dxa"/>
              <w:bottom w:w="45" w:type="dxa"/>
              <w:right w:w="100" w:type="dxa"/>
            </w:tcMar>
            <w:vAlign w:val="center"/>
          </w:tcPr>
          <w:p w14:paraId="63BE1B64" w14:textId="77777777" w:rsidR="00AD0E4F" w:rsidRDefault="008D426B">
            <w:pPr>
              <w:spacing w:after="0" w:line="240" w:lineRule="auto"/>
              <w:rPr>
                <w:lang w:eastAsia="ja-JP"/>
              </w:rPr>
            </w:pPr>
            <w:r>
              <w:rPr>
                <w:color w:val="000000"/>
                <w:sz w:val="17"/>
                <w:lang w:eastAsia="ja-JP"/>
              </w:rPr>
              <w:t>難病や特別管理が必要な状態など、複数回の訪問が医学的に必要な方へ1日に2回の訪問看護を提供する場合です。</w:t>
            </w:r>
          </w:p>
        </w:tc>
        <w:tc>
          <w:tcPr>
            <w:tcW w:w="1701" w:type="dxa"/>
            <w:tcMar>
              <w:top w:w="45" w:type="dxa"/>
              <w:left w:w="100" w:type="dxa"/>
              <w:bottom w:w="45" w:type="dxa"/>
              <w:right w:w="100" w:type="dxa"/>
            </w:tcMar>
            <w:vAlign w:val="center"/>
          </w:tcPr>
          <w:p w14:paraId="0F2DBBA6" w14:textId="77777777" w:rsidR="00AD0E4F" w:rsidRDefault="008D426B">
            <w:pPr>
              <w:spacing w:after="0" w:line="240" w:lineRule="auto"/>
            </w:pPr>
            <w:r>
              <w:rPr>
                <w:color w:val="000000"/>
                <w:sz w:val="17"/>
              </w:rPr>
              <w:t>4,500円</w:t>
            </w:r>
          </w:p>
        </w:tc>
        <w:tc>
          <w:tcPr>
            <w:tcW w:w="737" w:type="dxa"/>
            <w:tcMar>
              <w:top w:w="45" w:type="dxa"/>
              <w:left w:w="100" w:type="dxa"/>
              <w:bottom w:w="45" w:type="dxa"/>
              <w:right w:w="100" w:type="dxa"/>
            </w:tcMar>
            <w:vAlign w:val="center"/>
          </w:tcPr>
          <w:p w14:paraId="68848D7E" w14:textId="77777777" w:rsidR="00AD0E4F" w:rsidRDefault="00AD0E4F">
            <w:pPr>
              <w:spacing w:after="0" w:line="240" w:lineRule="auto"/>
            </w:pPr>
          </w:p>
        </w:tc>
      </w:tr>
      <w:tr w:rsidR="00AD0E4F" w14:paraId="1D85A3F1" w14:textId="77777777">
        <w:trPr>
          <w:jc w:val="center"/>
        </w:trPr>
        <w:tc>
          <w:tcPr>
            <w:tcW w:w="2665" w:type="dxa"/>
            <w:tcMar>
              <w:top w:w="45" w:type="dxa"/>
              <w:left w:w="100" w:type="dxa"/>
              <w:bottom w:w="45" w:type="dxa"/>
              <w:right w:w="100" w:type="dxa"/>
            </w:tcMar>
            <w:vAlign w:val="center"/>
          </w:tcPr>
          <w:p w14:paraId="4EFA0A45" w14:textId="77777777" w:rsidR="00AD0E4F" w:rsidRDefault="008D426B">
            <w:pPr>
              <w:spacing w:after="0" w:line="240" w:lineRule="auto"/>
              <w:rPr>
                <w:lang w:eastAsia="ja-JP"/>
              </w:rPr>
            </w:pPr>
            <w:r>
              <w:rPr>
                <w:color w:val="000000"/>
                <w:sz w:val="17"/>
                <w:lang w:eastAsia="ja-JP"/>
              </w:rPr>
              <w:t>難病等複数回・1日3回以上</w:t>
            </w:r>
          </w:p>
        </w:tc>
        <w:tc>
          <w:tcPr>
            <w:tcW w:w="5216" w:type="dxa"/>
            <w:tcMar>
              <w:top w:w="45" w:type="dxa"/>
              <w:left w:w="100" w:type="dxa"/>
              <w:bottom w:w="45" w:type="dxa"/>
              <w:right w:w="100" w:type="dxa"/>
            </w:tcMar>
            <w:vAlign w:val="center"/>
          </w:tcPr>
          <w:p w14:paraId="6968D680" w14:textId="77777777" w:rsidR="00AD0E4F" w:rsidRDefault="008D426B">
            <w:pPr>
              <w:spacing w:after="0" w:line="240" w:lineRule="auto"/>
              <w:rPr>
                <w:lang w:eastAsia="ja-JP"/>
              </w:rPr>
            </w:pPr>
            <w:r>
              <w:rPr>
                <w:color w:val="000000"/>
                <w:sz w:val="17"/>
                <w:lang w:eastAsia="ja-JP"/>
              </w:rPr>
              <w:t>頻回の観察や医療処置が必要な対象者に、主治医の指示のもと1日3回以上の訪問看護を行う場合です。</w:t>
            </w:r>
          </w:p>
        </w:tc>
        <w:tc>
          <w:tcPr>
            <w:tcW w:w="1701" w:type="dxa"/>
            <w:tcMar>
              <w:top w:w="45" w:type="dxa"/>
              <w:left w:w="100" w:type="dxa"/>
              <w:bottom w:w="45" w:type="dxa"/>
              <w:right w:w="100" w:type="dxa"/>
            </w:tcMar>
            <w:vAlign w:val="center"/>
          </w:tcPr>
          <w:p w14:paraId="75F9D9BE" w14:textId="77777777" w:rsidR="00AD0E4F" w:rsidRDefault="008D426B">
            <w:pPr>
              <w:spacing w:after="0" w:line="240" w:lineRule="auto"/>
            </w:pPr>
            <w:r>
              <w:rPr>
                <w:color w:val="000000"/>
                <w:sz w:val="17"/>
              </w:rPr>
              <w:t>8,000円</w:t>
            </w:r>
          </w:p>
        </w:tc>
        <w:tc>
          <w:tcPr>
            <w:tcW w:w="737" w:type="dxa"/>
            <w:tcMar>
              <w:top w:w="45" w:type="dxa"/>
              <w:left w:w="100" w:type="dxa"/>
              <w:bottom w:w="45" w:type="dxa"/>
              <w:right w:w="100" w:type="dxa"/>
            </w:tcMar>
            <w:vAlign w:val="center"/>
          </w:tcPr>
          <w:p w14:paraId="0D2347C9" w14:textId="77777777" w:rsidR="00AD0E4F" w:rsidRDefault="00AD0E4F">
            <w:pPr>
              <w:spacing w:after="0" w:line="240" w:lineRule="auto"/>
            </w:pPr>
          </w:p>
        </w:tc>
      </w:tr>
      <w:tr w:rsidR="00AD0E4F" w14:paraId="6F648188" w14:textId="77777777">
        <w:trPr>
          <w:jc w:val="center"/>
        </w:trPr>
        <w:tc>
          <w:tcPr>
            <w:tcW w:w="2665" w:type="dxa"/>
            <w:tcMar>
              <w:top w:w="45" w:type="dxa"/>
              <w:left w:w="100" w:type="dxa"/>
              <w:bottom w:w="45" w:type="dxa"/>
              <w:right w:w="100" w:type="dxa"/>
            </w:tcMar>
            <w:vAlign w:val="center"/>
          </w:tcPr>
          <w:p w14:paraId="2AEF17B0" w14:textId="77777777" w:rsidR="00AD0E4F" w:rsidRDefault="008D426B">
            <w:pPr>
              <w:spacing w:after="0" w:line="240" w:lineRule="auto"/>
              <w:rPr>
                <w:lang w:eastAsia="ja-JP"/>
              </w:rPr>
            </w:pPr>
            <w:r>
              <w:rPr>
                <w:color w:val="000000"/>
                <w:sz w:val="17"/>
                <w:lang w:eastAsia="ja-JP"/>
              </w:rPr>
              <w:t>複数名訪問・看護師等</w:t>
            </w:r>
          </w:p>
        </w:tc>
        <w:tc>
          <w:tcPr>
            <w:tcW w:w="5216" w:type="dxa"/>
            <w:tcMar>
              <w:top w:w="45" w:type="dxa"/>
              <w:left w:w="100" w:type="dxa"/>
              <w:bottom w:w="45" w:type="dxa"/>
              <w:right w:w="100" w:type="dxa"/>
            </w:tcMar>
            <w:vAlign w:val="center"/>
          </w:tcPr>
          <w:p w14:paraId="316C8B30" w14:textId="77777777" w:rsidR="00AD0E4F" w:rsidRDefault="008D426B">
            <w:pPr>
              <w:spacing w:after="0" w:line="240" w:lineRule="auto"/>
              <w:rPr>
                <w:lang w:eastAsia="ja-JP"/>
              </w:rPr>
            </w:pPr>
            <w:r>
              <w:rPr>
                <w:color w:val="000000"/>
                <w:sz w:val="17"/>
                <w:lang w:eastAsia="ja-JP"/>
              </w:rPr>
              <w:t>利用者の状態や介助・処置の安全性から、看護師等が複数名で同時に訪問する必要があり、本人の同意を得ている場合です。</w:t>
            </w:r>
          </w:p>
        </w:tc>
        <w:tc>
          <w:tcPr>
            <w:tcW w:w="1701" w:type="dxa"/>
            <w:tcMar>
              <w:top w:w="45" w:type="dxa"/>
              <w:left w:w="100" w:type="dxa"/>
              <w:bottom w:w="45" w:type="dxa"/>
              <w:right w:w="100" w:type="dxa"/>
            </w:tcMar>
            <w:vAlign w:val="center"/>
          </w:tcPr>
          <w:p w14:paraId="2C247885" w14:textId="77777777" w:rsidR="00AD0E4F" w:rsidRDefault="008D426B">
            <w:pPr>
              <w:spacing w:after="0" w:line="240" w:lineRule="auto"/>
            </w:pPr>
            <w:r>
              <w:rPr>
                <w:color w:val="000000"/>
                <w:sz w:val="17"/>
              </w:rPr>
              <w:t>4,500円</w:t>
            </w:r>
          </w:p>
        </w:tc>
        <w:tc>
          <w:tcPr>
            <w:tcW w:w="737" w:type="dxa"/>
            <w:tcMar>
              <w:top w:w="45" w:type="dxa"/>
              <w:left w:w="100" w:type="dxa"/>
              <w:bottom w:w="45" w:type="dxa"/>
              <w:right w:w="100" w:type="dxa"/>
            </w:tcMar>
            <w:vAlign w:val="center"/>
          </w:tcPr>
          <w:p w14:paraId="0E30561E" w14:textId="77777777" w:rsidR="00AD0E4F" w:rsidRDefault="00AD0E4F">
            <w:pPr>
              <w:spacing w:after="0" w:line="240" w:lineRule="auto"/>
            </w:pPr>
          </w:p>
        </w:tc>
      </w:tr>
      <w:tr w:rsidR="00AD0E4F" w14:paraId="362B118D" w14:textId="77777777">
        <w:trPr>
          <w:jc w:val="center"/>
        </w:trPr>
        <w:tc>
          <w:tcPr>
            <w:tcW w:w="2665" w:type="dxa"/>
            <w:tcMar>
              <w:top w:w="45" w:type="dxa"/>
              <w:left w:w="100" w:type="dxa"/>
              <w:bottom w:w="45" w:type="dxa"/>
              <w:right w:w="100" w:type="dxa"/>
            </w:tcMar>
            <w:vAlign w:val="center"/>
          </w:tcPr>
          <w:p w14:paraId="7DCA26EE" w14:textId="77777777" w:rsidR="00AD0E4F" w:rsidRDefault="008D426B">
            <w:pPr>
              <w:spacing w:after="0" w:line="240" w:lineRule="auto"/>
              <w:rPr>
                <w:lang w:eastAsia="ja-JP"/>
              </w:rPr>
            </w:pPr>
            <w:r>
              <w:rPr>
                <w:color w:val="000000"/>
                <w:sz w:val="17"/>
                <w:lang w:eastAsia="ja-JP"/>
              </w:rPr>
              <w:t>複数名訪問・准看護師</w:t>
            </w:r>
          </w:p>
        </w:tc>
        <w:tc>
          <w:tcPr>
            <w:tcW w:w="5216" w:type="dxa"/>
            <w:tcMar>
              <w:top w:w="45" w:type="dxa"/>
              <w:left w:w="100" w:type="dxa"/>
              <w:bottom w:w="45" w:type="dxa"/>
              <w:right w:w="100" w:type="dxa"/>
            </w:tcMar>
            <w:vAlign w:val="center"/>
          </w:tcPr>
          <w:p w14:paraId="4F446149" w14:textId="77777777" w:rsidR="00AD0E4F" w:rsidRDefault="008D426B">
            <w:pPr>
              <w:spacing w:after="0" w:line="240" w:lineRule="auto"/>
              <w:rPr>
                <w:lang w:eastAsia="ja-JP"/>
              </w:rPr>
            </w:pPr>
            <w:r>
              <w:rPr>
                <w:color w:val="000000"/>
                <w:sz w:val="17"/>
                <w:lang w:eastAsia="ja-JP"/>
              </w:rPr>
              <w:t>複数名での支援が必要な利用者について、看護師等と准看護師が協力して同時に訪問看護を行う場合です。</w:t>
            </w:r>
          </w:p>
        </w:tc>
        <w:tc>
          <w:tcPr>
            <w:tcW w:w="1701" w:type="dxa"/>
            <w:tcMar>
              <w:top w:w="45" w:type="dxa"/>
              <w:left w:w="100" w:type="dxa"/>
              <w:bottom w:w="45" w:type="dxa"/>
              <w:right w:w="100" w:type="dxa"/>
            </w:tcMar>
            <w:vAlign w:val="center"/>
          </w:tcPr>
          <w:p w14:paraId="0D550BDC" w14:textId="77777777" w:rsidR="00AD0E4F" w:rsidRDefault="008D426B">
            <w:pPr>
              <w:spacing w:after="0" w:line="240" w:lineRule="auto"/>
            </w:pPr>
            <w:r>
              <w:rPr>
                <w:color w:val="000000"/>
                <w:sz w:val="17"/>
              </w:rPr>
              <w:t>3,800円</w:t>
            </w:r>
          </w:p>
        </w:tc>
        <w:tc>
          <w:tcPr>
            <w:tcW w:w="737" w:type="dxa"/>
            <w:tcMar>
              <w:top w:w="45" w:type="dxa"/>
              <w:left w:w="100" w:type="dxa"/>
              <w:bottom w:w="45" w:type="dxa"/>
              <w:right w:w="100" w:type="dxa"/>
            </w:tcMar>
            <w:vAlign w:val="center"/>
          </w:tcPr>
          <w:p w14:paraId="12B49E56" w14:textId="77777777" w:rsidR="00AD0E4F" w:rsidRDefault="00AD0E4F">
            <w:pPr>
              <w:spacing w:after="0" w:line="240" w:lineRule="auto"/>
            </w:pPr>
          </w:p>
        </w:tc>
      </w:tr>
    </w:tbl>
    <w:p w14:paraId="2D4D0C91" w14:textId="77777777" w:rsidR="00AD0E4F" w:rsidRDefault="008D426B">
      <w:pPr>
        <w:spacing w:after="20" w:line="240" w:lineRule="auto"/>
        <w:rPr>
          <w:lang w:eastAsia="ja-JP"/>
        </w:rPr>
      </w:pPr>
      <w:r>
        <w:rPr>
          <w:color w:val="000000"/>
          <w:sz w:val="28"/>
          <w:lang w:eastAsia="ja-JP"/>
        </w:rPr>
        <w:t>13 医療保険・精神科加算の内容と対象（2/3）</w:t>
      </w:r>
    </w:p>
    <w:p w14:paraId="7FE7CEF1" w14:textId="77777777" w:rsidR="00AD0E4F" w:rsidRDefault="008D426B">
      <w:pPr>
        <w:spacing w:after="20" w:line="240" w:lineRule="auto"/>
        <w:rPr>
          <w:lang w:eastAsia="ja-JP"/>
        </w:rPr>
      </w:pPr>
      <w:r>
        <w:rPr>
          <w:color w:val="000000"/>
          <w:sz w:val="17"/>
          <w:lang w:eastAsia="ja-JP"/>
        </w:rPr>
        <w:t>加算ごとの内容・対象・算定の目安です。実際の算定は、届出、利用者の同意、主治医の指示その他の必要な要件を満たす場合に限ります。</w:t>
      </w:r>
    </w:p>
    <w:p w14:paraId="7AFB038F" w14:textId="77777777" w:rsidR="00AD0E4F" w:rsidRDefault="00AD0E4F">
      <w:pPr>
        <w:pBdr>
          <w:bottom w:val="single" w:sz="8" w:space="1" w:color="777777"/>
        </w:pBdr>
        <w:spacing w:before="20" w:after="0" w:line="240" w:lineRule="auto"/>
        <w:rPr>
          <w:lang w:eastAsia="ja-JP"/>
        </w:rPr>
      </w:pP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665"/>
        <w:gridCol w:w="5216"/>
        <w:gridCol w:w="1701"/>
        <w:gridCol w:w="737"/>
      </w:tblGrid>
      <w:tr w:rsidR="00AD0E4F" w14:paraId="6DB67EE1" w14:textId="77777777">
        <w:trPr>
          <w:tblHeader/>
          <w:jc w:val="center"/>
        </w:trPr>
        <w:tc>
          <w:tcPr>
            <w:tcW w:w="2665" w:type="dxa"/>
            <w:shd w:val="clear" w:color="auto" w:fill="4A4A4A"/>
            <w:tcMar>
              <w:top w:w="45" w:type="dxa"/>
              <w:left w:w="100" w:type="dxa"/>
              <w:bottom w:w="45" w:type="dxa"/>
              <w:right w:w="100" w:type="dxa"/>
            </w:tcMar>
            <w:vAlign w:val="center"/>
          </w:tcPr>
          <w:p w14:paraId="0AC489A7" w14:textId="77777777" w:rsidR="00AD0E4F" w:rsidRDefault="008D426B">
            <w:pPr>
              <w:spacing w:after="0" w:line="240" w:lineRule="auto"/>
              <w:jc w:val="center"/>
            </w:pPr>
            <w:r>
              <w:rPr>
                <w:color w:val="FFFFFF"/>
                <w:sz w:val="17"/>
              </w:rPr>
              <w:t>項目</w:t>
            </w:r>
          </w:p>
        </w:tc>
        <w:tc>
          <w:tcPr>
            <w:tcW w:w="5216" w:type="dxa"/>
            <w:shd w:val="clear" w:color="auto" w:fill="4A4A4A"/>
            <w:tcMar>
              <w:top w:w="45" w:type="dxa"/>
              <w:left w:w="100" w:type="dxa"/>
              <w:bottom w:w="45" w:type="dxa"/>
              <w:right w:w="100" w:type="dxa"/>
            </w:tcMar>
            <w:vAlign w:val="center"/>
          </w:tcPr>
          <w:p w14:paraId="30E17328" w14:textId="77777777" w:rsidR="00AD0E4F" w:rsidRDefault="008D426B">
            <w:pPr>
              <w:spacing w:after="0" w:line="240" w:lineRule="auto"/>
              <w:jc w:val="center"/>
              <w:rPr>
                <w:lang w:eastAsia="ja-JP"/>
              </w:rPr>
            </w:pPr>
            <w:r>
              <w:rPr>
                <w:color w:val="FFFFFF"/>
                <w:sz w:val="17"/>
                <w:lang w:eastAsia="ja-JP"/>
              </w:rPr>
              <w:t>内容・対象となる場合</w:t>
            </w:r>
          </w:p>
        </w:tc>
        <w:tc>
          <w:tcPr>
            <w:tcW w:w="1701" w:type="dxa"/>
            <w:shd w:val="clear" w:color="auto" w:fill="4A4A4A"/>
            <w:tcMar>
              <w:top w:w="45" w:type="dxa"/>
              <w:left w:w="100" w:type="dxa"/>
              <w:bottom w:w="45" w:type="dxa"/>
              <w:right w:w="100" w:type="dxa"/>
            </w:tcMar>
            <w:vAlign w:val="center"/>
          </w:tcPr>
          <w:p w14:paraId="540B94CE" w14:textId="77777777" w:rsidR="00AD0E4F" w:rsidRDefault="008D426B">
            <w:pPr>
              <w:spacing w:after="0" w:line="240" w:lineRule="auto"/>
              <w:jc w:val="center"/>
            </w:pPr>
            <w:r>
              <w:rPr>
                <w:color w:val="FFFFFF"/>
                <w:sz w:val="17"/>
              </w:rPr>
              <w:t>料金・単位</w:t>
            </w:r>
          </w:p>
        </w:tc>
        <w:tc>
          <w:tcPr>
            <w:tcW w:w="737" w:type="dxa"/>
            <w:shd w:val="clear" w:color="auto" w:fill="4A4A4A"/>
            <w:tcMar>
              <w:top w:w="45" w:type="dxa"/>
              <w:left w:w="100" w:type="dxa"/>
              <w:bottom w:w="45" w:type="dxa"/>
              <w:right w:w="100" w:type="dxa"/>
            </w:tcMar>
            <w:vAlign w:val="center"/>
          </w:tcPr>
          <w:p w14:paraId="5B58836B" w14:textId="77777777" w:rsidR="00AD0E4F" w:rsidRDefault="008D426B">
            <w:pPr>
              <w:spacing w:after="0" w:line="240" w:lineRule="auto"/>
              <w:jc w:val="center"/>
            </w:pPr>
            <w:r>
              <w:rPr>
                <w:color w:val="FFFFFF"/>
                <w:sz w:val="17"/>
              </w:rPr>
              <w:t>該当</w:t>
            </w:r>
          </w:p>
        </w:tc>
      </w:tr>
      <w:tr w:rsidR="00AD0E4F" w14:paraId="673CA33E" w14:textId="77777777">
        <w:trPr>
          <w:jc w:val="center"/>
        </w:trPr>
        <w:tc>
          <w:tcPr>
            <w:tcW w:w="2665" w:type="dxa"/>
            <w:tcMar>
              <w:top w:w="45" w:type="dxa"/>
              <w:left w:w="100" w:type="dxa"/>
              <w:bottom w:w="45" w:type="dxa"/>
              <w:right w:w="100" w:type="dxa"/>
            </w:tcMar>
            <w:vAlign w:val="center"/>
          </w:tcPr>
          <w:p w14:paraId="0D2E63DE" w14:textId="77777777" w:rsidR="00AD0E4F" w:rsidRDefault="008D426B">
            <w:pPr>
              <w:spacing w:after="0" w:line="240" w:lineRule="auto"/>
              <w:rPr>
                <w:lang w:eastAsia="ja-JP"/>
              </w:rPr>
            </w:pPr>
            <w:r>
              <w:rPr>
                <w:color w:val="000000"/>
                <w:sz w:val="17"/>
                <w:lang w:eastAsia="ja-JP"/>
              </w:rPr>
              <w:t>特別管理・重症度が高い方</w:t>
            </w:r>
          </w:p>
        </w:tc>
        <w:tc>
          <w:tcPr>
            <w:tcW w:w="5216" w:type="dxa"/>
            <w:tcMar>
              <w:top w:w="45" w:type="dxa"/>
              <w:left w:w="100" w:type="dxa"/>
              <w:bottom w:w="45" w:type="dxa"/>
              <w:right w:w="100" w:type="dxa"/>
            </w:tcMar>
            <w:vAlign w:val="center"/>
          </w:tcPr>
          <w:p w14:paraId="47BA054E" w14:textId="77777777" w:rsidR="00AD0E4F" w:rsidRDefault="008D426B">
            <w:pPr>
              <w:spacing w:after="0" w:line="240" w:lineRule="auto"/>
              <w:rPr>
                <w:lang w:eastAsia="ja-JP"/>
              </w:rPr>
            </w:pPr>
            <w:r>
              <w:rPr>
                <w:color w:val="000000"/>
                <w:sz w:val="17"/>
                <w:lang w:eastAsia="ja-JP"/>
              </w:rPr>
              <w:t>気管カニューレ、留置カテーテルなど、重症度の高い状態に対して継続的な観察・医療処置・計画的な管理を行う場合です。</w:t>
            </w:r>
          </w:p>
        </w:tc>
        <w:tc>
          <w:tcPr>
            <w:tcW w:w="1701" w:type="dxa"/>
            <w:tcMar>
              <w:top w:w="45" w:type="dxa"/>
              <w:left w:w="100" w:type="dxa"/>
              <w:bottom w:w="45" w:type="dxa"/>
              <w:right w:w="100" w:type="dxa"/>
            </w:tcMar>
            <w:vAlign w:val="center"/>
          </w:tcPr>
          <w:p w14:paraId="466A4A04" w14:textId="77777777" w:rsidR="00AD0E4F" w:rsidRDefault="008D426B">
            <w:pPr>
              <w:spacing w:after="0" w:line="240" w:lineRule="auto"/>
            </w:pPr>
            <w:r>
              <w:rPr>
                <w:color w:val="000000"/>
                <w:sz w:val="17"/>
              </w:rPr>
              <w:t>5,000円/月</w:t>
            </w:r>
          </w:p>
        </w:tc>
        <w:tc>
          <w:tcPr>
            <w:tcW w:w="737" w:type="dxa"/>
            <w:tcMar>
              <w:top w:w="45" w:type="dxa"/>
              <w:left w:w="100" w:type="dxa"/>
              <w:bottom w:w="45" w:type="dxa"/>
              <w:right w:w="100" w:type="dxa"/>
            </w:tcMar>
            <w:vAlign w:val="center"/>
          </w:tcPr>
          <w:p w14:paraId="76A65CA2" w14:textId="77777777" w:rsidR="00AD0E4F" w:rsidRDefault="00AD0E4F">
            <w:pPr>
              <w:spacing w:after="0" w:line="240" w:lineRule="auto"/>
            </w:pPr>
          </w:p>
        </w:tc>
      </w:tr>
      <w:tr w:rsidR="00AD0E4F" w14:paraId="1946DBB6" w14:textId="77777777">
        <w:trPr>
          <w:jc w:val="center"/>
        </w:trPr>
        <w:tc>
          <w:tcPr>
            <w:tcW w:w="2665" w:type="dxa"/>
            <w:tcMar>
              <w:top w:w="45" w:type="dxa"/>
              <w:left w:w="100" w:type="dxa"/>
              <w:bottom w:w="45" w:type="dxa"/>
              <w:right w:w="100" w:type="dxa"/>
            </w:tcMar>
            <w:vAlign w:val="center"/>
          </w:tcPr>
          <w:p w14:paraId="1C4F6D0C" w14:textId="77777777" w:rsidR="00AD0E4F" w:rsidRDefault="008D426B">
            <w:pPr>
              <w:spacing w:after="0" w:line="240" w:lineRule="auto"/>
            </w:pPr>
            <w:r>
              <w:rPr>
                <w:color w:val="000000"/>
                <w:sz w:val="17"/>
              </w:rPr>
              <w:t>特別管理・その他</w:t>
            </w:r>
          </w:p>
        </w:tc>
        <w:tc>
          <w:tcPr>
            <w:tcW w:w="5216" w:type="dxa"/>
            <w:tcMar>
              <w:top w:w="45" w:type="dxa"/>
              <w:left w:w="100" w:type="dxa"/>
              <w:bottom w:w="45" w:type="dxa"/>
              <w:right w:w="100" w:type="dxa"/>
            </w:tcMar>
            <w:vAlign w:val="center"/>
          </w:tcPr>
          <w:p w14:paraId="2E1731F0" w14:textId="77777777" w:rsidR="00AD0E4F" w:rsidRDefault="008D426B">
            <w:pPr>
              <w:spacing w:after="0" w:line="240" w:lineRule="auto"/>
              <w:rPr>
                <w:lang w:eastAsia="ja-JP"/>
              </w:rPr>
            </w:pPr>
            <w:r>
              <w:rPr>
                <w:color w:val="000000"/>
                <w:sz w:val="17"/>
                <w:lang w:eastAsia="ja-JP"/>
              </w:rPr>
              <w:t>在宅酸素、人工呼吸器、経管栄養、ストーマ、深い褥瘡など、定められた医療的管理を必要とする方を計画的に支援する場合です。</w:t>
            </w:r>
          </w:p>
        </w:tc>
        <w:tc>
          <w:tcPr>
            <w:tcW w:w="1701" w:type="dxa"/>
            <w:tcMar>
              <w:top w:w="45" w:type="dxa"/>
              <w:left w:w="100" w:type="dxa"/>
              <w:bottom w:w="45" w:type="dxa"/>
              <w:right w:w="100" w:type="dxa"/>
            </w:tcMar>
            <w:vAlign w:val="center"/>
          </w:tcPr>
          <w:p w14:paraId="4AE39017" w14:textId="77777777" w:rsidR="00AD0E4F" w:rsidRDefault="008D426B">
            <w:pPr>
              <w:spacing w:after="0" w:line="240" w:lineRule="auto"/>
            </w:pPr>
            <w:r>
              <w:rPr>
                <w:color w:val="000000"/>
                <w:sz w:val="17"/>
              </w:rPr>
              <w:t>2,500円/月</w:t>
            </w:r>
          </w:p>
        </w:tc>
        <w:tc>
          <w:tcPr>
            <w:tcW w:w="737" w:type="dxa"/>
            <w:tcMar>
              <w:top w:w="45" w:type="dxa"/>
              <w:left w:w="100" w:type="dxa"/>
              <w:bottom w:w="45" w:type="dxa"/>
              <w:right w:w="100" w:type="dxa"/>
            </w:tcMar>
            <w:vAlign w:val="center"/>
          </w:tcPr>
          <w:p w14:paraId="171B9C46" w14:textId="77777777" w:rsidR="00AD0E4F" w:rsidRDefault="00AD0E4F">
            <w:pPr>
              <w:spacing w:after="0" w:line="240" w:lineRule="auto"/>
            </w:pPr>
          </w:p>
        </w:tc>
      </w:tr>
      <w:tr w:rsidR="00AD0E4F" w14:paraId="557CA95B" w14:textId="77777777">
        <w:trPr>
          <w:jc w:val="center"/>
        </w:trPr>
        <w:tc>
          <w:tcPr>
            <w:tcW w:w="2665" w:type="dxa"/>
            <w:tcMar>
              <w:top w:w="45" w:type="dxa"/>
              <w:left w:w="100" w:type="dxa"/>
              <w:bottom w:w="45" w:type="dxa"/>
              <w:right w:w="100" w:type="dxa"/>
            </w:tcMar>
            <w:vAlign w:val="center"/>
          </w:tcPr>
          <w:p w14:paraId="4E678406" w14:textId="77777777" w:rsidR="00AD0E4F" w:rsidRDefault="008D426B">
            <w:pPr>
              <w:spacing w:after="0" w:line="240" w:lineRule="auto"/>
            </w:pPr>
            <w:r>
              <w:rPr>
                <w:color w:val="000000"/>
                <w:sz w:val="17"/>
              </w:rPr>
              <w:t>退院時共同指導加算</w:t>
            </w:r>
          </w:p>
        </w:tc>
        <w:tc>
          <w:tcPr>
            <w:tcW w:w="5216" w:type="dxa"/>
            <w:tcMar>
              <w:top w:w="45" w:type="dxa"/>
              <w:left w:w="100" w:type="dxa"/>
              <w:bottom w:w="45" w:type="dxa"/>
              <w:right w:w="100" w:type="dxa"/>
            </w:tcMar>
            <w:vAlign w:val="center"/>
          </w:tcPr>
          <w:p w14:paraId="7440A8C7" w14:textId="77777777" w:rsidR="00AD0E4F" w:rsidRDefault="008D426B">
            <w:pPr>
              <w:spacing w:after="0" w:line="240" w:lineRule="auto"/>
              <w:rPr>
                <w:lang w:eastAsia="ja-JP"/>
              </w:rPr>
            </w:pPr>
            <w:r>
              <w:rPr>
                <w:color w:val="000000"/>
                <w:sz w:val="17"/>
                <w:lang w:eastAsia="ja-JP"/>
              </w:rPr>
              <w:t>病院や施設から自宅へ移る前に、訪問看護師が主治医や病院職員と連携し、本人・家族へ在宅療養の方法を説明する場合です。</w:t>
            </w:r>
          </w:p>
        </w:tc>
        <w:tc>
          <w:tcPr>
            <w:tcW w:w="1701" w:type="dxa"/>
            <w:tcMar>
              <w:top w:w="45" w:type="dxa"/>
              <w:left w:w="100" w:type="dxa"/>
              <w:bottom w:w="45" w:type="dxa"/>
              <w:right w:w="100" w:type="dxa"/>
            </w:tcMar>
            <w:vAlign w:val="center"/>
          </w:tcPr>
          <w:p w14:paraId="6F97C8E2" w14:textId="77777777" w:rsidR="00AD0E4F" w:rsidRDefault="008D426B">
            <w:pPr>
              <w:spacing w:after="0" w:line="240" w:lineRule="auto"/>
            </w:pPr>
            <w:r>
              <w:rPr>
                <w:color w:val="000000"/>
                <w:sz w:val="17"/>
              </w:rPr>
              <w:t>8,000円</w:t>
            </w:r>
          </w:p>
        </w:tc>
        <w:tc>
          <w:tcPr>
            <w:tcW w:w="737" w:type="dxa"/>
            <w:tcMar>
              <w:top w:w="45" w:type="dxa"/>
              <w:left w:w="100" w:type="dxa"/>
              <w:bottom w:w="45" w:type="dxa"/>
              <w:right w:w="100" w:type="dxa"/>
            </w:tcMar>
            <w:vAlign w:val="center"/>
          </w:tcPr>
          <w:p w14:paraId="2D028A34" w14:textId="77777777" w:rsidR="00AD0E4F" w:rsidRDefault="00AD0E4F">
            <w:pPr>
              <w:spacing w:after="0" w:line="240" w:lineRule="auto"/>
            </w:pPr>
          </w:p>
        </w:tc>
      </w:tr>
      <w:tr w:rsidR="00AD0E4F" w14:paraId="5554D0CD" w14:textId="77777777">
        <w:trPr>
          <w:jc w:val="center"/>
        </w:trPr>
        <w:tc>
          <w:tcPr>
            <w:tcW w:w="2665" w:type="dxa"/>
            <w:tcMar>
              <w:top w:w="45" w:type="dxa"/>
              <w:left w:w="100" w:type="dxa"/>
              <w:bottom w:w="45" w:type="dxa"/>
              <w:right w:w="100" w:type="dxa"/>
            </w:tcMar>
            <w:vAlign w:val="center"/>
          </w:tcPr>
          <w:p w14:paraId="2A79F84E" w14:textId="77777777" w:rsidR="00AD0E4F" w:rsidRDefault="008D426B">
            <w:pPr>
              <w:spacing w:after="0" w:line="240" w:lineRule="auto"/>
            </w:pPr>
            <w:r>
              <w:rPr>
                <w:color w:val="000000"/>
                <w:sz w:val="17"/>
              </w:rPr>
              <w:t>特別管理指導加算</w:t>
            </w:r>
          </w:p>
        </w:tc>
        <w:tc>
          <w:tcPr>
            <w:tcW w:w="5216" w:type="dxa"/>
            <w:tcMar>
              <w:top w:w="45" w:type="dxa"/>
              <w:left w:w="100" w:type="dxa"/>
              <w:bottom w:w="45" w:type="dxa"/>
              <w:right w:w="100" w:type="dxa"/>
            </w:tcMar>
            <w:vAlign w:val="center"/>
          </w:tcPr>
          <w:p w14:paraId="24377F8F" w14:textId="77777777" w:rsidR="00AD0E4F" w:rsidRDefault="008D426B">
            <w:pPr>
              <w:spacing w:after="0" w:line="240" w:lineRule="auto"/>
              <w:rPr>
                <w:lang w:eastAsia="ja-JP"/>
              </w:rPr>
            </w:pPr>
            <w:r>
              <w:rPr>
                <w:color w:val="000000"/>
                <w:sz w:val="17"/>
                <w:lang w:eastAsia="ja-JP"/>
              </w:rPr>
              <w:t>退院後に特別な医療管理が必要な方に対し、退院時の共同指導の中で、医療処置・観察・家族の対応方法などを説明する場合です。</w:t>
            </w:r>
          </w:p>
        </w:tc>
        <w:tc>
          <w:tcPr>
            <w:tcW w:w="1701" w:type="dxa"/>
            <w:tcMar>
              <w:top w:w="45" w:type="dxa"/>
              <w:left w:w="100" w:type="dxa"/>
              <w:bottom w:w="45" w:type="dxa"/>
              <w:right w:w="100" w:type="dxa"/>
            </w:tcMar>
            <w:vAlign w:val="center"/>
          </w:tcPr>
          <w:p w14:paraId="002565C6" w14:textId="77777777" w:rsidR="00AD0E4F" w:rsidRDefault="008D426B">
            <w:pPr>
              <w:spacing w:after="0" w:line="240" w:lineRule="auto"/>
            </w:pPr>
            <w:r>
              <w:rPr>
                <w:color w:val="000000"/>
                <w:sz w:val="17"/>
              </w:rPr>
              <w:t>2,000円</w:t>
            </w:r>
          </w:p>
        </w:tc>
        <w:tc>
          <w:tcPr>
            <w:tcW w:w="737" w:type="dxa"/>
            <w:tcMar>
              <w:top w:w="45" w:type="dxa"/>
              <w:left w:w="100" w:type="dxa"/>
              <w:bottom w:w="45" w:type="dxa"/>
              <w:right w:w="100" w:type="dxa"/>
            </w:tcMar>
            <w:vAlign w:val="center"/>
          </w:tcPr>
          <w:p w14:paraId="35BE01B8" w14:textId="77777777" w:rsidR="00AD0E4F" w:rsidRDefault="00AD0E4F">
            <w:pPr>
              <w:spacing w:after="0" w:line="240" w:lineRule="auto"/>
            </w:pPr>
          </w:p>
        </w:tc>
      </w:tr>
      <w:tr w:rsidR="00AD0E4F" w14:paraId="7B7D8AF9" w14:textId="77777777">
        <w:trPr>
          <w:jc w:val="center"/>
        </w:trPr>
        <w:tc>
          <w:tcPr>
            <w:tcW w:w="2665" w:type="dxa"/>
            <w:tcMar>
              <w:top w:w="45" w:type="dxa"/>
              <w:left w:w="100" w:type="dxa"/>
              <w:bottom w:w="45" w:type="dxa"/>
              <w:right w:w="100" w:type="dxa"/>
            </w:tcMar>
            <w:vAlign w:val="center"/>
          </w:tcPr>
          <w:p w14:paraId="31DB3259" w14:textId="77777777" w:rsidR="00AD0E4F" w:rsidRDefault="008D426B">
            <w:pPr>
              <w:spacing w:after="0" w:line="240" w:lineRule="auto"/>
            </w:pPr>
            <w:r>
              <w:rPr>
                <w:color w:val="000000"/>
                <w:sz w:val="17"/>
              </w:rPr>
              <w:t>退院支援指導加算</w:t>
            </w:r>
          </w:p>
        </w:tc>
        <w:tc>
          <w:tcPr>
            <w:tcW w:w="5216" w:type="dxa"/>
            <w:tcMar>
              <w:top w:w="45" w:type="dxa"/>
              <w:left w:w="100" w:type="dxa"/>
              <w:bottom w:w="45" w:type="dxa"/>
              <w:right w:w="100" w:type="dxa"/>
            </w:tcMar>
            <w:vAlign w:val="center"/>
          </w:tcPr>
          <w:p w14:paraId="41274D0F" w14:textId="77777777" w:rsidR="00AD0E4F" w:rsidRDefault="008D426B">
            <w:pPr>
              <w:spacing w:after="0" w:line="240" w:lineRule="auto"/>
              <w:rPr>
                <w:lang w:eastAsia="ja-JP"/>
              </w:rPr>
            </w:pPr>
            <w:r>
              <w:rPr>
                <w:color w:val="000000"/>
                <w:sz w:val="17"/>
                <w:lang w:eastAsia="ja-JP"/>
              </w:rPr>
              <w:t>退院当日の訪問が必要な方について、自宅での生活を安全に始められるよう、療養環境や看護方法を確認・指導する場合です。</w:t>
            </w:r>
          </w:p>
        </w:tc>
        <w:tc>
          <w:tcPr>
            <w:tcW w:w="1701" w:type="dxa"/>
            <w:tcMar>
              <w:top w:w="45" w:type="dxa"/>
              <w:left w:w="100" w:type="dxa"/>
              <w:bottom w:w="45" w:type="dxa"/>
              <w:right w:w="100" w:type="dxa"/>
            </w:tcMar>
            <w:vAlign w:val="center"/>
          </w:tcPr>
          <w:p w14:paraId="1BC4124A" w14:textId="77777777" w:rsidR="00AD0E4F" w:rsidRDefault="008D426B">
            <w:pPr>
              <w:spacing w:after="0" w:line="240" w:lineRule="auto"/>
            </w:pPr>
            <w:r>
              <w:rPr>
                <w:color w:val="000000"/>
                <w:sz w:val="17"/>
              </w:rPr>
              <w:t>6,000円</w:t>
            </w:r>
          </w:p>
        </w:tc>
        <w:tc>
          <w:tcPr>
            <w:tcW w:w="737" w:type="dxa"/>
            <w:tcMar>
              <w:top w:w="45" w:type="dxa"/>
              <w:left w:w="100" w:type="dxa"/>
              <w:bottom w:w="45" w:type="dxa"/>
              <w:right w:w="100" w:type="dxa"/>
            </w:tcMar>
            <w:vAlign w:val="center"/>
          </w:tcPr>
          <w:p w14:paraId="4BFE728E" w14:textId="77777777" w:rsidR="00AD0E4F" w:rsidRDefault="00AD0E4F">
            <w:pPr>
              <w:spacing w:after="0" w:line="240" w:lineRule="auto"/>
            </w:pPr>
          </w:p>
        </w:tc>
      </w:tr>
      <w:tr w:rsidR="00AD0E4F" w14:paraId="21AA837A" w14:textId="77777777">
        <w:trPr>
          <w:tblHeader/>
          <w:jc w:val="center"/>
        </w:trPr>
        <w:tc>
          <w:tcPr>
            <w:tcW w:w="2665" w:type="dxa"/>
            <w:shd w:val="clear" w:color="auto" w:fill="4A4A4A"/>
            <w:tcMar>
              <w:top w:w="45" w:type="dxa"/>
              <w:left w:w="100" w:type="dxa"/>
              <w:bottom w:w="45" w:type="dxa"/>
              <w:right w:w="100" w:type="dxa"/>
            </w:tcMar>
            <w:vAlign w:val="center"/>
          </w:tcPr>
          <w:p w14:paraId="1A49670C" w14:textId="77777777" w:rsidR="00AD0E4F" w:rsidRDefault="008D426B">
            <w:pPr>
              <w:spacing w:after="0" w:line="240" w:lineRule="auto"/>
              <w:jc w:val="center"/>
            </w:pPr>
            <w:r>
              <w:rPr>
                <w:color w:val="FFFFFF"/>
                <w:sz w:val="17"/>
              </w:rPr>
              <w:t>項目</w:t>
            </w:r>
          </w:p>
        </w:tc>
        <w:tc>
          <w:tcPr>
            <w:tcW w:w="5216" w:type="dxa"/>
            <w:shd w:val="clear" w:color="auto" w:fill="4A4A4A"/>
            <w:tcMar>
              <w:top w:w="45" w:type="dxa"/>
              <w:left w:w="100" w:type="dxa"/>
              <w:bottom w:w="45" w:type="dxa"/>
              <w:right w:w="100" w:type="dxa"/>
            </w:tcMar>
            <w:vAlign w:val="center"/>
          </w:tcPr>
          <w:p w14:paraId="0D03031E" w14:textId="77777777" w:rsidR="00AD0E4F" w:rsidRDefault="008D426B">
            <w:pPr>
              <w:spacing w:after="0" w:line="240" w:lineRule="auto"/>
              <w:jc w:val="center"/>
              <w:rPr>
                <w:lang w:eastAsia="ja-JP"/>
              </w:rPr>
            </w:pPr>
            <w:r>
              <w:rPr>
                <w:color w:val="FFFFFF"/>
                <w:sz w:val="17"/>
                <w:lang w:eastAsia="ja-JP"/>
              </w:rPr>
              <w:t>内容・対象となる場合</w:t>
            </w:r>
          </w:p>
        </w:tc>
        <w:tc>
          <w:tcPr>
            <w:tcW w:w="1701" w:type="dxa"/>
            <w:shd w:val="clear" w:color="auto" w:fill="4A4A4A"/>
            <w:tcMar>
              <w:top w:w="45" w:type="dxa"/>
              <w:left w:w="100" w:type="dxa"/>
              <w:bottom w:w="45" w:type="dxa"/>
              <w:right w:w="100" w:type="dxa"/>
            </w:tcMar>
            <w:vAlign w:val="center"/>
          </w:tcPr>
          <w:p w14:paraId="479B3B83" w14:textId="77777777" w:rsidR="00AD0E4F" w:rsidRDefault="008D426B">
            <w:pPr>
              <w:spacing w:after="0" w:line="240" w:lineRule="auto"/>
              <w:jc w:val="center"/>
            </w:pPr>
            <w:r>
              <w:rPr>
                <w:color w:val="FFFFFF"/>
                <w:sz w:val="17"/>
              </w:rPr>
              <w:t>料金・単位</w:t>
            </w:r>
          </w:p>
        </w:tc>
        <w:tc>
          <w:tcPr>
            <w:tcW w:w="737" w:type="dxa"/>
            <w:shd w:val="clear" w:color="auto" w:fill="4A4A4A"/>
            <w:tcMar>
              <w:top w:w="45" w:type="dxa"/>
              <w:left w:w="100" w:type="dxa"/>
              <w:bottom w:w="45" w:type="dxa"/>
              <w:right w:w="100" w:type="dxa"/>
            </w:tcMar>
            <w:vAlign w:val="center"/>
          </w:tcPr>
          <w:p w14:paraId="2946F179" w14:textId="77777777" w:rsidR="00AD0E4F" w:rsidRDefault="008D426B">
            <w:pPr>
              <w:spacing w:after="0" w:line="240" w:lineRule="auto"/>
              <w:jc w:val="center"/>
            </w:pPr>
            <w:r>
              <w:rPr>
                <w:color w:val="FFFFFF"/>
                <w:sz w:val="17"/>
              </w:rPr>
              <w:t>該当</w:t>
            </w:r>
          </w:p>
        </w:tc>
      </w:tr>
      <w:tr w:rsidR="00AD0E4F" w14:paraId="76FDDB81" w14:textId="77777777">
        <w:trPr>
          <w:jc w:val="center"/>
        </w:trPr>
        <w:tc>
          <w:tcPr>
            <w:tcW w:w="2665" w:type="dxa"/>
            <w:tcMar>
              <w:top w:w="45" w:type="dxa"/>
              <w:left w:w="100" w:type="dxa"/>
              <w:bottom w:w="45" w:type="dxa"/>
              <w:right w:w="100" w:type="dxa"/>
            </w:tcMar>
            <w:vAlign w:val="center"/>
          </w:tcPr>
          <w:p w14:paraId="2582B4F7" w14:textId="77777777" w:rsidR="00AD0E4F" w:rsidRDefault="008D426B">
            <w:pPr>
              <w:spacing w:after="0" w:line="240" w:lineRule="auto"/>
            </w:pPr>
            <w:r>
              <w:rPr>
                <w:color w:val="000000"/>
                <w:sz w:val="17"/>
              </w:rPr>
              <w:lastRenderedPageBreak/>
              <w:t>在宅患者連携指導加算</w:t>
            </w:r>
          </w:p>
        </w:tc>
        <w:tc>
          <w:tcPr>
            <w:tcW w:w="5216" w:type="dxa"/>
            <w:tcMar>
              <w:top w:w="45" w:type="dxa"/>
              <w:left w:w="100" w:type="dxa"/>
              <w:bottom w:w="45" w:type="dxa"/>
              <w:right w:w="100" w:type="dxa"/>
            </w:tcMar>
            <w:vAlign w:val="center"/>
          </w:tcPr>
          <w:p w14:paraId="226532D0" w14:textId="77777777" w:rsidR="00AD0E4F" w:rsidRDefault="008D426B">
            <w:pPr>
              <w:spacing w:after="0" w:line="240" w:lineRule="auto"/>
              <w:rPr>
                <w:lang w:eastAsia="ja-JP"/>
              </w:rPr>
            </w:pPr>
            <w:r>
              <w:rPr>
                <w:color w:val="000000"/>
                <w:sz w:val="17"/>
                <w:lang w:eastAsia="ja-JP"/>
              </w:rPr>
              <w:t>主治医、歯科、薬局等と本人の同意のもとで情報を共有し、その内容を踏まえて在宅療養上の具体的な助言を行う場合です。</w:t>
            </w:r>
          </w:p>
        </w:tc>
        <w:tc>
          <w:tcPr>
            <w:tcW w:w="1701" w:type="dxa"/>
            <w:tcMar>
              <w:top w:w="45" w:type="dxa"/>
              <w:left w:w="100" w:type="dxa"/>
              <w:bottom w:w="45" w:type="dxa"/>
              <w:right w:w="100" w:type="dxa"/>
            </w:tcMar>
            <w:vAlign w:val="center"/>
          </w:tcPr>
          <w:p w14:paraId="1F5B0931" w14:textId="77777777" w:rsidR="00AD0E4F" w:rsidRDefault="008D426B">
            <w:pPr>
              <w:spacing w:after="0" w:line="240" w:lineRule="auto"/>
            </w:pPr>
            <w:r>
              <w:rPr>
                <w:color w:val="000000"/>
                <w:sz w:val="17"/>
              </w:rPr>
              <w:t>3,000円/月</w:t>
            </w:r>
          </w:p>
        </w:tc>
        <w:tc>
          <w:tcPr>
            <w:tcW w:w="737" w:type="dxa"/>
            <w:tcMar>
              <w:top w:w="45" w:type="dxa"/>
              <w:left w:w="100" w:type="dxa"/>
              <w:bottom w:w="45" w:type="dxa"/>
              <w:right w:w="100" w:type="dxa"/>
            </w:tcMar>
            <w:vAlign w:val="center"/>
          </w:tcPr>
          <w:p w14:paraId="027C560D" w14:textId="77777777" w:rsidR="00AD0E4F" w:rsidRDefault="00AD0E4F">
            <w:pPr>
              <w:spacing w:after="0" w:line="240" w:lineRule="auto"/>
            </w:pPr>
          </w:p>
        </w:tc>
      </w:tr>
      <w:tr w:rsidR="00AD0E4F" w14:paraId="3121D987" w14:textId="77777777">
        <w:trPr>
          <w:jc w:val="center"/>
        </w:trPr>
        <w:tc>
          <w:tcPr>
            <w:tcW w:w="2665" w:type="dxa"/>
            <w:tcMar>
              <w:top w:w="45" w:type="dxa"/>
              <w:left w:w="100" w:type="dxa"/>
              <w:bottom w:w="45" w:type="dxa"/>
              <w:right w:w="100" w:type="dxa"/>
            </w:tcMar>
            <w:vAlign w:val="center"/>
          </w:tcPr>
          <w:p w14:paraId="03DAD935" w14:textId="77777777" w:rsidR="00AD0E4F" w:rsidRDefault="008D426B">
            <w:pPr>
              <w:spacing w:after="0" w:line="240" w:lineRule="auto"/>
              <w:rPr>
                <w:lang w:eastAsia="ja-JP"/>
              </w:rPr>
            </w:pPr>
            <w:r>
              <w:rPr>
                <w:color w:val="000000"/>
                <w:sz w:val="17"/>
                <w:lang w:eastAsia="ja-JP"/>
              </w:rPr>
              <w:t>緊急時等カンファレンス</w:t>
            </w:r>
          </w:p>
        </w:tc>
        <w:tc>
          <w:tcPr>
            <w:tcW w:w="5216" w:type="dxa"/>
            <w:tcMar>
              <w:top w:w="45" w:type="dxa"/>
              <w:left w:w="100" w:type="dxa"/>
              <w:bottom w:w="45" w:type="dxa"/>
              <w:right w:w="100" w:type="dxa"/>
            </w:tcMar>
            <w:vAlign w:val="center"/>
          </w:tcPr>
          <w:p w14:paraId="7DCB7BAD" w14:textId="77777777" w:rsidR="00AD0E4F" w:rsidRDefault="008D426B">
            <w:pPr>
              <w:spacing w:after="0" w:line="240" w:lineRule="auto"/>
              <w:rPr>
                <w:lang w:eastAsia="ja-JP"/>
              </w:rPr>
            </w:pPr>
            <w:r>
              <w:rPr>
                <w:color w:val="000000"/>
                <w:sz w:val="17"/>
                <w:lang w:eastAsia="ja-JP"/>
              </w:rPr>
              <w:t>急な病状変化があったとき、主治医などの関係職種と話し合って治療・看護の方針を整理し、本人・家族へ説明する場合です。</w:t>
            </w:r>
          </w:p>
        </w:tc>
        <w:tc>
          <w:tcPr>
            <w:tcW w:w="1701" w:type="dxa"/>
            <w:tcMar>
              <w:top w:w="45" w:type="dxa"/>
              <w:left w:w="100" w:type="dxa"/>
              <w:bottom w:w="45" w:type="dxa"/>
              <w:right w:w="100" w:type="dxa"/>
            </w:tcMar>
            <w:vAlign w:val="center"/>
          </w:tcPr>
          <w:p w14:paraId="0254893F" w14:textId="77777777" w:rsidR="00AD0E4F" w:rsidRDefault="008D426B">
            <w:pPr>
              <w:spacing w:after="0" w:line="240" w:lineRule="auto"/>
            </w:pPr>
            <w:r>
              <w:rPr>
                <w:color w:val="000000"/>
                <w:sz w:val="17"/>
              </w:rPr>
              <w:t>2,000円/回</w:t>
            </w:r>
          </w:p>
        </w:tc>
        <w:tc>
          <w:tcPr>
            <w:tcW w:w="737" w:type="dxa"/>
            <w:tcMar>
              <w:top w:w="45" w:type="dxa"/>
              <w:left w:w="100" w:type="dxa"/>
              <w:bottom w:w="45" w:type="dxa"/>
              <w:right w:w="100" w:type="dxa"/>
            </w:tcMar>
            <w:vAlign w:val="center"/>
          </w:tcPr>
          <w:p w14:paraId="0021F0DC" w14:textId="77777777" w:rsidR="00AD0E4F" w:rsidRDefault="00AD0E4F">
            <w:pPr>
              <w:spacing w:after="0" w:line="240" w:lineRule="auto"/>
            </w:pPr>
          </w:p>
        </w:tc>
      </w:tr>
      <w:tr w:rsidR="00AD0E4F" w14:paraId="15492806" w14:textId="77777777">
        <w:trPr>
          <w:jc w:val="center"/>
        </w:trPr>
        <w:tc>
          <w:tcPr>
            <w:tcW w:w="2665" w:type="dxa"/>
            <w:tcMar>
              <w:top w:w="45" w:type="dxa"/>
              <w:left w:w="100" w:type="dxa"/>
              <w:bottom w:w="45" w:type="dxa"/>
              <w:right w:w="100" w:type="dxa"/>
            </w:tcMar>
            <w:vAlign w:val="center"/>
          </w:tcPr>
          <w:p w14:paraId="7AA2E3F4" w14:textId="77777777" w:rsidR="00AD0E4F" w:rsidRDefault="008D426B">
            <w:pPr>
              <w:spacing w:after="0" w:line="240" w:lineRule="auto"/>
            </w:pPr>
            <w:r>
              <w:rPr>
                <w:color w:val="000000"/>
                <w:sz w:val="17"/>
              </w:rPr>
              <w:t>訪問看護医療情報連携</w:t>
            </w:r>
          </w:p>
        </w:tc>
        <w:tc>
          <w:tcPr>
            <w:tcW w:w="5216" w:type="dxa"/>
            <w:tcMar>
              <w:top w:w="45" w:type="dxa"/>
              <w:left w:w="100" w:type="dxa"/>
              <w:bottom w:w="45" w:type="dxa"/>
              <w:right w:w="100" w:type="dxa"/>
            </w:tcMar>
            <w:vAlign w:val="center"/>
          </w:tcPr>
          <w:p w14:paraId="5610085E" w14:textId="77777777" w:rsidR="00AD0E4F" w:rsidRDefault="008D426B">
            <w:pPr>
              <w:spacing w:after="0" w:line="240" w:lineRule="auto"/>
              <w:rPr>
                <w:lang w:eastAsia="ja-JP"/>
              </w:rPr>
            </w:pPr>
            <w:r>
              <w:rPr>
                <w:color w:val="000000"/>
                <w:sz w:val="17"/>
                <w:lang w:eastAsia="ja-JP"/>
              </w:rPr>
              <w:t>利用者の診療・看護に必要な情報を、所定の方法で医療機関等と連携し、訪問看護の提供に反映する場合です。</w:t>
            </w:r>
          </w:p>
        </w:tc>
        <w:tc>
          <w:tcPr>
            <w:tcW w:w="1701" w:type="dxa"/>
            <w:tcMar>
              <w:top w:w="45" w:type="dxa"/>
              <w:left w:w="100" w:type="dxa"/>
              <w:bottom w:w="45" w:type="dxa"/>
              <w:right w:w="100" w:type="dxa"/>
            </w:tcMar>
            <w:vAlign w:val="center"/>
          </w:tcPr>
          <w:p w14:paraId="401DDA63" w14:textId="77777777" w:rsidR="00AD0E4F" w:rsidRDefault="008D426B">
            <w:pPr>
              <w:spacing w:after="0" w:line="240" w:lineRule="auto"/>
            </w:pPr>
            <w:r>
              <w:rPr>
                <w:color w:val="000000"/>
                <w:sz w:val="17"/>
              </w:rPr>
              <w:t>1,000円/月</w:t>
            </w:r>
          </w:p>
        </w:tc>
        <w:tc>
          <w:tcPr>
            <w:tcW w:w="737" w:type="dxa"/>
            <w:tcMar>
              <w:top w:w="45" w:type="dxa"/>
              <w:left w:w="100" w:type="dxa"/>
              <w:bottom w:w="45" w:type="dxa"/>
              <w:right w:w="100" w:type="dxa"/>
            </w:tcMar>
            <w:vAlign w:val="center"/>
          </w:tcPr>
          <w:p w14:paraId="544FD271" w14:textId="77777777" w:rsidR="00AD0E4F" w:rsidRDefault="00AD0E4F">
            <w:pPr>
              <w:spacing w:after="0" w:line="240" w:lineRule="auto"/>
            </w:pPr>
          </w:p>
        </w:tc>
      </w:tr>
      <w:tr w:rsidR="00AD0E4F" w14:paraId="377F95B3" w14:textId="77777777">
        <w:trPr>
          <w:jc w:val="center"/>
        </w:trPr>
        <w:tc>
          <w:tcPr>
            <w:tcW w:w="2665" w:type="dxa"/>
            <w:tcMar>
              <w:top w:w="45" w:type="dxa"/>
              <w:left w:w="100" w:type="dxa"/>
              <w:bottom w:w="45" w:type="dxa"/>
              <w:right w:w="100" w:type="dxa"/>
            </w:tcMar>
            <w:vAlign w:val="center"/>
          </w:tcPr>
          <w:p w14:paraId="32912208" w14:textId="77777777" w:rsidR="00AD0E4F" w:rsidRDefault="008D426B">
            <w:pPr>
              <w:spacing w:after="0" w:line="240" w:lineRule="auto"/>
            </w:pPr>
            <w:r>
              <w:rPr>
                <w:color w:val="000000"/>
                <w:sz w:val="17"/>
              </w:rPr>
              <w:t>訪問看護情報提供療養費1</w:t>
            </w:r>
          </w:p>
        </w:tc>
        <w:tc>
          <w:tcPr>
            <w:tcW w:w="5216" w:type="dxa"/>
            <w:tcMar>
              <w:top w:w="45" w:type="dxa"/>
              <w:left w:w="100" w:type="dxa"/>
              <w:bottom w:w="45" w:type="dxa"/>
              <w:right w:w="100" w:type="dxa"/>
            </w:tcMar>
            <w:vAlign w:val="center"/>
          </w:tcPr>
          <w:p w14:paraId="04D35B0F" w14:textId="77777777" w:rsidR="00AD0E4F" w:rsidRDefault="008D426B">
            <w:pPr>
              <w:spacing w:after="0" w:line="240" w:lineRule="auto"/>
              <w:rPr>
                <w:lang w:eastAsia="ja-JP"/>
              </w:rPr>
            </w:pPr>
            <w:r>
              <w:rPr>
                <w:color w:val="000000"/>
                <w:sz w:val="17"/>
                <w:lang w:eastAsia="ja-JP"/>
              </w:rPr>
              <w:t>市町村などから依頼を受け、小児・難病等の利用者に必要な保健・福祉サービスのための情報を提供する場合です。</w:t>
            </w:r>
          </w:p>
        </w:tc>
        <w:tc>
          <w:tcPr>
            <w:tcW w:w="1701" w:type="dxa"/>
            <w:tcMar>
              <w:top w:w="45" w:type="dxa"/>
              <w:left w:w="100" w:type="dxa"/>
              <w:bottom w:w="45" w:type="dxa"/>
              <w:right w:w="100" w:type="dxa"/>
            </w:tcMar>
            <w:vAlign w:val="center"/>
          </w:tcPr>
          <w:p w14:paraId="3B59133C" w14:textId="77777777" w:rsidR="00AD0E4F" w:rsidRDefault="008D426B">
            <w:pPr>
              <w:spacing w:after="0" w:line="240" w:lineRule="auto"/>
            </w:pPr>
            <w:r>
              <w:rPr>
                <w:color w:val="000000"/>
                <w:sz w:val="17"/>
              </w:rPr>
              <w:t>1,500円/月</w:t>
            </w:r>
          </w:p>
        </w:tc>
        <w:tc>
          <w:tcPr>
            <w:tcW w:w="737" w:type="dxa"/>
            <w:tcMar>
              <w:top w:w="45" w:type="dxa"/>
              <w:left w:w="100" w:type="dxa"/>
              <w:bottom w:w="45" w:type="dxa"/>
              <w:right w:w="100" w:type="dxa"/>
            </w:tcMar>
            <w:vAlign w:val="center"/>
          </w:tcPr>
          <w:p w14:paraId="6343B4E5" w14:textId="77777777" w:rsidR="00AD0E4F" w:rsidRDefault="00AD0E4F">
            <w:pPr>
              <w:spacing w:after="0" w:line="240" w:lineRule="auto"/>
            </w:pPr>
          </w:p>
        </w:tc>
      </w:tr>
      <w:tr w:rsidR="00AD0E4F" w14:paraId="567A8215" w14:textId="77777777">
        <w:trPr>
          <w:jc w:val="center"/>
        </w:trPr>
        <w:tc>
          <w:tcPr>
            <w:tcW w:w="2665" w:type="dxa"/>
            <w:tcMar>
              <w:top w:w="45" w:type="dxa"/>
              <w:left w:w="100" w:type="dxa"/>
              <w:bottom w:w="45" w:type="dxa"/>
              <w:right w:w="100" w:type="dxa"/>
            </w:tcMar>
            <w:vAlign w:val="center"/>
          </w:tcPr>
          <w:p w14:paraId="349ECC12" w14:textId="77777777" w:rsidR="00AD0E4F" w:rsidRDefault="008D426B">
            <w:pPr>
              <w:spacing w:after="0" w:line="240" w:lineRule="auto"/>
            </w:pPr>
            <w:r>
              <w:rPr>
                <w:color w:val="000000"/>
                <w:sz w:val="17"/>
              </w:rPr>
              <w:t>訪問看護情報提供療養費2</w:t>
            </w:r>
          </w:p>
        </w:tc>
        <w:tc>
          <w:tcPr>
            <w:tcW w:w="5216" w:type="dxa"/>
            <w:tcMar>
              <w:top w:w="45" w:type="dxa"/>
              <w:left w:w="100" w:type="dxa"/>
              <w:bottom w:w="45" w:type="dxa"/>
              <w:right w:w="100" w:type="dxa"/>
            </w:tcMar>
            <w:vAlign w:val="center"/>
          </w:tcPr>
          <w:p w14:paraId="4B07926C" w14:textId="77777777" w:rsidR="00AD0E4F" w:rsidRDefault="008D426B">
            <w:pPr>
              <w:spacing w:after="0" w:line="240" w:lineRule="auto"/>
            </w:pPr>
            <w:r>
              <w:rPr>
                <w:color w:val="000000"/>
                <w:sz w:val="17"/>
              </w:rPr>
              <w:t>保育所や学校などからの依頼に応じ、入園・入学・転校等の際に、生活上必要な看護・医療情報を提供する場合です。</w:t>
            </w:r>
          </w:p>
        </w:tc>
        <w:tc>
          <w:tcPr>
            <w:tcW w:w="1701" w:type="dxa"/>
            <w:tcMar>
              <w:top w:w="45" w:type="dxa"/>
              <w:left w:w="100" w:type="dxa"/>
              <w:bottom w:w="45" w:type="dxa"/>
              <w:right w:w="100" w:type="dxa"/>
            </w:tcMar>
            <w:vAlign w:val="center"/>
          </w:tcPr>
          <w:p w14:paraId="7C8928CD" w14:textId="77777777" w:rsidR="00AD0E4F" w:rsidRDefault="008D426B">
            <w:pPr>
              <w:spacing w:after="0" w:line="240" w:lineRule="auto"/>
            </w:pPr>
            <w:r>
              <w:rPr>
                <w:color w:val="000000"/>
                <w:sz w:val="17"/>
              </w:rPr>
              <w:t>1,500円/月</w:t>
            </w:r>
          </w:p>
        </w:tc>
        <w:tc>
          <w:tcPr>
            <w:tcW w:w="737" w:type="dxa"/>
            <w:tcMar>
              <w:top w:w="45" w:type="dxa"/>
              <w:left w:w="100" w:type="dxa"/>
              <w:bottom w:w="45" w:type="dxa"/>
              <w:right w:w="100" w:type="dxa"/>
            </w:tcMar>
            <w:vAlign w:val="center"/>
          </w:tcPr>
          <w:p w14:paraId="34EF2C12" w14:textId="77777777" w:rsidR="00AD0E4F" w:rsidRDefault="00AD0E4F">
            <w:pPr>
              <w:spacing w:after="0" w:line="240" w:lineRule="auto"/>
            </w:pPr>
          </w:p>
        </w:tc>
      </w:tr>
      <w:tr w:rsidR="00AD0E4F" w14:paraId="7A537EA9" w14:textId="77777777">
        <w:trPr>
          <w:jc w:val="center"/>
        </w:trPr>
        <w:tc>
          <w:tcPr>
            <w:tcW w:w="2665" w:type="dxa"/>
            <w:tcMar>
              <w:top w:w="45" w:type="dxa"/>
              <w:left w:w="100" w:type="dxa"/>
              <w:bottom w:w="45" w:type="dxa"/>
              <w:right w:w="100" w:type="dxa"/>
            </w:tcMar>
            <w:vAlign w:val="center"/>
          </w:tcPr>
          <w:p w14:paraId="34DD4DC6" w14:textId="77777777" w:rsidR="00AD0E4F" w:rsidRDefault="008D426B">
            <w:pPr>
              <w:spacing w:after="0" w:line="240" w:lineRule="auto"/>
            </w:pPr>
            <w:r>
              <w:rPr>
                <w:color w:val="000000"/>
                <w:sz w:val="17"/>
              </w:rPr>
              <w:t>訪問看護情報提供療養費3</w:t>
            </w:r>
          </w:p>
        </w:tc>
        <w:tc>
          <w:tcPr>
            <w:tcW w:w="5216" w:type="dxa"/>
            <w:tcMar>
              <w:top w:w="45" w:type="dxa"/>
              <w:left w:w="100" w:type="dxa"/>
              <w:bottom w:w="45" w:type="dxa"/>
              <w:right w:w="100" w:type="dxa"/>
            </w:tcMar>
            <w:vAlign w:val="center"/>
          </w:tcPr>
          <w:p w14:paraId="28FD7F38" w14:textId="77777777" w:rsidR="00AD0E4F" w:rsidRDefault="008D426B">
            <w:pPr>
              <w:spacing w:after="0" w:line="240" w:lineRule="auto"/>
            </w:pPr>
            <w:r>
              <w:rPr>
                <w:color w:val="000000"/>
                <w:sz w:val="17"/>
              </w:rPr>
              <w:t>利用者が病院や施設へ入院・入所するとき、主治医等に対して在宅での病状、医療処置、看護内容を伝える場合です。</w:t>
            </w:r>
          </w:p>
        </w:tc>
        <w:tc>
          <w:tcPr>
            <w:tcW w:w="1701" w:type="dxa"/>
            <w:tcMar>
              <w:top w:w="45" w:type="dxa"/>
              <w:left w:w="100" w:type="dxa"/>
              <w:bottom w:w="45" w:type="dxa"/>
              <w:right w:w="100" w:type="dxa"/>
            </w:tcMar>
            <w:vAlign w:val="center"/>
          </w:tcPr>
          <w:p w14:paraId="20065C77" w14:textId="77777777" w:rsidR="00AD0E4F" w:rsidRDefault="008D426B">
            <w:pPr>
              <w:spacing w:after="0" w:line="240" w:lineRule="auto"/>
            </w:pPr>
            <w:r>
              <w:rPr>
                <w:color w:val="000000"/>
                <w:sz w:val="17"/>
              </w:rPr>
              <w:t>1,500円/月</w:t>
            </w:r>
          </w:p>
        </w:tc>
        <w:tc>
          <w:tcPr>
            <w:tcW w:w="737" w:type="dxa"/>
            <w:tcMar>
              <w:top w:w="45" w:type="dxa"/>
              <w:left w:w="100" w:type="dxa"/>
              <w:bottom w:w="45" w:type="dxa"/>
              <w:right w:w="100" w:type="dxa"/>
            </w:tcMar>
            <w:vAlign w:val="center"/>
          </w:tcPr>
          <w:p w14:paraId="2F1601E5" w14:textId="77777777" w:rsidR="00AD0E4F" w:rsidRDefault="00AD0E4F">
            <w:pPr>
              <w:spacing w:after="0" w:line="240" w:lineRule="auto"/>
            </w:pPr>
          </w:p>
        </w:tc>
      </w:tr>
      <w:tr w:rsidR="00AD0E4F" w14:paraId="09AAD334" w14:textId="77777777">
        <w:trPr>
          <w:jc w:val="center"/>
        </w:trPr>
        <w:tc>
          <w:tcPr>
            <w:tcW w:w="2665" w:type="dxa"/>
            <w:tcMar>
              <w:top w:w="45" w:type="dxa"/>
              <w:left w:w="100" w:type="dxa"/>
              <w:bottom w:w="45" w:type="dxa"/>
              <w:right w:w="100" w:type="dxa"/>
            </w:tcMar>
            <w:vAlign w:val="center"/>
          </w:tcPr>
          <w:p w14:paraId="702F1CBE" w14:textId="77777777" w:rsidR="00AD0E4F" w:rsidRDefault="008D426B">
            <w:pPr>
              <w:spacing w:after="0" w:line="240" w:lineRule="auto"/>
            </w:pPr>
            <w:r>
              <w:rPr>
                <w:color w:val="000000"/>
                <w:sz w:val="17"/>
              </w:rPr>
              <w:t>訪問看護医療DX情報活用加算</w:t>
            </w:r>
          </w:p>
        </w:tc>
        <w:tc>
          <w:tcPr>
            <w:tcW w:w="5216" w:type="dxa"/>
            <w:tcMar>
              <w:top w:w="45" w:type="dxa"/>
              <w:left w:w="100" w:type="dxa"/>
              <w:bottom w:w="45" w:type="dxa"/>
              <w:right w:w="100" w:type="dxa"/>
            </w:tcMar>
            <w:vAlign w:val="center"/>
          </w:tcPr>
          <w:p w14:paraId="5A6E8EE5" w14:textId="77777777" w:rsidR="00AD0E4F" w:rsidRDefault="008D426B">
            <w:pPr>
              <w:spacing w:after="0" w:line="240" w:lineRule="auto"/>
            </w:pPr>
            <w:r>
              <w:rPr>
                <w:color w:val="000000"/>
                <w:sz w:val="17"/>
              </w:rPr>
              <w:t>届出を行った事業所がオンライン資格確認により診療情報を取得・活用し、計画的な管理を行った場合に算定します。</w:t>
            </w:r>
          </w:p>
        </w:tc>
        <w:tc>
          <w:tcPr>
            <w:tcW w:w="1701" w:type="dxa"/>
            <w:tcMar>
              <w:top w:w="45" w:type="dxa"/>
              <w:left w:w="100" w:type="dxa"/>
              <w:bottom w:w="45" w:type="dxa"/>
              <w:right w:w="100" w:type="dxa"/>
            </w:tcMar>
            <w:vAlign w:val="center"/>
          </w:tcPr>
          <w:p w14:paraId="5E6CDA5B" w14:textId="77777777" w:rsidR="00AD0E4F" w:rsidRDefault="008D426B">
            <w:pPr>
              <w:spacing w:after="0" w:line="240" w:lineRule="auto"/>
            </w:pPr>
            <w:r>
              <w:rPr>
                <w:color w:val="000000"/>
                <w:sz w:val="17"/>
              </w:rPr>
              <w:t>50円/月</w:t>
            </w:r>
          </w:p>
        </w:tc>
        <w:tc>
          <w:tcPr>
            <w:tcW w:w="737" w:type="dxa"/>
            <w:tcMar>
              <w:top w:w="45" w:type="dxa"/>
              <w:left w:w="100" w:type="dxa"/>
              <w:bottom w:w="45" w:type="dxa"/>
              <w:right w:w="100" w:type="dxa"/>
            </w:tcMar>
            <w:vAlign w:val="center"/>
          </w:tcPr>
          <w:p w14:paraId="1101B5DE" w14:textId="77777777" w:rsidR="00AD0E4F" w:rsidRDefault="00AD0E4F">
            <w:pPr>
              <w:spacing w:after="0" w:line="240" w:lineRule="auto"/>
            </w:pPr>
          </w:p>
        </w:tc>
      </w:tr>
      <w:tr w:rsidR="00AD0E4F" w14:paraId="7D6634F5" w14:textId="77777777">
        <w:trPr>
          <w:jc w:val="center"/>
        </w:trPr>
        <w:tc>
          <w:tcPr>
            <w:tcW w:w="2665" w:type="dxa"/>
            <w:tcMar>
              <w:top w:w="45" w:type="dxa"/>
              <w:left w:w="100" w:type="dxa"/>
              <w:bottom w:w="45" w:type="dxa"/>
              <w:right w:w="100" w:type="dxa"/>
            </w:tcMar>
            <w:vAlign w:val="center"/>
          </w:tcPr>
          <w:p w14:paraId="7975254A" w14:textId="77777777" w:rsidR="00AD0E4F" w:rsidRDefault="008D426B">
            <w:pPr>
              <w:spacing w:after="0" w:line="240" w:lineRule="auto"/>
            </w:pPr>
            <w:r>
              <w:rPr>
                <w:color w:val="000000"/>
                <w:sz w:val="17"/>
              </w:rPr>
              <w:t>訪問看護遠隔診療補助料</w:t>
            </w:r>
          </w:p>
        </w:tc>
        <w:tc>
          <w:tcPr>
            <w:tcW w:w="5216" w:type="dxa"/>
            <w:tcMar>
              <w:top w:w="45" w:type="dxa"/>
              <w:left w:w="100" w:type="dxa"/>
              <w:bottom w:w="45" w:type="dxa"/>
              <w:right w:w="100" w:type="dxa"/>
            </w:tcMar>
            <w:vAlign w:val="center"/>
          </w:tcPr>
          <w:p w14:paraId="1E2478F4" w14:textId="77777777" w:rsidR="00AD0E4F" w:rsidRDefault="008D426B">
            <w:pPr>
              <w:spacing w:after="0" w:line="240" w:lineRule="auto"/>
            </w:pPr>
            <w:r>
              <w:rPr>
                <w:color w:val="000000"/>
                <w:sz w:val="17"/>
              </w:rPr>
              <w:t>緊急に診療が必要と主治医が判断し、届出済みの訪問看護ステーションの看護職員が居宅で情報通信機器を用いた診療を補助した場合に算定します。</w:t>
            </w:r>
          </w:p>
        </w:tc>
        <w:tc>
          <w:tcPr>
            <w:tcW w:w="1701" w:type="dxa"/>
            <w:tcMar>
              <w:top w:w="45" w:type="dxa"/>
              <w:left w:w="100" w:type="dxa"/>
              <w:bottom w:w="45" w:type="dxa"/>
              <w:right w:w="100" w:type="dxa"/>
            </w:tcMar>
            <w:vAlign w:val="center"/>
          </w:tcPr>
          <w:p w14:paraId="7840DFDC" w14:textId="77777777" w:rsidR="00AD0E4F" w:rsidRDefault="008D426B">
            <w:pPr>
              <w:spacing w:after="0" w:line="240" w:lineRule="auto"/>
            </w:pPr>
            <w:r>
              <w:rPr>
                <w:color w:val="000000"/>
                <w:sz w:val="17"/>
              </w:rPr>
              <w:t>2,650円/月</w:t>
            </w:r>
          </w:p>
        </w:tc>
        <w:tc>
          <w:tcPr>
            <w:tcW w:w="737" w:type="dxa"/>
            <w:tcMar>
              <w:top w:w="45" w:type="dxa"/>
              <w:left w:w="100" w:type="dxa"/>
              <w:bottom w:w="45" w:type="dxa"/>
              <w:right w:w="100" w:type="dxa"/>
            </w:tcMar>
            <w:vAlign w:val="center"/>
          </w:tcPr>
          <w:p w14:paraId="6BD8F61A" w14:textId="77777777" w:rsidR="00AD0E4F" w:rsidRDefault="00AD0E4F">
            <w:pPr>
              <w:spacing w:after="0" w:line="240" w:lineRule="auto"/>
            </w:pPr>
          </w:p>
        </w:tc>
      </w:tr>
      <w:tr w:rsidR="00AD0E4F" w14:paraId="4B2C6B98" w14:textId="77777777">
        <w:trPr>
          <w:jc w:val="center"/>
        </w:trPr>
        <w:tc>
          <w:tcPr>
            <w:tcW w:w="2665" w:type="dxa"/>
            <w:tcMar>
              <w:top w:w="45" w:type="dxa"/>
              <w:left w:w="100" w:type="dxa"/>
              <w:bottom w:w="45" w:type="dxa"/>
              <w:right w:w="100" w:type="dxa"/>
            </w:tcMar>
            <w:vAlign w:val="center"/>
          </w:tcPr>
          <w:p w14:paraId="550AA266" w14:textId="77777777" w:rsidR="00AD0E4F" w:rsidRDefault="008D426B">
            <w:pPr>
              <w:spacing w:after="0" w:line="240" w:lineRule="auto"/>
            </w:pPr>
            <w:r>
              <w:rPr>
                <w:color w:val="000000"/>
                <w:sz w:val="17"/>
              </w:rPr>
              <w:t>包括型訪問看護療養費</w:t>
            </w:r>
          </w:p>
        </w:tc>
        <w:tc>
          <w:tcPr>
            <w:tcW w:w="5216" w:type="dxa"/>
            <w:tcMar>
              <w:top w:w="45" w:type="dxa"/>
              <w:left w:w="100" w:type="dxa"/>
              <w:bottom w:w="45" w:type="dxa"/>
              <w:right w:w="100" w:type="dxa"/>
            </w:tcMar>
            <w:vAlign w:val="center"/>
          </w:tcPr>
          <w:p w14:paraId="14050597" w14:textId="77777777" w:rsidR="00AD0E4F" w:rsidRDefault="008D426B">
            <w:pPr>
              <w:spacing w:after="0" w:line="240" w:lineRule="auto"/>
            </w:pPr>
            <w:r>
              <w:rPr>
                <w:color w:val="000000"/>
                <w:sz w:val="17"/>
              </w:rPr>
              <w:t>届出済みの建物に居住する所定の利用者へ、24時間対応体制で頻回の訪問看護を行う場合の料金です。人数と1日の合計訪問時間により区分します。</w:t>
            </w:r>
          </w:p>
        </w:tc>
        <w:tc>
          <w:tcPr>
            <w:tcW w:w="1701" w:type="dxa"/>
            <w:tcMar>
              <w:top w:w="45" w:type="dxa"/>
              <w:left w:w="100" w:type="dxa"/>
              <w:bottom w:w="45" w:type="dxa"/>
              <w:right w:w="100" w:type="dxa"/>
            </w:tcMar>
            <w:vAlign w:val="center"/>
          </w:tcPr>
          <w:p w14:paraId="1FB41FDD" w14:textId="77777777" w:rsidR="00AD0E4F" w:rsidRDefault="008D426B">
            <w:pPr>
              <w:spacing w:after="0" w:line="240" w:lineRule="auto"/>
            </w:pPr>
            <w:r>
              <w:rPr>
                <w:color w:val="000000"/>
                <w:sz w:val="17"/>
              </w:rPr>
              <w:t>20人未満 7,010〜15,510円、20〜49人 6,310〜15,200円、50人以上 5,960〜14,890円/日</w:t>
            </w:r>
          </w:p>
        </w:tc>
        <w:tc>
          <w:tcPr>
            <w:tcW w:w="737" w:type="dxa"/>
            <w:tcMar>
              <w:top w:w="45" w:type="dxa"/>
              <w:left w:w="100" w:type="dxa"/>
              <w:bottom w:w="45" w:type="dxa"/>
              <w:right w:w="100" w:type="dxa"/>
            </w:tcMar>
            <w:vAlign w:val="center"/>
          </w:tcPr>
          <w:p w14:paraId="5C3728FD" w14:textId="77777777" w:rsidR="00AD0E4F" w:rsidRDefault="00AD0E4F">
            <w:pPr>
              <w:spacing w:after="0" w:line="240" w:lineRule="auto"/>
            </w:pPr>
          </w:p>
        </w:tc>
      </w:tr>
    </w:tbl>
    <w:p w14:paraId="02287F76" w14:textId="77777777" w:rsidR="00240A99" w:rsidRDefault="00240A99">
      <w:pPr>
        <w:spacing w:after="20" w:line="240" w:lineRule="auto"/>
        <w:rPr>
          <w:color w:val="000000"/>
          <w:sz w:val="29"/>
        </w:rPr>
      </w:pPr>
    </w:p>
    <w:p w14:paraId="66AE9227" w14:textId="77777777" w:rsidR="00AD0E4F" w:rsidRDefault="008D426B">
      <w:pPr>
        <w:spacing w:after="20" w:line="240" w:lineRule="auto"/>
      </w:pPr>
      <w:r>
        <w:rPr>
          <w:color w:val="000000"/>
          <w:sz w:val="29"/>
        </w:rPr>
        <w:t>13 医療保険・精神科加算の内容と対象（3/3）</w:t>
      </w:r>
    </w:p>
    <w:p w14:paraId="5229DC87" w14:textId="77777777" w:rsidR="00AD0E4F" w:rsidRDefault="008D426B">
      <w:pPr>
        <w:spacing w:after="20" w:line="240" w:lineRule="auto"/>
      </w:pPr>
      <w:r>
        <w:rPr>
          <w:color w:val="000000"/>
          <w:sz w:val="17"/>
        </w:rPr>
        <w:t>加算ごとの内容・対象・算定の目安です。実際の算定は、届出、利用者の同意、主治医の指示その他の必要な要件を満たす場合に限ります。</w:t>
      </w:r>
    </w:p>
    <w:p w14:paraId="2AFE0947" w14:textId="77777777" w:rsidR="00AD0E4F" w:rsidRDefault="00AD0E4F">
      <w:pPr>
        <w:pBdr>
          <w:bottom w:val="single" w:sz="8" w:space="1" w:color="777777"/>
        </w:pBdr>
        <w:spacing w:before="20" w:after="0" w:line="240" w:lineRule="auto"/>
      </w:pP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665"/>
        <w:gridCol w:w="5216"/>
        <w:gridCol w:w="1701"/>
        <w:gridCol w:w="737"/>
      </w:tblGrid>
      <w:tr w:rsidR="00AD0E4F" w14:paraId="49CB4D83" w14:textId="77777777">
        <w:trPr>
          <w:tblHeader/>
          <w:jc w:val="center"/>
        </w:trPr>
        <w:tc>
          <w:tcPr>
            <w:tcW w:w="2665" w:type="dxa"/>
            <w:shd w:val="clear" w:color="auto" w:fill="4A4A4A"/>
            <w:tcMar>
              <w:top w:w="45" w:type="dxa"/>
              <w:left w:w="100" w:type="dxa"/>
              <w:bottom w:w="45" w:type="dxa"/>
              <w:right w:w="100" w:type="dxa"/>
            </w:tcMar>
            <w:vAlign w:val="center"/>
          </w:tcPr>
          <w:p w14:paraId="6EB6A149" w14:textId="77777777" w:rsidR="00AD0E4F" w:rsidRDefault="008D426B">
            <w:pPr>
              <w:spacing w:after="0" w:line="240" w:lineRule="auto"/>
              <w:jc w:val="center"/>
            </w:pPr>
            <w:r>
              <w:rPr>
                <w:color w:val="FFFFFF"/>
                <w:sz w:val="17"/>
              </w:rPr>
              <w:t>項目</w:t>
            </w:r>
          </w:p>
        </w:tc>
        <w:tc>
          <w:tcPr>
            <w:tcW w:w="5216" w:type="dxa"/>
            <w:shd w:val="clear" w:color="auto" w:fill="4A4A4A"/>
            <w:tcMar>
              <w:top w:w="45" w:type="dxa"/>
              <w:left w:w="100" w:type="dxa"/>
              <w:bottom w:w="45" w:type="dxa"/>
              <w:right w:w="100" w:type="dxa"/>
            </w:tcMar>
            <w:vAlign w:val="center"/>
          </w:tcPr>
          <w:p w14:paraId="6F566C12" w14:textId="77777777" w:rsidR="00AD0E4F" w:rsidRDefault="008D426B">
            <w:pPr>
              <w:spacing w:after="0" w:line="240" w:lineRule="auto"/>
              <w:jc w:val="center"/>
            </w:pPr>
            <w:r>
              <w:rPr>
                <w:color w:val="FFFFFF"/>
                <w:sz w:val="17"/>
              </w:rPr>
              <w:t>内容・対象となる場合</w:t>
            </w:r>
          </w:p>
        </w:tc>
        <w:tc>
          <w:tcPr>
            <w:tcW w:w="1701" w:type="dxa"/>
            <w:shd w:val="clear" w:color="auto" w:fill="4A4A4A"/>
            <w:tcMar>
              <w:top w:w="45" w:type="dxa"/>
              <w:left w:w="100" w:type="dxa"/>
              <w:bottom w:w="45" w:type="dxa"/>
              <w:right w:w="100" w:type="dxa"/>
            </w:tcMar>
            <w:vAlign w:val="center"/>
          </w:tcPr>
          <w:p w14:paraId="617CE6CC" w14:textId="77777777" w:rsidR="00AD0E4F" w:rsidRDefault="008D426B">
            <w:pPr>
              <w:spacing w:after="0" w:line="240" w:lineRule="auto"/>
              <w:jc w:val="center"/>
            </w:pPr>
            <w:r>
              <w:rPr>
                <w:color w:val="FFFFFF"/>
                <w:sz w:val="17"/>
              </w:rPr>
              <w:t>料金・単位</w:t>
            </w:r>
          </w:p>
        </w:tc>
        <w:tc>
          <w:tcPr>
            <w:tcW w:w="737" w:type="dxa"/>
            <w:shd w:val="clear" w:color="auto" w:fill="4A4A4A"/>
            <w:tcMar>
              <w:top w:w="45" w:type="dxa"/>
              <w:left w:w="100" w:type="dxa"/>
              <w:bottom w:w="45" w:type="dxa"/>
              <w:right w:w="100" w:type="dxa"/>
            </w:tcMar>
            <w:vAlign w:val="center"/>
          </w:tcPr>
          <w:p w14:paraId="0FAF0E7B" w14:textId="77777777" w:rsidR="00AD0E4F" w:rsidRDefault="008D426B">
            <w:pPr>
              <w:spacing w:after="0" w:line="240" w:lineRule="auto"/>
              <w:jc w:val="center"/>
            </w:pPr>
            <w:r>
              <w:rPr>
                <w:color w:val="FFFFFF"/>
                <w:sz w:val="17"/>
              </w:rPr>
              <w:t>該当</w:t>
            </w:r>
          </w:p>
        </w:tc>
      </w:tr>
      <w:tr w:rsidR="00AD0E4F" w14:paraId="1A738B4D" w14:textId="77777777">
        <w:trPr>
          <w:jc w:val="center"/>
        </w:trPr>
        <w:tc>
          <w:tcPr>
            <w:tcW w:w="2665" w:type="dxa"/>
            <w:tcMar>
              <w:top w:w="45" w:type="dxa"/>
              <w:left w:w="100" w:type="dxa"/>
              <w:bottom w:w="45" w:type="dxa"/>
              <w:right w:w="100" w:type="dxa"/>
            </w:tcMar>
            <w:vAlign w:val="center"/>
          </w:tcPr>
          <w:p w14:paraId="176989B6" w14:textId="77777777" w:rsidR="00AD0E4F" w:rsidRDefault="008D426B">
            <w:pPr>
              <w:spacing w:after="0" w:line="240" w:lineRule="auto"/>
            </w:pPr>
            <w:r>
              <w:rPr>
                <w:color w:val="000000"/>
                <w:sz w:val="17"/>
              </w:rPr>
              <w:t>専門管理加算</w:t>
            </w:r>
          </w:p>
        </w:tc>
        <w:tc>
          <w:tcPr>
            <w:tcW w:w="5216" w:type="dxa"/>
            <w:tcMar>
              <w:top w:w="45" w:type="dxa"/>
              <w:left w:w="100" w:type="dxa"/>
              <w:bottom w:w="45" w:type="dxa"/>
              <w:right w:w="100" w:type="dxa"/>
            </w:tcMar>
            <w:vAlign w:val="center"/>
          </w:tcPr>
          <w:p w14:paraId="46D4CCE7" w14:textId="77777777" w:rsidR="00AD0E4F" w:rsidRDefault="008D426B">
            <w:pPr>
              <w:spacing w:after="0" w:line="240" w:lineRule="auto"/>
            </w:pPr>
            <w:r>
              <w:rPr>
                <w:color w:val="000000"/>
                <w:sz w:val="17"/>
              </w:rPr>
              <w:t>専門的な研修を受けた看護師が、褥瘡や創傷、人工肛門等に関する高度な評価・助言を行い、必要な管理に関わる場合です。</w:t>
            </w:r>
          </w:p>
        </w:tc>
        <w:tc>
          <w:tcPr>
            <w:tcW w:w="1701" w:type="dxa"/>
            <w:tcMar>
              <w:top w:w="45" w:type="dxa"/>
              <w:left w:w="100" w:type="dxa"/>
              <w:bottom w:w="45" w:type="dxa"/>
              <w:right w:w="100" w:type="dxa"/>
            </w:tcMar>
            <w:vAlign w:val="center"/>
          </w:tcPr>
          <w:p w14:paraId="6CC5A630" w14:textId="77777777" w:rsidR="00AD0E4F" w:rsidRDefault="008D426B">
            <w:pPr>
              <w:spacing w:after="0" w:line="240" w:lineRule="auto"/>
            </w:pPr>
            <w:r>
              <w:rPr>
                <w:color w:val="000000"/>
                <w:sz w:val="17"/>
              </w:rPr>
              <w:t>2,500円/月</w:t>
            </w:r>
          </w:p>
        </w:tc>
        <w:tc>
          <w:tcPr>
            <w:tcW w:w="737" w:type="dxa"/>
            <w:tcMar>
              <w:top w:w="45" w:type="dxa"/>
              <w:left w:w="100" w:type="dxa"/>
              <w:bottom w:w="45" w:type="dxa"/>
              <w:right w:w="100" w:type="dxa"/>
            </w:tcMar>
            <w:vAlign w:val="center"/>
          </w:tcPr>
          <w:p w14:paraId="75856B55" w14:textId="77777777" w:rsidR="00AD0E4F" w:rsidRDefault="00AD0E4F">
            <w:pPr>
              <w:spacing w:after="0" w:line="240" w:lineRule="auto"/>
            </w:pPr>
          </w:p>
        </w:tc>
      </w:tr>
      <w:tr w:rsidR="00AD0E4F" w14:paraId="596F2CC5" w14:textId="77777777">
        <w:trPr>
          <w:jc w:val="center"/>
        </w:trPr>
        <w:tc>
          <w:tcPr>
            <w:tcW w:w="2665" w:type="dxa"/>
            <w:tcMar>
              <w:top w:w="45" w:type="dxa"/>
              <w:left w:w="100" w:type="dxa"/>
              <w:bottom w:w="45" w:type="dxa"/>
              <w:right w:w="100" w:type="dxa"/>
            </w:tcMar>
            <w:vAlign w:val="center"/>
          </w:tcPr>
          <w:p w14:paraId="5DB3C058" w14:textId="77777777" w:rsidR="00AD0E4F" w:rsidRDefault="008D426B">
            <w:pPr>
              <w:spacing w:after="0" w:line="240" w:lineRule="auto"/>
            </w:pPr>
            <w:r>
              <w:rPr>
                <w:color w:val="000000"/>
                <w:sz w:val="17"/>
              </w:rPr>
              <w:t>24時間対応体制加算・イ</w:t>
            </w:r>
          </w:p>
        </w:tc>
        <w:tc>
          <w:tcPr>
            <w:tcW w:w="5216" w:type="dxa"/>
            <w:tcMar>
              <w:top w:w="45" w:type="dxa"/>
              <w:left w:w="100" w:type="dxa"/>
              <w:bottom w:w="45" w:type="dxa"/>
              <w:right w:w="100" w:type="dxa"/>
            </w:tcMar>
            <w:vAlign w:val="center"/>
          </w:tcPr>
          <w:p w14:paraId="53E6D2B9" w14:textId="77777777" w:rsidR="00AD0E4F" w:rsidRDefault="008D426B">
            <w:pPr>
              <w:spacing w:after="0" w:line="240" w:lineRule="auto"/>
            </w:pPr>
            <w:r>
              <w:rPr>
                <w:color w:val="000000"/>
                <w:sz w:val="17"/>
              </w:rPr>
              <w:t>24時間の連絡受付と緊急時の訪問体制を確保し、職員の業務負担軽減に関する区分イの届出要件を満たす場合です。</w:t>
            </w:r>
          </w:p>
        </w:tc>
        <w:tc>
          <w:tcPr>
            <w:tcW w:w="1701" w:type="dxa"/>
            <w:tcMar>
              <w:top w:w="45" w:type="dxa"/>
              <w:left w:w="100" w:type="dxa"/>
              <w:bottom w:w="45" w:type="dxa"/>
              <w:right w:w="100" w:type="dxa"/>
            </w:tcMar>
            <w:vAlign w:val="center"/>
          </w:tcPr>
          <w:p w14:paraId="592EEC7B" w14:textId="77777777" w:rsidR="00AD0E4F" w:rsidRDefault="008D426B">
            <w:pPr>
              <w:spacing w:after="0" w:line="240" w:lineRule="auto"/>
            </w:pPr>
            <w:r>
              <w:rPr>
                <w:color w:val="000000"/>
                <w:sz w:val="17"/>
              </w:rPr>
              <w:t>6,800円/月</w:t>
            </w:r>
          </w:p>
        </w:tc>
        <w:tc>
          <w:tcPr>
            <w:tcW w:w="737" w:type="dxa"/>
            <w:tcMar>
              <w:top w:w="45" w:type="dxa"/>
              <w:left w:w="100" w:type="dxa"/>
              <w:bottom w:w="45" w:type="dxa"/>
              <w:right w:w="100" w:type="dxa"/>
            </w:tcMar>
            <w:vAlign w:val="center"/>
          </w:tcPr>
          <w:p w14:paraId="78330C63" w14:textId="77777777" w:rsidR="00AD0E4F" w:rsidRDefault="00AD0E4F">
            <w:pPr>
              <w:spacing w:after="0" w:line="240" w:lineRule="auto"/>
            </w:pPr>
          </w:p>
        </w:tc>
      </w:tr>
      <w:tr w:rsidR="00AD0E4F" w14:paraId="003D00EC" w14:textId="77777777">
        <w:trPr>
          <w:jc w:val="center"/>
        </w:trPr>
        <w:tc>
          <w:tcPr>
            <w:tcW w:w="2665" w:type="dxa"/>
            <w:tcMar>
              <w:top w:w="45" w:type="dxa"/>
              <w:left w:w="100" w:type="dxa"/>
              <w:bottom w:w="45" w:type="dxa"/>
              <w:right w:w="100" w:type="dxa"/>
            </w:tcMar>
            <w:vAlign w:val="center"/>
          </w:tcPr>
          <w:p w14:paraId="191576AF" w14:textId="77777777" w:rsidR="00AD0E4F" w:rsidRDefault="008D426B">
            <w:pPr>
              <w:spacing w:after="0" w:line="240" w:lineRule="auto"/>
            </w:pPr>
            <w:r>
              <w:rPr>
                <w:color w:val="000000"/>
                <w:sz w:val="17"/>
              </w:rPr>
              <w:t>24時間対応体制加算・ロ</w:t>
            </w:r>
          </w:p>
        </w:tc>
        <w:tc>
          <w:tcPr>
            <w:tcW w:w="5216" w:type="dxa"/>
            <w:tcMar>
              <w:top w:w="45" w:type="dxa"/>
              <w:left w:w="100" w:type="dxa"/>
              <w:bottom w:w="45" w:type="dxa"/>
              <w:right w:w="100" w:type="dxa"/>
            </w:tcMar>
            <w:vAlign w:val="center"/>
          </w:tcPr>
          <w:p w14:paraId="6776C760" w14:textId="77777777" w:rsidR="00AD0E4F" w:rsidRDefault="008D426B">
            <w:pPr>
              <w:spacing w:after="0" w:line="240" w:lineRule="auto"/>
            </w:pPr>
            <w:r>
              <w:rPr>
                <w:color w:val="000000"/>
                <w:sz w:val="17"/>
              </w:rPr>
              <w:t>利用者の同意を得て24時間の連絡・緊急訪問体制を整え、地方厚生局へ区分ロを届け出ている場合です。</w:t>
            </w:r>
          </w:p>
        </w:tc>
        <w:tc>
          <w:tcPr>
            <w:tcW w:w="1701" w:type="dxa"/>
            <w:tcMar>
              <w:top w:w="45" w:type="dxa"/>
              <w:left w:w="100" w:type="dxa"/>
              <w:bottom w:w="45" w:type="dxa"/>
              <w:right w:w="100" w:type="dxa"/>
            </w:tcMar>
            <w:vAlign w:val="center"/>
          </w:tcPr>
          <w:p w14:paraId="52CBA9BB" w14:textId="77777777" w:rsidR="00AD0E4F" w:rsidRDefault="008D426B">
            <w:pPr>
              <w:spacing w:after="0" w:line="240" w:lineRule="auto"/>
            </w:pPr>
            <w:r>
              <w:rPr>
                <w:color w:val="000000"/>
                <w:sz w:val="17"/>
              </w:rPr>
              <w:t>6,520円/月</w:t>
            </w:r>
          </w:p>
        </w:tc>
        <w:tc>
          <w:tcPr>
            <w:tcW w:w="737" w:type="dxa"/>
            <w:tcMar>
              <w:top w:w="45" w:type="dxa"/>
              <w:left w:w="100" w:type="dxa"/>
              <w:bottom w:w="45" w:type="dxa"/>
              <w:right w:w="100" w:type="dxa"/>
            </w:tcMar>
            <w:vAlign w:val="center"/>
          </w:tcPr>
          <w:p w14:paraId="6A3B4E70" w14:textId="77777777" w:rsidR="00AD0E4F" w:rsidRDefault="00AD0E4F">
            <w:pPr>
              <w:spacing w:after="0" w:line="240" w:lineRule="auto"/>
            </w:pPr>
          </w:p>
        </w:tc>
      </w:tr>
      <w:tr w:rsidR="00AD0E4F" w14:paraId="709FDE83" w14:textId="77777777">
        <w:trPr>
          <w:jc w:val="center"/>
        </w:trPr>
        <w:tc>
          <w:tcPr>
            <w:tcW w:w="2665" w:type="dxa"/>
            <w:tcMar>
              <w:top w:w="45" w:type="dxa"/>
              <w:left w:w="100" w:type="dxa"/>
              <w:bottom w:w="45" w:type="dxa"/>
              <w:right w:w="100" w:type="dxa"/>
            </w:tcMar>
            <w:vAlign w:val="center"/>
          </w:tcPr>
          <w:p w14:paraId="3F59163B" w14:textId="77777777" w:rsidR="00AD0E4F" w:rsidRDefault="008D426B">
            <w:pPr>
              <w:spacing w:after="0" w:line="240" w:lineRule="auto"/>
            </w:pPr>
            <w:r>
              <w:rPr>
                <w:color w:val="000000"/>
                <w:sz w:val="17"/>
              </w:rPr>
              <w:t>精神科重症患者連携・イ</w:t>
            </w:r>
          </w:p>
        </w:tc>
        <w:tc>
          <w:tcPr>
            <w:tcW w:w="5216" w:type="dxa"/>
            <w:tcMar>
              <w:top w:w="45" w:type="dxa"/>
              <w:left w:w="100" w:type="dxa"/>
              <w:bottom w:w="45" w:type="dxa"/>
              <w:right w:w="100" w:type="dxa"/>
            </w:tcMar>
            <w:vAlign w:val="center"/>
          </w:tcPr>
          <w:p w14:paraId="57B6ADA0" w14:textId="77777777" w:rsidR="00AD0E4F" w:rsidRDefault="008D426B">
            <w:pPr>
              <w:spacing w:after="0" w:line="240" w:lineRule="auto"/>
            </w:pPr>
            <w:r>
              <w:rPr>
                <w:color w:val="000000"/>
                <w:sz w:val="17"/>
              </w:rPr>
              <w:t>精神科の主治医と連携し、支援の必要性が高い利用者に対して共同の計画に沿った支援・情報共有を行う区分イです。</w:t>
            </w:r>
          </w:p>
        </w:tc>
        <w:tc>
          <w:tcPr>
            <w:tcW w:w="1701" w:type="dxa"/>
            <w:tcMar>
              <w:top w:w="45" w:type="dxa"/>
              <w:left w:w="100" w:type="dxa"/>
              <w:bottom w:w="45" w:type="dxa"/>
              <w:right w:w="100" w:type="dxa"/>
            </w:tcMar>
            <w:vAlign w:val="center"/>
          </w:tcPr>
          <w:p w14:paraId="162FB356" w14:textId="77777777" w:rsidR="00AD0E4F" w:rsidRDefault="008D426B">
            <w:pPr>
              <w:spacing w:after="0" w:line="240" w:lineRule="auto"/>
            </w:pPr>
            <w:r>
              <w:rPr>
                <w:color w:val="000000"/>
                <w:sz w:val="17"/>
              </w:rPr>
              <w:t>8,400円/月</w:t>
            </w:r>
          </w:p>
        </w:tc>
        <w:tc>
          <w:tcPr>
            <w:tcW w:w="737" w:type="dxa"/>
            <w:tcMar>
              <w:top w:w="45" w:type="dxa"/>
              <w:left w:w="100" w:type="dxa"/>
              <w:bottom w:w="45" w:type="dxa"/>
              <w:right w:w="100" w:type="dxa"/>
            </w:tcMar>
            <w:vAlign w:val="center"/>
          </w:tcPr>
          <w:p w14:paraId="3EFFA669" w14:textId="77777777" w:rsidR="00AD0E4F" w:rsidRDefault="00AD0E4F">
            <w:pPr>
              <w:spacing w:after="0" w:line="240" w:lineRule="auto"/>
            </w:pPr>
          </w:p>
        </w:tc>
      </w:tr>
      <w:tr w:rsidR="00AD0E4F" w14:paraId="5C3A5155" w14:textId="77777777">
        <w:trPr>
          <w:jc w:val="center"/>
        </w:trPr>
        <w:tc>
          <w:tcPr>
            <w:tcW w:w="2665" w:type="dxa"/>
            <w:tcMar>
              <w:top w:w="45" w:type="dxa"/>
              <w:left w:w="100" w:type="dxa"/>
              <w:bottom w:w="45" w:type="dxa"/>
              <w:right w:w="100" w:type="dxa"/>
            </w:tcMar>
            <w:vAlign w:val="center"/>
          </w:tcPr>
          <w:p w14:paraId="402835A9" w14:textId="77777777" w:rsidR="00AD0E4F" w:rsidRDefault="008D426B">
            <w:pPr>
              <w:spacing w:after="0" w:line="240" w:lineRule="auto"/>
            </w:pPr>
            <w:r>
              <w:rPr>
                <w:color w:val="000000"/>
                <w:sz w:val="17"/>
              </w:rPr>
              <w:t>精神科重症患者連携・ロ</w:t>
            </w:r>
          </w:p>
        </w:tc>
        <w:tc>
          <w:tcPr>
            <w:tcW w:w="5216" w:type="dxa"/>
            <w:tcMar>
              <w:top w:w="45" w:type="dxa"/>
              <w:left w:w="100" w:type="dxa"/>
              <w:bottom w:w="45" w:type="dxa"/>
              <w:right w:w="100" w:type="dxa"/>
            </w:tcMar>
            <w:vAlign w:val="center"/>
          </w:tcPr>
          <w:p w14:paraId="619F67CA" w14:textId="77777777" w:rsidR="00AD0E4F" w:rsidRDefault="008D426B">
            <w:pPr>
              <w:spacing w:after="0" w:line="240" w:lineRule="auto"/>
            </w:pPr>
            <w:r>
              <w:rPr>
                <w:color w:val="000000"/>
                <w:sz w:val="17"/>
              </w:rPr>
              <w:t>精神科主治医との連携、支援計画、状態確認などについて区分ロ</w:t>
            </w:r>
            <w:r>
              <w:rPr>
                <w:color w:val="000000"/>
                <w:sz w:val="17"/>
              </w:rPr>
              <w:lastRenderedPageBreak/>
              <w:t>の要件を満たす利用者に対して算定します。</w:t>
            </w:r>
          </w:p>
        </w:tc>
        <w:tc>
          <w:tcPr>
            <w:tcW w:w="1701" w:type="dxa"/>
            <w:tcMar>
              <w:top w:w="45" w:type="dxa"/>
              <w:left w:w="100" w:type="dxa"/>
              <w:bottom w:w="45" w:type="dxa"/>
              <w:right w:w="100" w:type="dxa"/>
            </w:tcMar>
            <w:vAlign w:val="center"/>
          </w:tcPr>
          <w:p w14:paraId="3B5D9097" w14:textId="77777777" w:rsidR="00AD0E4F" w:rsidRDefault="008D426B">
            <w:pPr>
              <w:spacing w:after="0" w:line="240" w:lineRule="auto"/>
            </w:pPr>
            <w:r>
              <w:rPr>
                <w:color w:val="000000"/>
                <w:sz w:val="17"/>
              </w:rPr>
              <w:lastRenderedPageBreak/>
              <w:t>5,800円/月</w:t>
            </w:r>
          </w:p>
        </w:tc>
        <w:tc>
          <w:tcPr>
            <w:tcW w:w="737" w:type="dxa"/>
            <w:tcMar>
              <w:top w:w="45" w:type="dxa"/>
              <w:left w:w="100" w:type="dxa"/>
              <w:bottom w:w="45" w:type="dxa"/>
              <w:right w:w="100" w:type="dxa"/>
            </w:tcMar>
            <w:vAlign w:val="center"/>
          </w:tcPr>
          <w:p w14:paraId="0F80D364" w14:textId="77777777" w:rsidR="00AD0E4F" w:rsidRDefault="00AD0E4F">
            <w:pPr>
              <w:spacing w:after="0" w:line="240" w:lineRule="auto"/>
            </w:pPr>
          </w:p>
        </w:tc>
      </w:tr>
      <w:tr w:rsidR="00AD0E4F" w14:paraId="3FF885B2" w14:textId="77777777">
        <w:trPr>
          <w:jc w:val="center"/>
        </w:trPr>
        <w:tc>
          <w:tcPr>
            <w:tcW w:w="2665" w:type="dxa"/>
            <w:tcMar>
              <w:top w:w="45" w:type="dxa"/>
              <w:left w:w="100" w:type="dxa"/>
              <w:bottom w:w="45" w:type="dxa"/>
              <w:right w:w="100" w:type="dxa"/>
            </w:tcMar>
            <w:vAlign w:val="center"/>
          </w:tcPr>
          <w:p w14:paraId="444F17F3" w14:textId="77777777" w:rsidR="00AD0E4F" w:rsidRDefault="008D426B">
            <w:pPr>
              <w:spacing w:after="0" w:line="240" w:lineRule="auto"/>
            </w:pPr>
            <w:r>
              <w:rPr>
                <w:color w:val="000000"/>
                <w:sz w:val="17"/>
              </w:rPr>
              <w:t>ターミナルケア療養費1</w:t>
            </w:r>
          </w:p>
        </w:tc>
        <w:tc>
          <w:tcPr>
            <w:tcW w:w="5216" w:type="dxa"/>
            <w:tcMar>
              <w:top w:w="45" w:type="dxa"/>
              <w:left w:w="100" w:type="dxa"/>
              <w:bottom w:w="45" w:type="dxa"/>
              <w:right w:w="100" w:type="dxa"/>
            </w:tcMar>
            <w:vAlign w:val="center"/>
          </w:tcPr>
          <w:p w14:paraId="29569899" w14:textId="77777777" w:rsidR="00AD0E4F" w:rsidRDefault="008D426B">
            <w:pPr>
              <w:spacing w:after="0" w:line="240" w:lineRule="auto"/>
            </w:pPr>
            <w:r>
              <w:rPr>
                <w:color w:val="000000"/>
                <w:sz w:val="17"/>
              </w:rPr>
              <w:t>自宅等で最期を迎える利用者に、本人・家族への説明と終末期の看護を行い、訪問日数など所定の要件を満たす場合です。</w:t>
            </w:r>
          </w:p>
        </w:tc>
        <w:tc>
          <w:tcPr>
            <w:tcW w:w="1701" w:type="dxa"/>
            <w:tcMar>
              <w:top w:w="45" w:type="dxa"/>
              <w:left w:w="100" w:type="dxa"/>
              <w:bottom w:w="45" w:type="dxa"/>
              <w:right w:w="100" w:type="dxa"/>
            </w:tcMar>
            <w:vAlign w:val="center"/>
          </w:tcPr>
          <w:p w14:paraId="7A28FED2" w14:textId="77777777" w:rsidR="00AD0E4F" w:rsidRDefault="008D426B">
            <w:pPr>
              <w:spacing w:after="0" w:line="240" w:lineRule="auto"/>
            </w:pPr>
            <w:r>
              <w:rPr>
                <w:color w:val="000000"/>
                <w:sz w:val="17"/>
              </w:rPr>
              <w:t>25,000円</w:t>
            </w:r>
          </w:p>
        </w:tc>
        <w:tc>
          <w:tcPr>
            <w:tcW w:w="737" w:type="dxa"/>
            <w:tcMar>
              <w:top w:w="45" w:type="dxa"/>
              <w:left w:w="100" w:type="dxa"/>
              <w:bottom w:w="45" w:type="dxa"/>
              <w:right w:w="100" w:type="dxa"/>
            </w:tcMar>
            <w:vAlign w:val="center"/>
          </w:tcPr>
          <w:p w14:paraId="11C4A4F2" w14:textId="77777777" w:rsidR="00AD0E4F" w:rsidRDefault="00AD0E4F">
            <w:pPr>
              <w:spacing w:after="0" w:line="240" w:lineRule="auto"/>
            </w:pPr>
          </w:p>
        </w:tc>
      </w:tr>
      <w:tr w:rsidR="00AD0E4F" w14:paraId="406E93B2" w14:textId="77777777">
        <w:trPr>
          <w:jc w:val="center"/>
        </w:trPr>
        <w:tc>
          <w:tcPr>
            <w:tcW w:w="2665" w:type="dxa"/>
            <w:tcMar>
              <w:top w:w="45" w:type="dxa"/>
              <w:left w:w="100" w:type="dxa"/>
              <w:bottom w:w="45" w:type="dxa"/>
              <w:right w:w="100" w:type="dxa"/>
            </w:tcMar>
            <w:vAlign w:val="center"/>
          </w:tcPr>
          <w:p w14:paraId="3C2DD6D4" w14:textId="77777777" w:rsidR="00AD0E4F" w:rsidRDefault="008D426B">
            <w:pPr>
              <w:spacing w:after="0" w:line="240" w:lineRule="auto"/>
            </w:pPr>
            <w:r>
              <w:rPr>
                <w:color w:val="000000"/>
                <w:sz w:val="17"/>
              </w:rPr>
              <w:t>ターミナルケア療養費2</w:t>
            </w:r>
          </w:p>
        </w:tc>
        <w:tc>
          <w:tcPr>
            <w:tcW w:w="5216" w:type="dxa"/>
            <w:tcMar>
              <w:top w:w="45" w:type="dxa"/>
              <w:left w:w="100" w:type="dxa"/>
              <w:bottom w:w="45" w:type="dxa"/>
              <w:right w:w="100" w:type="dxa"/>
            </w:tcMar>
            <w:vAlign w:val="center"/>
          </w:tcPr>
          <w:p w14:paraId="459762B3" w14:textId="77777777" w:rsidR="00AD0E4F" w:rsidRDefault="008D426B">
            <w:pPr>
              <w:spacing w:after="0" w:line="240" w:lineRule="auto"/>
            </w:pPr>
            <w:r>
              <w:rPr>
                <w:color w:val="000000"/>
                <w:sz w:val="17"/>
              </w:rPr>
              <w:t>施設等での看取りに際し、施設側の介護体制との関係を踏まえ、所定の終末期支援を提供する場合です。</w:t>
            </w:r>
          </w:p>
        </w:tc>
        <w:tc>
          <w:tcPr>
            <w:tcW w:w="1701" w:type="dxa"/>
            <w:tcMar>
              <w:top w:w="45" w:type="dxa"/>
              <w:left w:w="100" w:type="dxa"/>
              <w:bottom w:w="45" w:type="dxa"/>
              <w:right w:w="100" w:type="dxa"/>
            </w:tcMar>
            <w:vAlign w:val="center"/>
          </w:tcPr>
          <w:p w14:paraId="5BB24524" w14:textId="77777777" w:rsidR="00AD0E4F" w:rsidRDefault="008D426B">
            <w:pPr>
              <w:spacing w:after="0" w:line="240" w:lineRule="auto"/>
            </w:pPr>
            <w:r>
              <w:rPr>
                <w:color w:val="000000"/>
                <w:sz w:val="17"/>
              </w:rPr>
              <w:t>10,000円</w:t>
            </w:r>
          </w:p>
        </w:tc>
        <w:tc>
          <w:tcPr>
            <w:tcW w:w="737" w:type="dxa"/>
            <w:tcMar>
              <w:top w:w="45" w:type="dxa"/>
              <w:left w:w="100" w:type="dxa"/>
              <w:bottom w:w="45" w:type="dxa"/>
              <w:right w:w="100" w:type="dxa"/>
            </w:tcMar>
            <w:vAlign w:val="center"/>
          </w:tcPr>
          <w:p w14:paraId="6113674B" w14:textId="77777777" w:rsidR="00AD0E4F" w:rsidRDefault="00AD0E4F">
            <w:pPr>
              <w:spacing w:after="0" w:line="240" w:lineRule="auto"/>
            </w:pPr>
          </w:p>
        </w:tc>
      </w:tr>
      <w:tr w:rsidR="00AD0E4F" w14:paraId="2205F663" w14:textId="77777777">
        <w:trPr>
          <w:jc w:val="center"/>
        </w:trPr>
        <w:tc>
          <w:tcPr>
            <w:tcW w:w="2665" w:type="dxa"/>
            <w:tcMar>
              <w:top w:w="45" w:type="dxa"/>
              <w:left w:w="100" w:type="dxa"/>
              <w:bottom w:w="45" w:type="dxa"/>
              <w:right w:w="100" w:type="dxa"/>
            </w:tcMar>
            <w:vAlign w:val="center"/>
          </w:tcPr>
          <w:p w14:paraId="6D24D945" w14:textId="77777777" w:rsidR="00AD0E4F" w:rsidRDefault="008D426B">
            <w:pPr>
              <w:spacing w:after="0" w:line="240" w:lineRule="auto"/>
            </w:pPr>
            <w:r>
              <w:rPr>
                <w:color w:val="000000"/>
                <w:sz w:val="17"/>
              </w:rPr>
              <w:t>ベースアップ評価料(I)</w:t>
            </w:r>
          </w:p>
        </w:tc>
        <w:tc>
          <w:tcPr>
            <w:tcW w:w="5216" w:type="dxa"/>
            <w:tcMar>
              <w:top w:w="45" w:type="dxa"/>
              <w:left w:w="100" w:type="dxa"/>
              <w:bottom w:w="45" w:type="dxa"/>
              <w:right w:w="100" w:type="dxa"/>
            </w:tcMar>
            <w:vAlign w:val="center"/>
          </w:tcPr>
          <w:p w14:paraId="39B02274" w14:textId="77777777" w:rsidR="00AD0E4F" w:rsidRDefault="008D426B">
            <w:pPr>
              <w:spacing w:after="0" w:line="240" w:lineRule="auto"/>
            </w:pPr>
            <w:r>
              <w:rPr>
                <w:color w:val="000000"/>
                <w:sz w:val="17"/>
              </w:rPr>
              <w:t>訪問看護職員等の賃金改善を進めるため、届出と所定の賃上げ要件を満たした事業所が算定する評価料です。</w:t>
            </w:r>
          </w:p>
        </w:tc>
        <w:tc>
          <w:tcPr>
            <w:tcW w:w="1701" w:type="dxa"/>
            <w:tcMar>
              <w:top w:w="45" w:type="dxa"/>
              <w:left w:w="100" w:type="dxa"/>
              <w:bottom w:w="45" w:type="dxa"/>
              <w:right w:w="100" w:type="dxa"/>
            </w:tcMar>
            <w:vAlign w:val="center"/>
          </w:tcPr>
          <w:p w14:paraId="352695AE" w14:textId="77777777" w:rsidR="00AD0E4F" w:rsidRDefault="008D426B">
            <w:pPr>
              <w:spacing w:after="0" w:line="240" w:lineRule="auto"/>
            </w:pPr>
            <w:r>
              <w:rPr>
                <w:color w:val="000000"/>
                <w:sz w:val="17"/>
              </w:rPr>
              <w:t>1,050円/月</w:t>
            </w:r>
          </w:p>
        </w:tc>
        <w:tc>
          <w:tcPr>
            <w:tcW w:w="737" w:type="dxa"/>
            <w:tcMar>
              <w:top w:w="45" w:type="dxa"/>
              <w:left w:w="100" w:type="dxa"/>
              <w:bottom w:w="45" w:type="dxa"/>
              <w:right w:w="100" w:type="dxa"/>
            </w:tcMar>
            <w:vAlign w:val="center"/>
          </w:tcPr>
          <w:p w14:paraId="24491060" w14:textId="77777777" w:rsidR="00AD0E4F" w:rsidRDefault="00AD0E4F">
            <w:pPr>
              <w:spacing w:after="0" w:line="240" w:lineRule="auto"/>
            </w:pPr>
          </w:p>
        </w:tc>
      </w:tr>
      <w:tr w:rsidR="00AD0E4F" w14:paraId="22A43C61" w14:textId="77777777">
        <w:trPr>
          <w:jc w:val="center"/>
        </w:trPr>
        <w:tc>
          <w:tcPr>
            <w:tcW w:w="2665" w:type="dxa"/>
            <w:tcMar>
              <w:top w:w="45" w:type="dxa"/>
              <w:left w:w="100" w:type="dxa"/>
              <w:bottom w:w="45" w:type="dxa"/>
              <w:right w:w="100" w:type="dxa"/>
            </w:tcMar>
            <w:vAlign w:val="center"/>
          </w:tcPr>
          <w:p w14:paraId="59CA00B1" w14:textId="77777777" w:rsidR="00AD0E4F" w:rsidRDefault="008D426B">
            <w:pPr>
              <w:spacing w:after="0" w:line="240" w:lineRule="auto"/>
            </w:pPr>
            <w:r>
              <w:rPr>
                <w:color w:val="000000"/>
                <w:sz w:val="17"/>
              </w:rPr>
              <w:t>ベースアップ評価料(II)</w:t>
            </w:r>
          </w:p>
        </w:tc>
        <w:tc>
          <w:tcPr>
            <w:tcW w:w="5216" w:type="dxa"/>
            <w:tcMar>
              <w:top w:w="45" w:type="dxa"/>
              <w:left w:w="100" w:type="dxa"/>
              <w:bottom w:w="45" w:type="dxa"/>
              <w:right w:w="100" w:type="dxa"/>
            </w:tcMar>
            <w:vAlign w:val="center"/>
          </w:tcPr>
          <w:p w14:paraId="35896024" w14:textId="77777777" w:rsidR="00AD0E4F" w:rsidRDefault="008D426B">
            <w:pPr>
              <w:spacing w:after="0" w:line="240" w:lineRule="auto"/>
            </w:pPr>
            <w:r>
              <w:rPr>
                <w:color w:val="000000"/>
                <w:sz w:val="17"/>
              </w:rPr>
              <w:t>事業所の届出区分、対象職員、賃金改善計画等に応じて、法令上定められた区分・金額を適用する評価料です。</w:t>
            </w:r>
          </w:p>
        </w:tc>
        <w:tc>
          <w:tcPr>
            <w:tcW w:w="1701" w:type="dxa"/>
            <w:tcMar>
              <w:top w:w="45" w:type="dxa"/>
              <w:left w:w="100" w:type="dxa"/>
              <w:bottom w:w="45" w:type="dxa"/>
              <w:right w:w="100" w:type="dxa"/>
            </w:tcMar>
            <w:vAlign w:val="center"/>
          </w:tcPr>
          <w:p w14:paraId="723A16BF" w14:textId="77777777" w:rsidR="00AD0E4F" w:rsidRDefault="008D426B">
            <w:pPr>
              <w:spacing w:after="0" w:line="240" w:lineRule="auto"/>
            </w:pPr>
            <w:r>
              <w:rPr>
                <w:color w:val="000000"/>
                <w:sz w:val="17"/>
              </w:rPr>
              <w:t>届出額/月</w:t>
            </w:r>
          </w:p>
        </w:tc>
        <w:tc>
          <w:tcPr>
            <w:tcW w:w="737" w:type="dxa"/>
            <w:tcMar>
              <w:top w:w="45" w:type="dxa"/>
              <w:left w:w="100" w:type="dxa"/>
              <w:bottom w:w="45" w:type="dxa"/>
              <w:right w:w="100" w:type="dxa"/>
            </w:tcMar>
            <w:vAlign w:val="center"/>
          </w:tcPr>
          <w:p w14:paraId="39879D24" w14:textId="77777777" w:rsidR="00AD0E4F" w:rsidRDefault="00AD0E4F">
            <w:pPr>
              <w:spacing w:after="0" w:line="240" w:lineRule="auto"/>
            </w:pPr>
          </w:p>
        </w:tc>
      </w:tr>
    </w:tbl>
    <w:p w14:paraId="11AD27F6" w14:textId="77777777" w:rsidR="00AD0E4F" w:rsidRDefault="008D426B">
      <w:pPr>
        <w:keepNext/>
        <w:spacing w:after="20" w:line="240" w:lineRule="auto"/>
      </w:pPr>
      <w:r>
        <w:rPr>
          <w:color w:val="000000"/>
          <w:sz w:val="28"/>
        </w:rPr>
        <w:t>14 看取り・処遇改善・保険外費用</w:t>
      </w:r>
    </w:p>
    <w:p w14:paraId="3AE2D039" w14:textId="77777777" w:rsidR="00AD0E4F" w:rsidRDefault="00AD0E4F">
      <w:pPr>
        <w:pBdr>
          <w:bottom w:val="single" w:sz="8" w:space="1" w:color="777777"/>
        </w:pBdr>
        <w:spacing w:before="20" w:after="0" w:line="240" w:lineRule="auto"/>
      </w:pPr>
    </w:p>
    <w:p w14:paraId="2A5AFBF7" w14:textId="77777777" w:rsidR="00AD0E4F" w:rsidRDefault="008D426B">
      <w:pPr>
        <w:spacing w:after="20" w:line="240" w:lineRule="auto"/>
      </w:pPr>
      <w:r>
        <w:rPr>
          <w:color w:val="000000"/>
          <w:sz w:val="17"/>
        </w:rPr>
        <w:t>1. 訪問看護ターミナルケア療養費 - 医療保険</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3402"/>
        <w:gridCol w:w="1701"/>
        <w:gridCol w:w="1417"/>
        <w:gridCol w:w="1417"/>
        <w:gridCol w:w="1417"/>
        <w:gridCol w:w="964"/>
      </w:tblGrid>
      <w:tr w:rsidR="00AD0E4F" w14:paraId="1DED5048" w14:textId="77777777">
        <w:trPr>
          <w:tblHeader/>
          <w:jc w:val="center"/>
        </w:trPr>
        <w:tc>
          <w:tcPr>
            <w:tcW w:w="3402" w:type="dxa"/>
            <w:shd w:val="clear" w:color="auto" w:fill="4A4A4A"/>
            <w:tcMar>
              <w:top w:w="45" w:type="dxa"/>
              <w:left w:w="100" w:type="dxa"/>
              <w:bottom w:w="45" w:type="dxa"/>
              <w:right w:w="100" w:type="dxa"/>
            </w:tcMar>
            <w:vAlign w:val="center"/>
          </w:tcPr>
          <w:p w14:paraId="7F8103B9" w14:textId="77777777" w:rsidR="00AD0E4F" w:rsidRDefault="008D426B">
            <w:pPr>
              <w:spacing w:after="0" w:line="240" w:lineRule="auto"/>
              <w:jc w:val="center"/>
            </w:pPr>
            <w:r>
              <w:rPr>
                <w:color w:val="FFFFFF"/>
                <w:sz w:val="17"/>
              </w:rPr>
              <w:t>区分</w:t>
            </w:r>
          </w:p>
        </w:tc>
        <w:tc>
          <w:tcPr>
            <w:tcW w:w="1701" w:type="dxa"/>
            <w:shd w:val="clear" w:color="auto" w:fill="4A4A4A"/>
            <w:tcMar>
              <w:top w:w="45" w:type="dxa"/>
              <w:left w:w="100" w:type="dxa"/>
              <w:bottom w:w="45" w:type="dxa"/>
              <w:right w:w="100" w:type="dxa"/>
            </w:tcMar>
            <w:vAlign w:val="center"/>
          </w:tcPr>
          <w:p w14:paraId="1378DDF9" w14:textId="77777777" w:rsidR="00AD0E4F" w:rsidRDefault="008D426B">
            <w:pPr>
              <w:spacing w:after="0" w:line="240" w:lineRule="auto"/>
              <w:jc w:val="center"/>
            </w:pPr>
            <w:r>
              <w:rPr>
                <w:color w:val="FFFFFF"/>
                <w:sz w:val="17"/>
              </w:rPr>
              <w:t>全額</w:t>
            </w:r>
          </w:p>
        </w:tc>
        <w:tc>
          <w:tcPr>
            <w:tcW w:w="1417" w:type="dxa"/>
            <w:shd w:val="clear" w:color="auto" w:fill="4A4A4A"/>
            <w:tcMar>
              <w:top w:w="45" w:type="dxa"/>
              <w:left w:w="100" w:type="dxa"/>
              <w:bottom w:w="45" w:type="dxa"/>
              <w:right w:w="100" w:type="dxa"/>
            </w:tcMar>
            <w:vAlign w:val="center"/>
          </w:tcPr>
          <w:p w14:paraId="1EE86669" w14:textId="77777777" w:rsidR="00AD0E4F" w:rsidRDefault="008D426B">
            <w:pPr>
              <w:spacing w:after="0" w:line="240" w:lineRule="auto"/>
              <w:jc w:val="center"/>
            </w:pPr>
            <w:r>
              <w:rPr>
                <w:color w:val="FFFFFF"/>
                <w:sz w:val="17"/>
              </w:rPr>
              <w:t>1割</w:t>
            </w:r>
          </w:p>
        </w:tc>
        <w:tc>
          <w:tcPr>
            <w:tcW w:w="1417" w:type="dxa"/>
            <w:shd w:val="clear" w:color="auto" w:fill="4A4A4A"/>
            <w:tcMar>
              <w:top w:w="45" w:type="dxa"/>
              <w:left w:w="100" w:type="dxa"/>
              <w:bottom w:w="45" w:type="dxa"/>
              <w:right w:w="100" w:type="dxa"/>
            </w:tcMar>
            <w:vAlign w:val="center"/>
          </w:tcPr>
          <w:p w14:paraId="54AD9286" w14:textId="77777777" w:rsidR="00AD0E4F" w:rsidRDefault="008D426B">
            <w:pPr>
              <w:spacing w:after="0" w:line="240" w:lineRule="auto"/>
              <w:jc w:val="center"/>
            </w:pPr>
            <w:r>
              <w:rPr>
                <w:color w:val="FFFFFF"/>
                <w:sz w:val="17"/>
              </w:rPr>
              <w:t>2割</w:t>
            </w:r>
          </w:p>
        </w:tc>
        <w:tc>
          <w:tcPr>
            <w:tcW w:w="1417" w:type="dxa"/>
            <w:shd w:val="clear" w:color="auto" w:fill="4A4A4A"/>
            <w:tcMar>
              <w:top w:w="45" w:type="dxa"/>
              <w:left w:w="100" w:type="dxa"/>
              <w:bottom w:w="45" w:type="dxa"/>
              <w:right w:w="100" w:type="dxa"/>
            </w:tcMar>
            <w:vAlign w:val="center"/>
          </w:tcPr>
          <w:p w14:paraId="21DB0A5B" w14:textId="77777777" w:rsidR="00AD0E4F" w:rsidRDefault="008D426B">
            <w:pPr>
              <w:spacing w:after="0" w:line="240" w:lineRule="auto"/>
              <w:jc w:val="center"/>
            </w:pPr>
            <w:r>
              <w:rPr>
                <w:color w:val="FFFFFF"/>
                <w:sz w:val="17"/>
              </w:rPr>
              <w:t>3割</w:t>
            </w:r>
          </w:p>
        </w:tc>
        <w:tc>
          <w:tcPr>
            <w:tcW w:w="964" w:type="dxa"/>
            <w:shd w:val="clear" w:color="auto" w:fill="4A4A4A"/>
            <w:tcMar>
              <w:top w:w="45" w:type="dxa"/>
              <w:left w:w="100" w:type="dxa"/>
              <w:bottom w:w="45" w:type="dxa"/>
              <w:right w:w="100" w:type="dxa"/>
            </w:tcMar>
            <w:vAlign w:val="center"/>
          </w:tcPr>
          <w:p w14:paraId="6B28F935" w14:textId="77777777" w:rsidR="00AD0E4F" w:rsidRDefault="008D426B">
            <w:pPr>
              <w:spacing w:after="0" w:line="240" w:lineRule="auto"/>
              <w:jc w:val="center"/>
            </w:pPr>
            <w:r>
              <w:rPr>
                <w:color w:val="FFFFFF"/>
                <w:sz w:val="17"/>
              </w:rPr>
              <w:t>該当</w:t>
            </w:r>
          </w:p>
        </w:tc>
      </w:tr>
      <w:tr w:rsidR="00AD0E4F" w14:paraId="397F5ECA" w14:textId="77777777">
        <w:trPr>
          <w:jc w:val="center"/>
        </w:trPr>
        <w:tc>
          <w:tcPr>
            <w:tcW w:w="3402" w:type="dxa"/>
            <w:tcMar>
              <w:top w:w="45" w:type="dxa"/>
              <w:left w:w="100" w:type="dxa"/>
              <w:bottom w:w="45" w:type="dxa"/>
              <w:right w:w="100" w:type="dxa"/>
            </w:tcMar>
            <w:vAlign w:val="center"/>
          </w:tcPr>
          <w:p w14:paraId="342D8E88" w14:textId="77777777" w:rsidR="00AD0E4F" w:rsidRDefault="008D426B">
            <w:pPr>
              <w:spacing w:after="0" w:line="240" w:lineRule="auto"/>
            </w:pPr>
            <w:r>
              <w:rPr>
                <w:color w:val="000000"/>
                <w:sz w:val="17"/>
              </w:rPr>
              <w:t>ターミナルケア療養費1</w:t>
            </w:r>
          </w:p>
        </w:tc>
        <w:tc>
          <w:tcPr>
            <w:tcW w:w="1701" w:type="dxa"/>
            <w:tcMar>
              <w:top w:w="45" w:type="dxa"/>
              <w:left w:w="100" w:type="dxa"/>
              <w:bottom w:w="45" w:type="dxa"/>
              <w:right w:w="100" w:type="dxa"/>
            </w:tcMar>
            <w:vAlign w:val="center"/>
          </w:tcPr>
          <w:p w14:paraId="52C1CFF8" w14:textId="77777777" w:rsidR="00AD0E4F" w:rsidRDefault="008D426B">
            <w:pPr>
              <w:spacing w:after="0" w:line="240" w:lineRule="auto"/>
            </w:pPr>
            <w:r>
              <w:rPr>
                <w:color w:val="000000"/>
                <w:sz w:val="17"/>
              </w:rPr>
              <w:t>25,000円</w:t>
            </w:r>
          </w:p>
        </w:tc>
        <w:tc>
          <w:tcPr>
            <w:tcW w:w="1417" w:type="dxa"/>
            <w:tcMar>
              <w:top w:w="45" w:type="dxa"/>
              <w:left w:w="100" w:type="dxa"/>
              <w:bottom w:w="45" w:type="dxa"/>
              <w:right w:w="100" w:type="dxa"/>
            </w:tcMar>
            <w:vAlign w:val="center"/>
          </w:tcPr>
          <w:p w14:paraId="705451C1" w14:textId="77777777" w:rsidR="00AD0E4F" w:rsidRDefault="008D426B">
            <w:pPr>
              <w:spacing w:after="0" w:line="240" w:lineRule="auto"/>
            </w:pPr>
            <w:r>
              <w:rPr>
                <w:color w:val="000000"/>
                <w:sz w:val="17"/>
              </w:rPr>
              <w:t>2,500円</w:t>
            </w:r>
          </w:p>
        </w:tc>
        <w:tc>
          <w:tcPr>
            <w:tcW w:w="1417" w:type="dxa"/>
            <w:tcMar>
              <w:top w:w="45" w:type="dxa"/>
              <w:left w:w="100" w:type="dxa"/>
              <w:bottom w:w="45" w:type="dxa"/>
              <w:right w:w="100" w:type="dxa"/>
            </w:tcMar>
            <w:vAlign w:val="center"/>
          </w:tcPr>
          <w:p w14:paraId="6DD15232" w14:textId="77777777" w:rsidR="00AD0E4F" w:rsidRDefault="008D426B">
            <w:pPr>
              <w:spacing w:after="0" w:line="240" w:lineRule="auto"/>
            </w:pPr>
            <w:r>
              <w:rPr>
                <w:color w:val="000000"/>
                <w:sz w:val="17"/>
              </w:rPr>
              <w:t>5,000円</w:t>
            </w:r>
          </w:p>
        </w:tc>
        <w:tc>
          <w:tcPr>
            <w:tcW w:w="1417" w:type="dxa"/>
            <w:tcMar>
              <w:top w:w="45" w:type="dxa"/>
              <w:left w:w="100" w:type="dxa"/>
              <w:bottom w:w="45" w:type="dxa"/>
              <w:right w:w="100" w:type="dxa"/>
            </w:tcMar>
            <w:vAlign w:val="center"/>
          </w:tcPr>
          <w:p w14:paraId="124B3663" w14:textId="77777777" w:rsidR="00AD0E4F" w:rsidRDefault="008D426B">
            <w:pPr>
              <w:spacing w:after="0" w:line="240" w:lineRule="auto"/>
            </w:pPr>
            <w:r>
              <w:rPr>
                <w:color w:val="000000"/>
                <w:sz w:val="17"/>
              </w:rPr>
              <w:t>7,500円</w:t>
            </w:r>
          </w:p>
        </w:tc>
        <w:tc>
          <w:tcPr>
            <w:tcW w:w="964" w:type="dxa"/>
            <w:tcMar>
              <w:top w:w="45" w:type="dxa"/>
              <w:left w:w="100" w:type="dxa"/>
              <w:bottom w:w="45" w:type="dxa"/>
              <w:right w:w="100" w:type="dxa"/>
            </w:tcMar>
            <w:vAlign w:val="center"/>
          </w:tcPr>
          <w:p w14:paraId="6A722EEE" w14:textId="77777777" w:rsidR="00AD0E4F" w:rsidRDefault="00AD0E4F">
            <w:pPr>
              <w:spacing w:after="0" w:line="240" w:lineRule="auto"/>
            </w:pPr>
          </w:p>
        </w:tc>
      </w:tr>
      <w:tr w:rsidR="00AD0E4F" w14:paraId="1AAFAE47" w14:textId="77777777">
        <w:trPr>
          <w:jc w:val="center"/>
        </w:trPr>
        <w:tc>
          <w:tcPr>
            <w:tcW w:w="3402" w:type="dxa"/>
            <w:tcMar>
              <w:top w:w="45" w:type="dxa"/>
              <w:left w:w="100" w:type="dxa"/>
              <w:bottom w:w="45" w:type="dxa"/>
              <w:right w:w="100" w:type="dxa"/>
            </w:tcMar>
            <w:vAlign w:val="center"/>
          </w:tcPr>
          <w:p w14:paraId="66644EA9" w14:textId="77777777" w:rsidR="00AD0E4F" w:rsidRDefault="008D426B">
            <w:pPr>
              <w:spacing w:after="0" w:line="240" w:lineRule="auto"/>
            </w:pPr>
            <w:r>
              <w:rPr>
                <w:color w:val="000000"/>
                <w:sz w:val="17"/>
              </w:rPr>
              <w:t>ターミナルケア療養費2</w:t>
            </w:r>
          </w:p>
        </w:tc>
        <w:tc>
          <w:tcPr>
            <w:tcW w:w="1701" w:type="dxa"/>
            <w:tcMar>
              <w:top w:w="45" w:type="dxa"/>
              <w:left w:w="100" w:type="dxa"/>
              <w:bottom w:w="45" w:type="dxa"/>
              <w:right w:w="100" w:type="dxa"/>
            </w:tcMar>
            <w:vAlign w:val="center"/>
          </w:tcPr>
          <w:p w14:paraId="312A9D16" w14:textId="77777777" w:rsidR="00AD0E4F" w:rsidRDefault="008D426B">
            <w:pPr>
              <w:spacing w:after="0" w:line="240" w:lineRule="auto"/>
            </w:pPr>
            <w:r>
              <w:rPr>
                <w:color w:val="000000"/>
                <w:sz w:val="17"/>
              </w:rPr>
              <w:t>10,000円</w:t>
            </w:r>
          </w:p>
        </w:tc>
        <w:tc>
          <w:tcPr>
            <w:tcW w:w="1417" w:type="dxa"/>
            <w:tcMar>
              <w:top w:w="45" w:type="dxa"/>
              <w:left w:w="100" w:type="dxa"/>
              <w:bottom w:w="45" w:type="dxa"/>
              <w:right w:w="100" w:type="dxa"/>
            </w:tcMar>
            <w:vAlign w:val="center"/>
          </w:tcPr>
          <w:p w14:paraId="4AD919DA" w14:textId="77777777" w:rsidR="00AD0E4F" w:rsidRDefault="008D426B">
            <w:pPr>
              <w:spacing w:after="0" w:line="240" w:lineRule="auto"/>
            </w:pPr>
            <w:r>
              <w:rPr>
                <w:color w:val="000000"/>
                <w:sz w:val="17"/>
              </w:rPr>
              <w:t>1,000円</w:t>
            </w:r>
          </w:p>
        </w:tc>
        <w:tc>
          <w:tcPr>
            <w:tcW w:w="1417" w:type="dxa"/>
            <w:tcMar>
              <w:top w:w="45" w:type="dxa"/>
              <w:left w:w="100" w:type="dxa"/>
              <w:bottom w:w="45" w:type="dxa"/>
              <w:right w:w="100" w:type="dxa"/>
            </w:tcMar>
            <w:vAlign w:val="center"/>
          </w:tcPr>
          <w:p w14:paraId="05C19744" w14:textId="77777777" w:rsidR="00AD0E4F" w:rsidRDefault="008D426B">
            <w:pPr>
              <w:spacing w:after="0" w:line="240" w:lineRule="auto"/>
            </w:pPr>
            <w:r>
              <w:rPr>
                <w:color w:val="000000"/>
                <w:sz w:val="17"/>
              </w:rPr>
              <w:t>2,000円</w:t>
            </w:r>
          </w:p>
        </w:tc>
        <w:tc>
          <w:tcPr>
            <w:tcW w:w="1417" w:type="dxa"/>
            <w:tcMar>
              <w:top w:w="45" w:type="dxa"/>
              <w:left w:w="100" w:type="dxa"/>
              <w:bottom w:w="45" w:type="dxa"/>
              <w:right w:w="100" w:type="dxa"/>
            </w:tcMar>
            <w:vAlign w:val="center"/>
          </w:tcPr>
          <w:p w14:paraId="6ED4C1B9" w14:textId="77777777" w:rsidR="00AD0E4F" w:rsidRDefault="008D426B">
            <w:pPr>
              <w:spacing w:after="0" w:line="240" w:lineRule="auto"/>
            </w:pPr>
            <w:r>
              <w:rPr>
                <w:color w:val="000000"/>
                <w:sz w:val="17"/>
              </w:rPr>
              <w:t>3,000円</w:t>
            </w:r>
          </w:p>
        </w:tc>
        <w:tc>
          <w:tcPr>
            <w:tcW w:w="964" w:type="dxa"/>
            <w:tcMar>
              <w:top w:w="45" w:type="dxa"/>
              <w:left w:w="100" w:type="dxa"/>
              <w:bottom w:w="45" w:type="dxa"/>
              <w:right w:w="100" w:type="dxa"/>
            </w:tcMar>
            <w:vAlign w:val="center"/>
          </w:tcPr>
          <w:p w14:paraId="7318D4FC" w14:textId="77777777" w:rsidR="00AD0E4F" w:rsidRDefault="00AD0E4F">
            <w:pPr>
              <w:spacing w:after="0" w:line="240" w:lineRule="auto"/>
            </w:pPr>
          </w:p>
        </w:tc>
      </w:tr>
    </w:tbl>
    <w:p w14:paraId="60BD8E77" w14:textId="77777777" w:rsidR="00AD0E4F" w:rsidRDefault="008D426B">
      <w:pPr>
        <w:spacing w:after="20" w:line="240" w:lineRule="auto"/>
      </w:pPr>
      <w:r>
        <w:rPr>
          <w:color w:val="000000"/>
          <w:sz w:val="17"/>
        </w:rPr>
        <w:t>2. 訪問看護ベースアップ評価料</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1984"/>
        <w:gridCol w:w="7200"/>
        <w:gridCol w:w="1134"/>
      </w:tblGrid>
      <w:tr w:rsidR="00AD0E4F" w14:paraId="0C18DCF0" w14:textId="77777777">
        <w:trPr>
          <w:tblHeader/>
          <w:jc w:val="center"/>
        </w:trPr>
        <w:tc>
          <w:tcPr>
            <w:tcW w:w="1984" w:type="dxa"/>
            <w:shd w:val="clear" w:color="auto" w:fill="4A4A4A"/>
            <w:tcMar>
              <w:top w:w="45" w:type="dxa"/>
              <w:left w:w="100" w:type="dxa"/>
              <w:bottom w:w="45" w:type="dxa"/>
              <w:right w:w="100" w:type="dxa"/>
            </w:tcMar>
            <w:vAlign w:val="center"/>
          </w:tcPr>
          <w:p w14:paraId="630F5FAB" w14:textId="77777777" w:rsidR="00AD0E4F" w:rsidRDefault="008D426B">
            <w:pPr>
              <w:spacing w:after="0" w:line="240" w:lineRule="auto"/>
              <w:jc w:val="center"/>
            </w:pPr>
            <w:r>
              <w:rPr>
                <w:color w:val="FFFFFF"/>
                <w:sz w:val="17"/>
              </w:rPr>
              <w:t>区分</w:t>
            </w:r>
          </w:p>
        </w:tc>
        <w:tc>
          <w:tcPr>
            <w:tcW w:w="7200" w:type="dxa"/>
            <w:shd w:val="clear" w:color="auto" w:fill="4A4A4A"/>
            <w:tcMar>
              <w:top w:w="45" w:type="dxa"/>
              <w:left w:w="100" w:type="dxa"/>
              <w:bottom w:w="45" w:type="dxa"/>
              <w:right w:w="100" w:type="dxa"/>
            </w:tcMar>
            <w:vAlign w:val="center"/>
          </w:tcPr>
          <w:p w14:paraId="5FD6074C" w14:textId="77777777" w:rsidR="00AD0E4F" w:rsidRDefault="008D426B">
            <w:pPr>
              <w:spacing w:after="0" w:line="240" w:lineRule="auto"/>
              <w:jc w:val="center"/>
            </w:pPr>
            <w:r>
              <w:rPr>
                <w:color w:val="FFFFFF"/>
                <w:sz w:val="17"/>
              </w:rPr>
              <w:t>内容・算定方法</w:t>
            </w:r>
          </w:p>
        </w:tc>
        <w:tc>
          <w:tcPr>
            <w:tcW w:w="1134" w:type="dxa"/>
            <w:shd w:val="clear" w:color="auto" w:fill="4A4A4A"/>
            <w:tcMar>
              <w:top w:w="45" w:type="dxa"/>
              <w:left w:w="100" w:type="dxa"/>
              <w:bottom w:w="45" w:type="dxa"/>
              <w:right w:w="100" w:type="dxa"/>
            </w:tcMar>
            <w:vAlign w:val="center"/>
          </w:tcPr>
          <w:p w14:paraId="30E2E931" w14:textId="77777777" w:rsidR="00AD0E4F" w:rsidRDefault="008D426B">
            <w:pPr>
              <w:spacing w:after="0" w:line="240" w:lineRule="auto"/>
              <w:jc w:val="center"/>
            </w:pPr>
            <w:r>
              <w:rPr>
                <w:color w:val="FFFFFF"/>
                <w:sz w:val="17"/>
              </w:rPr>
              <w:t>該当</w:t>
            </w:r>
          </w:p>
        </w:tc>
      </w:tr>
      <w:tr w:rsidR="00AD0E4F" w14:paraId="323E3196" w14:textId="77777777">
        <w:trPr>
          <w:jc w:val="center"/>
        </w:trPr>
        <w:tc>
          <w:tcPr>
            <w:tcW w:w="1984" w:type="dxa"/>
            <w:tcMar>
              <w:top w:w="45" w:type="dxa"/>
              <w:left w:w="100" w:type="dxa"/>
              <w:bottom w:w="45" w:type="dxa"/>
              <w:right w:w="100" w:type="dxa"/>
            </w:tcMar>
            <w:vAlign w:val="center"/>
          </w:tcPr>
          <w:p w14:paraId="30E09863" w14:textId="77777777" w:rsidR="00AD0E4F" w:rsidRDefault="008D426B">
            <w:pPr>
              <w:spacing w:after="0" w:line="240" w:lineRule="auto"/>
            </w:pPr>
            <w:r>
              <w:rPr>
                <w:color w:val="000000"/>
                <w:sz w:val="17"/>
              </w:rPr>
              <w:t>評価料(I)</w:t>
            </w:r>
          </w:p>
        </w:tc>
        <w:tc>
          <w:tcPr>
            <w:tcW w:w="7200" w:type="dxa"/>
            <w:tcMar>
              <w:top w:w="45" w:type="dxa"/>
              <w:left w:w="100" w:type="dxa"/>
              <w:bottom w:w="45" w:type="dxa"/>
              <w:right w:w="100" w:type="dxa"/>
            </w:tcMar>
            <w:vAlign w:val="center"/>
          </w:tcPr>
          <w:p w14:paraId="3342E675" w14:textId="77777777" w:rsidR="00AD0E4F" w:rsidRDefault="008D426B">
            <w:pPr>
              <w:spacing w:after="0" w:line="240" w:lineRule="auto"/>
            </w:pPr>
            <w:r>
              <w:rPr>
                <w:color w:val="000000"/>
                <w:sz w:val="17"/>
              </w:rPr>
              <w:t>1,050円/月。継続した賃上げの所定要件を満たす場合は1,830円/月。</w:t>
            </w:r>
          </w:p>
        </w:tc>
        <w:tc>
          <w:tcPr>
            <w:tcW w:w="1134" w:type="dxa"/>
            <w:tcMar>
              <w:top w:w="45" w:type="dxa"/>
              <w:left w:w="100" w:type="dxa"/>
              <w:bottom w:w="45" w:type="dxa"/>
              <w:right w:w="100" w:type="dxa"/>
            </w:tcMar>
            <w:vAlign w:val="center"/>
          </w:tcPr>
          <w:p w14:paraId="288FDDD6" w14:textId="77777777" w:rsidR="00AD0E4F" w:rsidRDefault="00AD0E4F">
            <w:pPr>
              <w:spacing w:after="0" w:line="240" w:lineRule="auto"/>
            </w:pPr>
          </w:p>
        </w:tc>
      </w:tr>
      <w:tr w:rsidR="00AD0E4F" w14:paraId="78438894" w14:textId="77777777">
        <w:trPr>
          <w:jc w:val="center"/>
        </w:trPr>
        <w:tc>
          <w:tcPr>
            <w:tcW w:w="1984" w:type="dxa"/>
            <w:tcMar>
              <w:top w:w="45" w:type="dxa"/>
              <w:left w:w="100" w:type="dxa"/>
              <w:bottom w:w="45" w:type="dxa"/>
              <w:right w:w="100" w:type="dxa"/>
            </w:tcMar>
            <w:vAlign w:val="center"/>
          </w:tcPr>
          <w:p w14:paraId="17010EFA" w14:textId="77777777" w:rsidR="00AD0E4F" w:rsidRDefault="008D426B">
            <w:pPr>
              <w:spacing w:after="0" w:line="240" w:lineRule="auto"/>
            </w:pPr>
            <w:r>
              <w:rPr>
                <w:color w:val="000000"/>
                <w:sz w:val="17"/>
              </w:rPr>
              <w:t>評価料(II)</w:t>
            </w:r>
          </w:p>
        </w:tc>
        <w:tc>
          <w:tcPr>
            <w:tcW w:w="7200" w:type="dxa"/>
            <w:tcMar>
              <w:top w:w="45" w:type="dxa"/>
              <w:left w:w="100" w:type="dxa"/>
              <w:bottom w:w="45" w:type="dxa"/>
              <w:right w:w="100" w:type="dxa"/>
            </w:tcMar>
            <w:vAlign w:val="center"/>
          </w:tcPr>
          <w:p w14:paraId="1EA84B3D" w14:textId="77777777" w:rsidR="00AD0E4F" w:rsidRDefault="008D426B">
            <w:pPr>
              <w:spacing w:after="0" w:line="240" w:lineRule="auto"/>
            </w:pPr>
            <w:r>
              <w:rPr>
                <w:color w:val="000000"/>
                <w:sz w:val="17"/>
              </w:rPr>
              <w:t>令和8年6月〜令和9年5月は届出区分1〜18に応じ30〜540円/月。継続賃上げ要件を満たす区分は40〜1,040円/月。</w:t>
            </w:r>
          </w:p>
        </w:tc>
        <w:tc>
          <w:tcPr>
            <w:tcW w:w="1134" w:type="dxa"/>
            <w:tcMar>
              <w:top w:w="45" w:type="dxa"/>
              <w:left w:w="100" w:type="dxa"/>
              <w:bottom w:w="45" w:type="dxa"/>
              <w:right w:w="100" w:type="dxa"/>
            </w:tcMar>
            <w:vAlign w:val="center"/>
          </w:tcPr>
          <w:p w14:paraId="395B2266" w14:textId="77777777" w:rsidR="00AD0E4F" w:rsidRDefault="00AD0E4F">
            <w:pPr>
              <w:spacing w:after="0" w:line="240" w:lineRule="auto"/>
            </w:pPr>
          </w:p>
        </w:tc>
      </w:tr>
    </w:tbl>
    <w:p w14:paraId="51DB9AB0" w14:textId="77777777" w:rsidR="00AD0E4F" w:rsidRDefault="008D426B">
      <w:pPr>
        <w:spacing w:after="0" w:line="240" w:lineRule="auto"/>
      </w:pPr>
      <w:r>
        <w:rPr>
          <w:color w:val="000000"/>
          <w:sz w:val="17"/>
        </w:rPr>
        <w:t>※ベースアップ評価料は、地方厚生局への届出、要件適合、対象利用者への説明がある場合に限り算定します。</w:t>
      </w:r>
    </w:p>
    <w:p w14:paraId="70CA34C4" w14:textId="77777777" w:rsidR="00AD0E4F" w:rsidRDefault="008D426B">
      <w:pPr>
        <w:spacing w:after="20" w:line="240" w:lineRule="auto"/>
      </w:pPr>
      <w:r>
        <w:rPr>
          <w:color w:val="000000"/>
          <w:sz w:val="17"/>
        </w:rPr>
        <w:t>3. 交通費・休日利用料・保険外オプション</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665"/>
        <w:gridCol w:w="4932"/>
        <w:gridCol w:w="1984"/>
        <w:gridCol w:w="737"/>
      </w:tblGrid>
      <w:tr w:rsidR="00AD0E4F" w14:paraId="7F769D7C" w14:textId="77777777">
        <w:trPr>
          <w:tblHeader/>
          <w:jc w:val="center"/>
        </w:trPr>
        <w:tc>
          <w:tcPr>
            <w:tcW w:w="2665" w:type="dxa"/>
            <w:shd w:val="clear" w:color="auto" w:fill="4A4A4A"/>
            <w:tcMar>
              <w:top w:w="45" w:type="dxa"/>
              <w:left w:w="100" w:type="dxa"/>
              <w:bottom w:w="45" w:type="dxa"/>
              <w:right w:w="100" w:type="dxa"/>
            </w:tcMar>
            <w:vAlign w:val="center"/>
          </w:tcPr>
          <w:p w14:paraId="18573373" w14:textId="77777777" w:rsidR="00AD0E4F" w:rsidRDefault="008D426B">
            <w:pPr>
              <w:spacing w:after="0" w:line="240" w:lineRule="auto"/>
              <w:jc w:val="center"/>
            </w:pPr>
            <w:r>
              <w:rPr>
                <w:color w:val="FFFFFF"/>
                <w:sz w:val="17"/>
              </w:rPr>
              <w:t>費用項目</w:t>
            </w:r>
          </w:p>
        </w:tc>
        <w:tc>
          <w:tcPr>
            <w:tcW w:w="4932" w:type="dxa"/>
            <w:shd w:val="clear" w:color="auto" w:fill="4A4A4A"/>
            <w:tcMar>
              <w:top w:w="45" w:type="dxa"/>
              <w:left w:w="100" w:type="dxa"/>
              <w:bottom w:w="45" w:type="dxa"/>
              <w:right w:w="100" w:type="dxa"/>
            </w:tcMar>
            <w:vAlign w:val="center"/>
          </w:tcPr>
          <w:p w14:paraId="645D7A26" w14:textId="77777777" w:rsidR="00AD0E4F" w:rsidRDefault="008D426B">
            <w:pPr>
              <w:spacing w:after="0" w:line="240" w:lineRule="auto"/>
              <w:jc w:val="center"/>
            </w:pPr>
            <w:r>
              <w:rPr>
                <w:color w:val="FFFFFF"/>
                <w:sz w:val="17"/>
              </w:rPr>
              <w:t>内容</w:t>
            </w:r>
          </w:p>
        </w:tc>
        <w:tc>
          <w:tcPr>
            <w:tcW w:w="1984" w:type="dxa"/>
            <w:shd w:val="clear" w:color="auto" w:fill="4A4A4A"/>
            <w:tcMar>
              <w:top w:w="45" w:type="dxa"/>
              <w:left w:w="100" w:type="dxa"/>
              <w:bottom w:w="45" w:type="dxa"/>
              <w:right w:w="100" w:type="dxa"/>
            </w:tcMar>
            <w:vAlign w:val="center"/>
          </w:tcPr>
          <w:p w14:paraId="7123E68F" w14:textId="77777777" w:rsidR="00AD0E4F" w:rsidRDefault="008D426B">
            <w:pPr>
              <w:spacing w:after="0" w:line="240" w:lineRule="auto"/>
              <w:jc w:val="center"/>
            </w:pPr>
            <w:r>
              <w:rPr>
                <w:color w:val="FFFFFF"/>
                <w:sz w:val="17"/>
              </w:rPr>
              <w:t>料金</w:t>
            </w:r>
          </w:p>
        </w:tc>
        <w:tc>
          <w:tcPr>
            <w:tcW w:w="737" w:type="dxa"/>
            <w:shd w:val="clear" w:color="auto" w:fill="4A4A4A"/>
            <w:tcMar>
              <w:top w:w="45" w:type="dxa"/>
              <w:left w:w="100" w:type="dxa"/>
              <w:bottom w:w="45" w:type="dxa"/>
              <w:right w:w="100" w:type="dxa"/>
            </w:tcMar>
            <w:vAlign w:val="center"/>
          </w:tcPr>
          <w:p w14:paraId="0950E53A" w14:textId="77777777" w:rsidR="00AD0E4F" w:rsidRDefault="008D426B">
            <w:pPr>
              <w:spacing w:after="0" w:line="240" w:lineRule="auto"/>
              <w:jc w:val="center"/>
            </w:pPr>
            <w:r>
              <w:rPr>
                <w:color w:val="FFFFFF"/>
                <w:sz w:val="17"/>
              </w:rPr>
              <w:t>該当</w:t>
            </w:r>
          </w:p>
        </w:tc>
      </w:tr>
      <w:tr w:rsidR="00AD0E4F" w14:paraId="1F7CAB71" w14:textId="77777777">
        <w:trPr>
          <w:jc w:val="center"/>
        </w:trPr>
        <w:tc>
          <w:tcPr>
            <w:tcW w:w="2665" w:type="dxa"/>
            <w:tcMar>
              <w:top w:w="45" w:type="dxa"/>
              <w:left w:w="100" w:type="dxa"/>
              <w:bottom w:w="45" w:type="dxa"/>
              <w:right w:w="100" w:type="dxa"/>
            </w:tcMar>
            <w:vAlign w:val="center"/>
          </w:tcPr>
          <w:p w14:paraId="04849FD4" w14:textId="77777777" w:rsidR="00AA710F" w:rsidRDefault="00000000">
            <w:pPr>
              <w:spacing w:after="0" w:line="240" w:lineRule="auto"/>
            </w:pPr>
            <w:r>
              <w:rPr>
                <w:color w:val="000000"/>
                <w:sz w:val="17"/>
              </w:rPr>
              <w:t>対応エリア内交通費・介護保険</w:t>
            </w:r>
          </w:p>
        </w:tc>
        <w:tc>
          <w:tcPr>
            <w:tcW w:w="4932" w:type="dxa"/>
            <w:tcMar>
              <w:top w:w="45" w:type="dxa"/>
              <w:left w:w="100" w:type="dxa"/>
              <w:bottom w:w="45" w:type="dxa"/>
              <w:right w:w="100" w:type="dxa"/>
            </w:tcMar>
            <w:vAlign w:val="center"/>
          </w:tcPr>
          <w:p w14:paraId="6EF42C34" w14:textId="77777777" w:rsidR="00AA710F" w:rsidRDefault="00000000">
            <w:pPr>
              <w:spacing w:after="0" w:line="240" w:lineRule="auto"/>
            </w:pPr>
            <w:r>
              <w:rPr>
                <w:color w:val="000000"/>
                <w:sz w:val="17"/>
              </w:rPr>
              <w:t>周南市・防府市・下松市・光市への訪問。</w:t>
            </w:r>
          </w:p>
        </w:tc>
        <w:tc>
          <w:tcPr>
            <w:tcW w:w="1984" w:type="dxa"/>
            <w:tcMar>
              <w:top w:w="45" w:type="dxa"/>
              <w:left w:w="100" w:type="dxa"/>
              <w:bottom w:w="45" w:type="dxa"/>
              <w:right w:w="100" w:type="dxa"/>
            </w:tcMar>
            <w:vAlign w:val="center"/>
          </w:tcPr>
          <w:p w14:paraId="2850BCD4" w14:textId="77777777" w:rsidR="00AA710F" w:rsidRDefault="00000000">
            <w:pPr>
              <w:spacing w:after="0" w:line="240" w:lineRule="auto"/>
            </w:pPr>
            <w:r>
              <w:rPr>
                <w:color w:val="000000"/>
                <w:sz w:val="17"/>
              </w:rPr>
              <w:t>無料</w:t>
            </w:r>
          </w:p>
        </w:tc>
        <w:tc>
          <w:tcPr>
            <w:tcW w:w="737" w:type="dxa"/>
            <w:tcMar>
              <w:top w:w="45" w:type="dxa"/>
              <w:left w:w="100" w:type="dxa"/>
              <w:bottom w:w="45" w:type="dxa"/>
              <w:right w:w="100" w:type="dxa"/>
            </w:tcMar>
            <w:vAlign w:val="center"/>
          </w:tcPr>
          <w:p w14:paraId="3C68E742" w14:textId="77777777" w:rsidR="00AA710F" w:rsidRDefault="00AA710F">
            <w:pPr>
              <w:spacing w:after="0" w:line="240" w:lineRule="auto"/>
            </w:pPr>
          </w:p>
        </w:tc>
      </w:tr>
      <w:tr w:rsidR="00AD0E4F" w14:paraId="44C6E038" w14:textId="77777777">
        <w:trPr>
          <w:jc w:val="center"/>
        </w:trPr>
        <w:tc>
          <w:tcPr>
            <w:tcW w:w="2665" w:type="dxa"/>
            <w:tcMar>
              <w:top w:w="45" w:type="dxa"/>
              <w:left w:w="100" w:type="dxa"/>
              <w:bottom w:w="45" w:type="dxa"/>
              <w:right w:w="100" w:type="dxa"/>
            </w:tcMar>
            <w:vAlign w:val="center"/>
          </w:tcPr>
          <w:p w14:paraId="0CC9C713" w14:textId="77777777" w:rsidR="00AA710F" w:rsidRDefault="00000000">
            <w:pPr>
              <w:spacing w:after="0" w:line="240" w:lineRule="auto"/>
            </w:pPr>
            <w:r>
              <w:t>地域外の交通費</w:t>
            </w:r>
          </w:p>
        </w:tc>
        <w:tc>
          <w:tcPr>
            <w:tcW w:w="4932" w:type="dxa"/>
            <w:tcMar>
              <w:top w:w="45" w:type="dxa"/>
              <w:left w:w="100" w:type="dxa"/>
              <w:bottom w:w="45" w:type="dxa"/>
              <w:right w:w="100" w:type="dxa"/>
            </w:tcMar>
            <w:vAlign w:val="center"/>
          </w:tcPr>
          <w:p w14:paraId="33E6E025" w14:textId="77777777" w:rsidR="00AA710F" w:rsidRDefault="00000000">
            <w:pPr>
              <w:spacing w:after="0" w:line="240" w:lineRule="auto"/>
            </w:pPr>
            <w:r>
              <w:t>周南・防府・下松・光の通常実施地域を超えた区間。</w:t>
            </w:r>
          </w:p>
        </w:tc>
        <w:tc>
          <w:tcPr>
            <w:tcW w:w="1984" w:type="dxa"/>
            <w:tcMar>
              <w:top w:w="45" w:type="dxa"/>
              <w:left w:w="100" w:type="dxa"/>
              <w:bottom w:w="45" w:type="dxa"/>
              <w:right w:w="100" w:type="dxa"/>
            </w:tcMar>
            <w:vAlign w:val="center"/>
          </w:tcPr>
          <w:p w14:paraId="3B31C6C8" w14:textId="77777777" w:rsidR="00AA710F" w:rsidRDefault="00000000">
            <w:pPr>
              <w:spacing w:after="0" w:line="240" w:lineRule="auto"/>
            </w:pPr>
            <w:r>
              <w:t>30円/km</w:t>
            </w:r>
          </w:p>
        </w:tc>
        <w:tc>
          <w:tcPr>
            <w:tcW w:w="737" w:type="dxa"/>
            <w:tcMar>
              <w:top w:w="45" w:type="dxa"/>
              <w:left w:w="100" w:type="dxa"/>
              <w:bottom w:w="45" w:type="dxa"/>
              <w:right w:w="100" w:type="dxa"/>
            </w:tcMar>
            <w:vAlign w:val="center"/>
          </w:tcPr>
          <w:p w14:paraId="7FA3AA3D" w14:textId="77777777" w:rsidR="00AA710F" w:rsidRDefault="00AA710F">
            <w:pPr>
              <w:spacing w:after="0" w:line="240" w:lineRule="auto"/>
            </w:pPr>
          </w:p>
        </w:tc>
      </w:tr>
      <w:tr w:rsidR="00AD0E4F" w14:paraId="20C0EE25" w14:textId="77777777">
        <w:trPr>
          <w:jc w:val="center"/>
        </w:trPr>
        <w:tc>
          <w:tcPr>
            <w:tcW w:w="2665" w:type="dxa"/>
            <w:tcMar>
              <w:top w:w="45" w:type="dxa"/>
              <w:left w:w="100" w:type="dxa"/>
              <w:bottom w:w="45" w:type="dxa"/>
              <w:right w:w="100" w:type="dxa"/>
            </w:tcMar>
            <w:vAlign w:val="center"/>
          </w:tcPr>
          <w:p w14:paraId="1C949A24" w14:textId="77777777" w:rsidR="00AA710F" w:rsidRDefault="00000000">
            <w:pPr>
              <w:spacing w:after="0" w:line="240" w:lineRule="auto"/>
            </w:pPr>
            <w:r>
              <w:t>対応エリア内交通費・医療保険</w:t>
            </w:r>
          </w:p>
        </w:tc>
        <w:tc>
          <w:tcPr>
            <w:tcW w:w="4932" w:type="dxa"/>
            <w:tcMar>
              <w:top w:w="45" w:type="dxa"/>
              <w:left w:w="100" w:type="dxa"/>
              <w:bottom w:w="45" w:type="dxa"/>
              <w:right w:w="100" w:type="dxa"/>
            </w:tcMar>
            <w:vAlign w:val="center"/>
          </w:tcPr>
          <w:p w14:paraId="0BEA09BC" w14:textId="77777777" w:rsidR="00AA710F" w:rsidRDefault="00000000">
            <w:pPr>
              <w:spacing w:after="0" w:line="240" w:lineRule="auto"/>
            </w:pPr>
            <w:r>
              <w:t>周南市・防府市・下松市・光市への訪問。</w:t>
            </w:r>
          </w:p>
        </w:tc>
        <w:tc>
          <w:tcPr>
            <w:tcW w:w="1984" w:type="dxa"/>
            <w:tcMar>
              <w:top w:w="45" w:type="dxa"/>
              <w:left w:w="100" w:type="dxa"/>
              <w:bottom w:w="45" w:type="dxa"/>
              <w:right w:w="100" w:type="dxa"/>
            </w:tcMar>
            <w:vAlign w:val="center"/>
          </w:tcPr>
          <w:p w14:paraId="2C841CAF" w14:textId="77777777" w:rsidR="00AA710F" w:rsidRDefault="00000000">
            <w:pPr>
              <w:spacing w:after="0" w:line="240" w:lineRule="auto"/>
            </w:pPr>
            <w:r>
              <w:t>無料</w:t>
            </w:r>
          </w:p>
        </w:tc>
        <w:tc>
          <w:tcPr>
            <w:tcW w:w="737" w:type="dxa"/>
            <w:tcMar>
              <w:top w:w="45" w:type="dxa"/>
              <w:left w:w="100" w:type="dxa"/>
              <w:bottom w:w="45" w:type="dxa"/>
              <w:right w:w="100" w:type="dxa"/>
            </w:tcMar>
            <w:vAlign w:val="center"/>
          </w:tcPr>
          <w:p w14:paraId="634D1F91" w14:textId="77777777" w:rsidR="00AA710F" w:rsidRDefault="00AA710F">
            <w:pPr>
              <w:spacing w:after="0" w:line="240" w:lineRule="auto"/>
            </w:pPr>
          </w:p>
        </w:tc>
      </w:tr>
      <w:tr w:rsidR="00AD0E4F" w14:paraId="368357F4" w14:textId="77777777">
        <w:trPr>
          <w:jc w:val="center"/>
        </w:trPr>
        <w:tc>
          <w:tcPr>
            <w:tcW w:w="2665" w:type="dxa"/>
            <w:tcMar>
              <w:top w:w="45" w:type="dxa"/>
              <w:left w:w="100" w:type="dxa"/>
              <w:bottom w:w="45" w:type="dxa"/>
              <w:right w:w="100" w:type="dxa"/>
            </w:tcMar>
            <w:vAlign w:val="center"/>
          </w:tcPr>
          <w:p w14:paraId="247CCD92" w14:textId="77777777" w:rsidR="00AA710F" w:rsidRDefault="00000000">
            <w:pPr>
              <w:spacing w:after="0" w:line="240" w:lineRule="auto"/>
            </w:pPr>
            <w:r>
              <w:t>休日利用料</w:t>
            </w:r>
          </w:p>
        </w:tc>
        <w:tc>
          <w:tcPr>
            <w:tcW w:w="4932" w:type="dxa"/>
            <w:tcMar>
              <w:top w:w="45" w:type="dxa"/>
              <w:left w:w="100" w:type="dxa"/>
              <w:bottom w:w="45" w:type="dxa"/>
              <w:right w:w="100" w:type="dxa"/>
            </w:tcMar>
            <w:vAlign w:val="center"/>
          </w:tcPr>
          <w:p w14:paraId="62E7227E" w14:textId="77777777" w:rsidR="00AA710F" w:rsidRDefault="00000000">
            <w:pPr>
              <w:spacing w:after="0" w:line="240" w:lineRule="auto"/>
            </w:pPr>
            <w:r>
              <w:t>土曜・日曜・祝日等に行う事前合意済みの訪問。</w:t>
            </w:r>
          </w:p>
        </w:tc>
        <w:tc>
          <w:tcPr>
            <w:tcW w:w="1984" w:type="dxa"/>
            <w:tcMar>
              <w:top w:w="45" w:type="dxa"/>
              <w:left w:w="100" w:type="dxa"/>
              <w:bottom w:w="45" w:type="dxa"/>
              <w:right w:w="100" w:type="dxa"/>
            </w:tcMar>
            <w:vAlign w:val="center"/>
          </w:tcPr>
          <w:p w14:paraId="58232E6A" w14:textId="77777777" w:rsidR="00AA710F" w:rsidRDefault="00000000">
            <w:pPr>
              <w:spacing w:after="0" w:line="240" w:lineRule="auto"/>
            </w:pPr>
            <w:r>
              <w:t>1,000円/回</w:t>
            </w:r>
          </w:p>
        </w:tc>
        <w:tc>
          <w:tcPr>
            <w:tcW w:w="737" w:type="dxa"/>
            <w:tcMar>
              <w:top w:w="45" w:type="dxa"/>
              <w:left w:w="100" w:type="dxa"/>
              <w:bottom w:w="45" w:type="dxa"/>
              <w:right w:w="100" w:type="dxa"/>
            </w:tcMar>
            <w:vAlign w:val="center"/>
          </w:tcPr>
          <w:p w14:paraId="58B86EE6" w14:textId="77777777" w:rsidR="00AA710F" w:rsidRDefault="00AA710F">
            <w:pPr>
              <w:spacing w:after="0" w:line="240" w:lineRule="auto"/>
            </w:pPr>
          </w:p>
        </w:tc>
      </w:tr>
      <w:tr w:rsidR="00AA710F" w14:paraId="6943DBB3" w14:textId="77777777">
        <w:trPr>
          <w:jc w:val="center"/>
        </w:trPr>
        <w:tc>
          <w:tcPr>
            <w:tcW w:w="2665" w:type="dxa"/>
          </w:tcPr>
          <w:p w14:paraId="67D202C8" w14:textId="77777777" w:rsidR="00AA710F" w:rsidRDefault="00000000">
            <w:pPr>
              <w:spacing w:after="0" w:line="240" w:lineRule="auto"/>
            </w:pPr>
            <w:r>
              <w:t>自費訪問</w:t>
            </w:r>
          </w:p>
        </w:tc>
        <w:tc>
          <w:tcPr>
            <w:tcW w:w="4932" w:type="dxa"/>
          </w:tcPr>
          <w:p w14:paraId="7EC19602" w14:textId="77777777" w:rsidR="00AA710F" w:rsidRDefault="00000000">
            <w:pPr>
              <w:spacing w:after="0" w:line="240" w:lineRule="auto"/>
            </w:pPr>
            <w:r>
              <w:t>保険給付の対象とならない訪問看護。</w:t>
            </w:r>
          </w:p>
        </w:tc>
        <w:tc>
          <w:tcPr>
            <w:tcW w:w="1984" w:type="dxa"/>
          </w:tcPr>
          <w:p w14:paraId="63A4C562" w14:textId="77777777" w:rsidR="00AA710F" w:rsidRDefault="00000000">
            <w:pPr>
              <w:spacing w:after="0" w:line="240" w:lineRule="auto"/>
            </w:pPr>
            <w:r>
              <w:t>訪問費用の10割</w:t>
            </w:r>
          </w:p>
        </w:tc>
        <w:tc>
          <w:tcPr>
            <w:tcW w:w="737" w:type="dxa"/>
          </w:tcPr>
          <w:p w14:paraId="433527C7" w14:textId="77777777" w:rsidR="00AA710F" w:rsidRDefault="00AA710F">
            <w:pPr>
              <w:spacing w:after="0" w:line="240" w:lineRule="auto"/>
            </w:pPr>
          </w:p>
        </w:tc>
      </w:tr>
      <w:tr w:rsidR="00AA710F" w14:paraId="1B2DDC8F" w14:textId="77777777">
        <w:trPr>
          <w:jc w:val="center"/>
        </w:trPr>
        <w:tc>
          <w:tcPr>
            <w:tcW w:w="2665" w:type="dxa"/>
          </w:tcPr>
          <w:p w14:paraId="6B505D22" w14:textId="77777777" w:rsidR="00AA710F" w:rsidRDefault="00000000">
            <w:pPr>
              <w:spacing w:after="0" w:line="240" w:lineRule="auto"/>
            </w:pPr>
            <w:r>
              <w:t>外出支援・受診介助等</w:t>
            </w:r>
          </w:p>
        </w:tc>
        <w:tc>
          <w:tcPr>
            <w:tcW w:w="4932" w:type="dxa"/>
          </w:tcPr>
          <w:p w14:paraId="0511CBE7" w14:textId="77777777" w:rsidR="00AA710F" w:rsidRDefault="00000000">
            <w:pPr>
              <w:spacing w:after="0" w:line="240" w:lineRule="auto"/>
            </w:pPr>
            <w:r>
              <w:t>外出の付き添い、通院介助、その他の保険外支援。</w:t>
            </w:r>
          </w:p>
        </w:tc>
        <w:tc>
          <w:tcPr>
            <w:tcW w:w="1984" w:type="dxa"/>
          </w:tcPr>
          <w:p w14:paraId="16C81BC9" w14:textId="77777777" w:rsidR="00AA710F" w:rsidRDefault="00000000">
            <w:pPr>
              <w:spacing w:after="0" w:line="240" w:lineRule="auto"/>
            </w:pPr>
            <w:r>
              <w:t>5,000円/時間</w:t>
            </w:r>
          </w:p>
        </w:tc>
        <w:tc>
          <w:tcPr>
            <w:tcW w:w="737" w:type="dxa"/>
          </w:tcPr>
          <w:p w14:paraId="15DEB0B5" w14:textId="77777777" w:rsidR="00AA710F" w:rsidRDefault="00AA710F">
            <w:pPr>
              <w:spacing w:after="0" w:line="240" w:lineRule="auto"/>
            </w:pPr>
          </w:p>
        </w:tc>
      </w:tr>
      <w:tr w:rsidR="00AA710F" w14:paraId="66375D00" w14:textId="77777777">
        <w:trPr>
          <w:jc w:val="center"/>
        </w:trPr>
        <w:tc>
          <w:tcPr>
            <w:tcW w:w="2665" w:type="dxa"/>
          </w:tcPr>
          <w:p w14:paraId="49731465" w14:textId="77777777" w:rsidR="00AA710F" w:rsidRDefault="00000000">
            <w:pPr>
              <w:spacing w:after="0" w:line="240" w:lineRule="auto"/>
            </w:pPr>
            <w:r>
              <w:t>死後の処置料</w:t>
            </w:r>
          </w:p>
        </w:tc>
        <w:tc>
          <w:tcPr>
            <w:tcW w:w="4932" w:type="dxa"/>
          </w:tcPr>
          <w:p w14:paraId="5EE2343E" w14:textId="77777777" w:rsidR="00AA710F" w:rsidRDefault="00000000">
            <w:pPr>
              <w:spacing w:after="0" w:line="240" w:lineRule="auto"/>
            </w:pPr>
            <w:r>
              <w:t>死亡後の身体の処置・整容など、ご家族の希望に基づくケア。</w:t>
            </w:r>
          </w:p>
        </w:tc>
        <w:tc>
          <w:tcPr>
            <w:tcW w:w="1984" w:type="dxa"/>
          </w:tcPr>
          <w:p w14:paraId="26FB084A" w14:textId="77777777" w:rsidR="00AA710F" w:rsidRDefault="00000000">
            <w:pPr>
              <w:spacing w:after="0" w:line="240" w:lineRule="auto"/>
            </w:pPr>
            <w:r>
              <w:t>20,000円/回</w:t>
            </w:r>
          </w:p>
        </w:tc>
        <w:tc>
          <w:tcPr>
            <w:tcW w:w="737" w:type="dxa"/>
          </w:tcPr>
          <w:p w14:paraId="0779C997" w14:textId="77777777" w:rsidR="00AA710F" w:rsidRDefault="00AA710F">
            <w:pPr>
              <w:spacing w:after="0" w:line="240" w:lineRule="auto"/>
            </w:pPr>
          </w:p>
        </w:tc>
      </w:tr>
      <w:tr w:rsidR="00AA710F" w14:paraId="2919B6E5" w14:textId="77777777">
        <w:trPr>
          <w:jc w:val="center"/>
        </w:trPr>
        <w:tc>
          <w:tcPr>
            <w:tcW w:w="2665" w:type="dxa"/>
          </w:tcPr>
          <w:p w14:paraId="74F7BD36" w14:textId="77777777" w:rsidR="00AA710F" w:rsidRDefault="00000000">
            <w:pPr>
              <w:spacing w:after="0" w:line="240" w:lineRule="auto"/>
            </w:pPr>
            <w:r>
              <w:t>水道・電気・ガス等</w:t>
            </w:r>
          </w:p>
        </w:tc>
        <w:tc>
          <w:tcPr>
            <w:tcW w:w="4932" w:type="dxa"/>
          </w:tcPr>
          <w:p w14:paraId="5F22B641" w14:textId="77777777" w:rsidR="00AA710F" w:rsidRDefault="00000000">
            <w:pPr>
              <w:spacing w:after="0" w:line="240" w:lineRule="auto"/>
            </w:pPr>
            <w:r>
              <w:t>訪問看護に伴い利用者宅で使用する生活上の費用。</w:t>
            </w:r>
          </w:p>
        </w:tc>
        <w:tc>
          <w:tcPr>
            <w:tcW w:w="1984" w:type="dxa"/>
          </w:tcPr>
          <w:p w14:paraId="51B6BC58" w14:textId="77777777" w:rsidR="00AA710F" w:rsidRDefault="00000000">
            <w:pPr>
              <w:spacing w:after="0" w:line="240" w:lineRule="auto"/>
            </w:pPr>
            <w:r>
              <w:t>利用者負担</w:t>
            </w:r>
          </w:p>
        </w:tc>
        <w:tc>
          <w:tcPr>
            <w:tcW w:w="737" w:type="dxa"/>
          </w:tcPr>
          <w:p w14:paraId="6A6468EA" w14:textId="77777777" w:rsidR="00AA710F" w:rsidRDefault="00AA710F">
            <w:pPr>
              <w:spacing w:after="0" w:line="240" w:lineRule="auto"/>
            </w:pPr>
          </w:p>
        </w:tc>
      </w:tr>
    </w:tbl>
    <w:p w14:paraId="5A8A3985" w14:textId="77777777" w:rsidR="00AD0E4F" w:rsidRDefault="008D426B">
      <w:pPr>
        <w:spacing w:after="0" w:line="240" w:lineRule="auto"/>
        <w:rPr>
          <w:color w:val="000000"/>
          <w:sz w:val="17"/>
          <w:lang w:eastAsia="ja-JP"/>
        </w:rPr>
      </w:pPr>
      <w:r>
        <w:rPr>
          <w:color w:val="000000"/>
          <w:sz w:val="17"/>
        </w:rPr>
        <w:t>※対応エリア内（周南市・防府市・下松市・光市）は、介護保険・医療保険とも交通費無料です。対応エリア外は、地域の境界から利用者宅までの超過距離1kmにつき30円とします。休日利用料・自費サービス等は、対象・内容・金額を事前に説明し、同意を得た場合に限り請求します。保険給付との重複請求は行いません。</w:t>
      </w:r>
    </w:p>
    <w:p w14:paraId="03CD845A" w14:textId="77777777" w:rsidR="00AD0E4F" w:rsidRDefault="008D426B">
      <w:pPr>
        <w:spacing w:after="20" w:line="240" w:lineRule="auto"/>
      </w:pPr>
      <w:r>
        <w:rPr>
          <w:color w:val="000000"/>
          <w:sz w:val="28"/>
        </w:rPr>
        <w:t>15 支払い・キャンセル・サービス提供の手順</w:t>
      </w:r>
    </w:p>
    <w:p w14:paraId="7E5B2CC9" w14:textId="77777777" w:rsidR="00AD0E4F" w:rsidRDefault="00AD0E4F">
      <w:pPr>
        <w:pBdr>
          <w:bottom w:val="single" w:sz="8" w:space="1" w:color="777777"/>
        </w:pBdr>
        <w:spacing w:before="20" w:after="0" w:line="240" w:lineRule="auto"/>
      </w:pPr>
    </w:p>
    <w:p w14:paraId="0AD20ECA" w14:textId="77777777" w:rsidR="00AD0E4F" w:rsidRDefault="008D426B">
      <w:pPr>
        <w:spacing w:after="20" w:line="240" w:lineRule="auto"/>
      </w:pPr>
      <w:r>
        <w:rPr>
          <w:color w:val="000000"/>
          <w:sz w:val="17"/>
        </w:rPr>
        <w:t>1. 利用料金の請求と支払い</w:t>
      </w:r>
    </w:p>
    <w:p w14:paraId="378E00EC" w14:textId="77777777" w:rsidR="00AD0E4F" w:rsidRDefault="008D426B">
      <w:pPr>
        <w:spacing w:after="20" w:line="240" w:lineRule="auto"/>
      </w:pPr>
      <w:r>
        <w:rPr>
          <w:color w:val="000000"/>
          <w:sz w:val="17"/>
        </w:rPr>
        <w:t>・利用料金は、1か月分のサービス提供内容をまとめ、利用者負担額、公費負担、保険外費用を区分した明細書とともにご請求します。</w:t>
      </w:r>
    </w:p>
    <w:p w14:paraId="5DC637A6" w14:textId="77777777" w:rsidR="00AD0E4F" w:rsidRDefault="008D426B">
      <w:pPr>
        <w:spacing w:after="20" w:line="240" w:lineRule="auto"/>
      </w:pPr>
      <w:r>
        <w:rPr>
          <w:color w:val="000000"/>
          <w:sz w:val="17"/>
        </w:rPr>
        <w:t>・利用料金は、原則として翌月の初回訪問時に現金でお支払いいただきます。</w:t>
      </w:r>
    </w:p>
    <w:p w14:paraId="1851B3F3" w14:textId="77777777" w:rsidR="00AD0E4F" w:rsidRDefault="008D426B">
      <w:pPr>
        <w:spacing w:after="20" w:line="240" w:lineRule="auto"/>
      </w:pPr>
      <w:r>
        <w:rPr>
          <w:color w:val="000000"/>
          <w:sz w:val="17"/>
        </w:rPr>
        <w:t>・受領後は領収書を発行します。医療費控除等に必要となる場合がありますので保管してください。</w:t>
      </w:r>
    </w:p>
    <w:p w14:paraId="11712030" w14:textId="77777777" w:rsidR="00AD0E4F" w:rsidRDefault="008D426B">
      <w:pPr>
        <w:spacing w:after="20" w:line="240" w:lineRule="auto"/>
      </w:pPr>
      <w:r>
        <w:rPr>
          <w:color w:val="000000"/>
          <w:sz w:val="17"/>
        </w:rPr>
        <w:t>・高額療養費制度、高額介護サービス費、自立支援医療、生活保護、各種公費制度等は、対象・受給資格を確認したうえで適用します。</w:t>
      </w:r>
    </w:p>
    <w:p w14:paraId="3BEC79AD" w14:textId="77777777" w:rsidR="00AD0E4F" w:rsidRDefault="008D426B">
      <w:pPr>
        <w:spacing w:after="20" w:line="240" w:lineRule="auto"/>
      </w:pPr>
      <w:r>
        <w:rPr>
          <w:color w:val="000000"/>
          <w:sz w:val="17"/>
        </w:rPr>
        <w:t>2. 訪問予定の変更・キャンセル</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3118"/>
        <w:gridCol w:w="6066"/>
        <w:gridCol w:w="1134"/>
      </w:tblGrid>
      <w:tr w:rsidR="00AD0E4F" w14:paraId="55EBA642" w14:textId="77777777">
        <w:trPr>
          <w:tblHeader/>
          <w:jc w:val="center"/>
        </w:trPr>
        <w:tc>
          <w:tcPr>
            <w:tcW w:w="3118" w:type="dxa"/>
            <w:shd w:val="clear" w:color="auto" w:fill="4A4A4A"/>
            <w:tcMar>
              <w:top w:w="45" w:type="dxa"/>
              <w:left w:w="100" w:type="dxa"/>
              <w:bottom w:w="45" w:type="dxa"/>
              <w:right w:w="100" w:type="dxa"/>
            </w:tcMar>
            <w:vAlign w:val="center"/>
          </w:tcPr>
          <w:p w14:paraId="7A04AA13" w14:textId="77777777" w:rsidR="00AD0E4F" w:rsidRDefault="008D426B">
            <w:pPr>
              <w:spacing w:after="0" w:line="240" w:lineRule="auto"/>
              <w:jc w:val="center"/>
            </w:pPr>
            <w:r>
              <w:rPr>
                <w:color w:val="FFFFFF"/>
                <w:sz w:val="17"/>
              </w:rPr>
              <w:t>キャンセルの時期・状況</w:t>
            </w:r>
          </w:p>
        </w:tc>
        <w:tc>
          <w:tcPr>
            <w:tcW w:w="6066" w:type="dxa"/>
            <w:shd w:val="clear" w:color="auto" w:fill="4A4A4A"/>
            <w:tcMar>
              <w:top w:w="45" w:type="dxa"/>
              <w:left w:w="100" w:type="dxa"/>
              <w:bottom w:w="45" w:type="dxa"/>
              <w:right w:w="100" w:type="dxa"/>
            </w:tcMar>
            <w:vAlign w:val="center"/>
          </w:tcPr>
          <w:p w14:paraId="1FFD9F01" w14:textId="77777777" w:rsidR="00AD0E4F" w:rsidRDefault="008D426B">
            <w:pPr>
              <w:spacing w:after="0" w:line="240" w:lineRule="auto"/>
              <w:jc w:val="center"/>
            </w:pPr>
            <w:r>
              <w:rPr>
                <w:color w:val="FFFFFF"/>
                <w:sz w:val="17"/>
              </w:rPr>
              <w:t>料金・取扱い</w:t>
            </w:r>
          </w:p>
        </w:tc>
        <w:tc>
          <w:tcPr>
            <w:tcW w:w="1134" w:type="dxa"/>
            <w:shd w:val="clear" w:color="auto" w:fill="4A4A4A"/>
            <w:tcMar>
              <w:top w:w="45" w:type="dxa"/>
              <w:left w:w="100" w:type="dxa"/>
              <w:bottom w:w="45" w:type="dxa"/>
              <w:right w:w="100" w:type="dxa"/>
            </w:tcMar>
            <w:vAlign w:val="center"/>
          </w:tcPr>
          <w:p w14:paraId="5FC9A5D4" w14:textId="77777777" w:rsidR="00AD0E4F" w:rsidRDefault="008D426B">
            <w:pPr>
              <w:spacing w:after="0" w:line="240" w:lineRule="auto"/>
              <w:jc w:val="center"/>
            </w:pPr>
            <w:r>
              <w:rPr>
                <w:color w:val="FFFFFF"/>
                <w:sz w:val="17"/>
              </w:rPr>
              <w:t>該当</w:t>
            </w:r>
          </w:p>
        </w:tc>
      </w:tr>
      <w:tr w:rsidR="00AD0E4F" w14:paraId="3B4168D2" w14:textId="77777777">
        <w:trPr>
          <w:jc w:val="center"/>
        </w:trPr>
        <w:tc>
          <w:tcPr>
            <w:tcW w:w="3118" w:type="dxa"/>
            <w:tcMar>
              <w:top w:w="45" w:type="dxa"/>
              <w:left w:w="100" w:type="dxa"/>
              <w:bottom w:w="45" w:type="dxa"/>
              <w:right w:w="100" w:type="dxa"/>
            </w:tcMar>
            <w:vAlign w:val="center"/>
          </w:tcPr>
          <w:p w14:paraId="4C560F90" w14:textId="77777777" w:rsidR="00AD0E4F" w:rsidRDefault="008D426B">
            <w:pPr>
              <w:spacing w:after="0" w:line="240" w:lineRule="auto"/>
            </w:pPr>
            <w:r>
              <w:rPr>
                <w:color w:val="000000"/>
                <w:sz w:val="17"/>
              </w:rPr>
              <w:t>利用予定日の2日前まで</w:t>
            </w:r>
          </w:p>
        </w:tc>
        <w:tc>
          <w:tcPr>
            <w:tcW w:w="6066" w:type="dxa"/>
            <w:tcMar>
              <w:top w:w="45" w:type="dxa"/>
              <w:left w:w="100" w:type="dxa"/>
              <w:bottom w:w="45" w:type="dxa"/>
              <w:right w:w="100" w:type="dxa"/>
            </w:tcMar>
            <w:vAlign w:val="center"/>
          </w:tcPr>
          <w:p w14:paraId="1C9FDC22" w14:textId="77777777" w:rsidR="00AD0E4F" w:rsidRDefault="008D426B">
            <w:pPr>
              <w:spacing w:after="0" w:line="240" w:lineRule="auto"/>
            </w:pPr>
            <w:r>
              <w:rPr>
                <w:color w:val="000000"/>
                <w:sz w:val="17"/>
              </w:rPr>
              <w:t>無料</w:t>
            </w:r>
          </w:p>
        </w:tc>
        <w:tc>
          <w:tcPr>
            <w:tcW w:w="1134" w:type="dxa"/>
            <w:tcMar>
              <w:top w:w="45" w:type="dxa"/>
              <w:left w:w="100" w:type="dxa"/>
              <w:bottom w:w="45" w:type="dxa"/>
              <w:right w:w="100" w:type="dxa"/>
            </w:tcMar>
            <w:vAlign w:val="center"/>
          </w:tcPr>
          <w:p w14:paraId="3BCCCF81" w14:textId="77777777" w:rsidR="00AD0E4F" w:rsidRDefault="00AD0E4F">
            <w:pPr>
              <w:spacing w:after="0" w:line="240" w:lineRule="auto"/>
            </w:pPr>
          </w:p>
        </w:tc>
      </w:tr>
      <w:tr w:rsidR="00AD0E4F" w14:paraId="35346AC8" w14:textId="77777777">
        <w:trPr>
          <w:jc w:val="center"/>
        </w:trPr>
        <w:tc>
          <w:tcPr>
            <w:tcW w:w="3118" w:type="dxa"/>
            <w:tcMar>
              <w:top w:w="45" w:type="dxa"/>
              <w:left w:w="100" w:type="dxa"/>
              <w:bottom w:w="45" w:type="dxa"/>
              <w:right w:w="100" w:type="dxa"/>
            </w:tcMar>
            <w:vAlign w:val="center"/>
          </w:tcPr>
          <w:p w14:paraId="575F1BC7" w14:textId="77777777" w:rsidR="00AD0E4F" w:rsidRDefault="008D426B">
            <w:pPr>
              <w:spacing w:after="0" w:line="240" w:lineRule="auto"/>
            </w:pPr>
            <w:r>
              <w:rPr>
                <w:color w:val="000000"/>
                <w:sz w:val="17"/>
              </w:rPr>
              <w:t>利用予定日の前日まで</w:t>
            </w:r>
          </w:p>
        </w:tc>
        <w:tc>
          <w:tcPr>
            <w:tcW w:w="6066" w:type="dxa"/>
            <w:tcMar>
              <w:top w:w="45" w:type="dxa"/>
              <w:left w:w="100" w:type="dxa"/>
              <w:bottom w:w="45" w:type="dxa"/>
              <w:right w:w="100" w:type="dxa"/>
            </w:tcMar>
            <w:vAlign w:val="center"/>
          </w:tcPr>
          <w:p w14:paraId="76B972D0" w14:textId="77777777" w:rsidR="00AD0E4F" w:rsidRDefault="008D426B">
            <w:pPr>
              <w:spacing w:after="0" w:line="240" w:lineRule="auto"/>
            </w:pPr>
            <w:r>
              <w:rPr>
                <w:color w:val="000000"/>
                <w:sz w:val="17"/>
              </w:rPr>
              <w:t>無料</w:t>
            </w:r>
          </w:p>
        </w:tc>
        <w:tc>
          <w:tcPr>
            <w:tcW w:w="1134" w:type="dxa"/>
            <w:tcMar>
              <w:top w:w="45" w:type="dxa"/>
              <w:left w:w="100" w:type="dxa"/>
              <w:bottom w:w="45" w:type="dxa"/>
              <w:right w:w="100" w:type="dxa"/>
            </w:tcMar>
            <w:vAlign w:val="center"/>
          </w:tcPr>
          <w:p w14:paraId="43768761" w14:textId="77777777" w:rsidR="00AD0E4F" w:rsidRDefault="00AD0E4F">
            <w:pPr>
              <w:spacing w:after="0" w:line="240" w:lineRule="auto"/>
            </w:pPr>
          </w:p>
        </w:tc>
      </w:tr>
      <w:tr w:rsidR="00AD0E4F" w14:paraId="314734CB" w14:textId="77777777">
        <w:trPr>
          <w:jc w:val="center"/>
        </w:trPr>
        <w:tc>
          <w:tcPr>
            <w:tcW w:w="3118" w:type="dxa"/>
            <w:tcMar>
              <w:top w:w="45" w:type="dxa"/>
              <w:left w:w="100" w:type="dxa"/>
              <w:bottom w:w="45" w:type="dxa"/>
              <w:right w:w="100" w:type="dxa"/>
            </w:tcMar>
            <w:vAlign w:val="center"/>
          </w:tcPr>
          <w:p w14:paraId="36F14CA1" w14:textId="77777777" w:rsidR="00AD0E4F" w:rsidRDefault="008D426B">
            <w:pPr>
              <w:spacing w:after="0" w:line="240" w:lineRule="auto"/>
            </w:pPr>
            <w:r>
              <w:rPr>
                <w:color w:val="000000"/>
                <w:sz w:val="17"/>
              </w:rPr>
              <w:t>当日のキャンセル・訪問前</w:t>
            </w:r>
          </w:p>
        </w:tc>
        <w:tc>
          <w:tcPr>
            <w:tcW w:w="6066" w:type="dxa"/>
            <w:tcMar>
              <w:top w:w="45" w:type="dxa"/>
              <w:left w:w="100" w:type="dxa"/>
              <w:bottom w:w="45" w:type="dxa"/>
              <w:right w:w="100" w:type="dxa"/>
            </w:tcMar>
            <w:vAlign w:val="center"/>
          </w:tcPr>
          <w:p w14:paraId="62158B63" w14:textId="77777777" w:rsidR="00AA710F" w:rsidRDefault="00000000">
            <w:r>
              <w:t>予定していた利用者負担額の100%相当額。負担割合0%の場合はサービス費用総額の10%相当額。</w:t>
            </w:r>
          </w:p>
        </w:tc>
        <w:tc>
          <w:tcPr>
            <w:tcW w:w="1134" w:type="dxa"/>
            <w:tcMar>
              <w:top w:w="45" w:type="dxa"/>
              <w:left w:w="100" w:type="dxa"/>
              <w:bottom w:w="45" w:type="dxa"/>
              <w:right w:w="100" w:type="dxa"/>
            </w:tcMar>
            <w:vAlign w:val="center"/>
          </w:tcPr>
          <w:p w14:paraId="6F913911" w14:textId="77777777" w:rsidR="00AD0E4F" w:rsidRDefault="00AD0E4F">
            <w:pPr>
              <w:spacing w:after="0" w:line="240" w:lineRule="auto"/>
            </w:pPr>
          </w:p>
        </w:tc>
      </w:tr>
      <w:tr w:rsidR="00AD0E4F" w14:paraId="252DB02D" w14:textId="77777777">
        <w:trPr>
          <w:jc w:val="center"/>
        </w:trPr>
        <w:tc>
          <w:tcPr>
            <w:tcW w:w="3118" w:type="dxa"/>
            <w:tcMar>
              <w:top w:w="45" w:type="dxa"/>
              <w:left w:w="100" w:type="dxa"/>
              <w:bottom w:w="45" w:type="dxa"/>
              <w:right w:w="100" w:type="dxa"/>
            </w:tcMar>
            <w:vAlign w:val="center"/>
          </w:tcPr>
          <w:p w14:paraId="13C10DB7" w14:textId="77777777" w:rsidR="00AA710F" w:rsidRDefault="00000000">
            <w:r>
              <w:t>当日、訪問後にキャンセル</w:t>
            </w:r>
          </w:p>
        </w:tc>
        <w:tc>
          <w:tcPr>
            <w:tcW w:w="6066" w:type="dxa"/>
            <w:tcMar>
              <w:top w:w="45" w:type="dxa"/>
              <w:left w:w="100" w:type="dxa"/>
              <w:bottom w:w="45" w:type="dxa"/>
              <w:right w:w="100" w:type="dxa"/>
            </w:tcMar>
            <w:vAlign w:val="center"/>
          </w:tcPr>
          <w:p w14:paraId="7037E145" w14:textId="77777777" w:rsidR="00AA710F" w:rsidRDefault="00000000">
            <w:r>
              <w:t>1,000円/回</w:t>
            </w:r>
          </w:p>
        </w:tc>
        <w:tc>
          <w:tcPr>
            <w:tcW w:w="1134" w:type="dxa"/>
            <w:tcMar>
              <w:top w:w="45" w:type="dxa"/>
              <w:left w:w="100" w:type="dxa"/>
              <w:bottom w:w="45" w:type="dxa"/>
              <w:right w:w="100" w:type="dxa"/>
            </w:tcMar>
            <w:vAlign w:val="center"/>
          </w:tcPr>
          <w:p w14:paraId="2ACA1252" w14:textId="77777777" w:rsidR="00AD0E4F" w:rsidRDefault="00AD0E4F">
            <w:pPr>
              <w:spacing w:after="0" w:line="240" w:lineRule="auto"/>
            </w:pPr>
          </w:p>
        </w:tc>
      </w:tr>
      <w:tr w:rsidR="00AD0E4F" w14:paraId="597770AF" w14:textId="77777777">
        <w:trPr>
          <w:jc w:val="center"/>
        </w:trPr>
        <w:tc>
          <w:tcPr>
            <w:tcW w:w="3118" w:type="dxa"/>
            <w:tcMar>
              <w:top w:w="45" w:type="dxa"/>
              <w:left w:w="100" w:type="dxa"/>
              <w:bottom w:w="45" w:type="dxa"/>
              <w:right w:w="100" w:type="dxa"/>
            </w:tcMar>
            <w:vAlign w:val="center"/>
          </w:tcPr>
          <w:p w14:paraId="64CC86C3" w14:textId="77777777" w:rsidR="00AD0E4F" w:rsidRDefault="008D426B">
            <w:pPr>
              <w:spacing w:after="0" w:line="240" w:lineRule="auto"/>
            </w:pPr>
            <w:r>
              <w:rPr>
                <w:color w:val="000000"/>
                <w:sz w:val="17"/>
              </w:rPr>
              <w:t>急変・入院等のやむを得ない事情</w:t>
            </w:r>
          </w:p>
        </w:tc>
        <w:tc>
          <w:tcPr>
            <w:tcW w:w="6066" w:type="dxa"/>
            <w:tcMar>
              <w:top w:w="45" w:type="dxa"/>
              <w:left w:w="100" w:type="dxa"/>
              <w:bottom w:w="45" w:type="dxa"/>
              <w:right w:w="100" w:type="dxa"/>
            </w:tcMar>
            <w:vAlign w:val="center"/>
          </w:tcPr>
          <w:p w14:paraId="155ACD92" w14:textId="77777777" w:rsidR="00AD0E4F" w:rsidRDefault="008D426B">
            <w:pPr>
              <w:spacing w:after="0" w:line="240" w:lineRule="auto"/>
            </w:pPr>
            <w:r>
              <w:rPr>
                <w:color w:val="000000"/>
                <w:sz w:val="17"/>
              </w:rPr>
              <w:t>無料。状態と事情を確認のうえ調整します。</w:t>
            </w:r>
          </w:p>
        </w:tc>
        <w:tc>
          <w:tcPr>
            <w:tcW w:w="1134" w:type="dxa"/>
            <w:tcMar>
              <w:top w:w="45" w:type="dxa"/>
              <w:left w:w="100" w:type="dxa"/>
              <w:bottom w:w="45" w:type="dxa"/>
              <w:right w:w="100" w:type="dxa"/>
            </w:tcMar>
            <w:vAlign w:val="center"/>
          </w:tcPr>
          <w:p w14:paraId="578D0EA3" w14:textId="77777777" w:rsidR="00AD0E4F" w:rsidRDefault="00AD0E4F">
            <w:pPr>
              <w:spacing w:after="0" w:line="240" w:lineRule="auto"/>
            </w:pPr>
          </w:p>
        </w:tc>
      </w:tr>
    </w:tbl>
    <w:p w14:paraId="562AD1E0" w14:textId="77777777" w:rsidR="00AD0E4F" w:rsidRDefault="008D426B">
      <w:pPr>
        <w:spacing w:after="0" w:line="240" w:lineRule="auto"/>
      </w:pPr>
      <w:r>
        <w:rPr>
          <w:color w:val="000000"/>
          <w:sz w:val="17"/>
        </w:rPr>
        <w:t>※予定変更は分かり次第ご連絡ください。提供していない訪問看護は保険請求せず、上記のキャンセル料は事前に説明し同意をいただいた場合に適用します。</w:t>
      </w:r>
    </w:p>
    <w:p w14:paraId="43C25238" w14:textId="77777777" w:rsidR="00AD0E4F" w:rsidRDefault="008D426B">
      <w:pPr>
        <w:spacing w:after="20" w:line="240" w:lineRule="auto"/>
      </w:pPr>
      <w:r>
        <w:rPr>
          <w:color w:val="000000"/>
          <w:sz w:val="17"/>
        </w:rPr>
        <w:t>3. サービス開始までの流れ</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381"/>
        <w:gridCol w:w="7937"/>
      </w:tblGrid>
      <w:tr w:rsidR="00AD0E4F" w14:paraId="3F5FDC74" w14:textId="77777777">
        <w:trPr>
          <w:tblHeader/>
          <w:jc w:val="center"/>
        </w:trPr>
        <w:tc>
          <w:tcPr>
            <w:tcW w:w="2381" w:type="dxa"/>
            <w:shd w:val="clear" w:color="auto" w:fill="4A4A4A"/>
            <w:tcMar>
              <w:top w:w="30" w:type="dxa"/>
              <w:left w:w="100" w:type="dxa"/>
              <w:bottom w:w="30" w:type="dxa"/>
              <w:right w:w="100" w:type="dxa"/>
            </w:tcMar>
            <w:vAlign w:val="center"/>
          </w:tcPr>
          <w:p w14:paraId="10D91200" w14:textId="77777777" w:rsidR="00AD0E4F" w:rsidRDefault="008D426B">
            <w:pPr>
              <w:spacing w:after="0" w:line="240" w:lineRule="auto"/>
              <w:jc w:val="center"/>
            </w:pPr>
            <w:r>
              <w:rPr>
                <w:color w:val="FFFFFF"/>
                <w:sz w:val="17"/>
              </w:rPr>
              <w:t>順序</w:t>
            </w:r>
          </w:p>
        </w:tc>
        <w:tc>
          <w:tcPr>
            <w:tcW w:w="7937" w:type="dxa"/>
            <w:shd w:val="clear" w:color="auto" w:fill="4A4A4A"/>
            <w:tcMar>
              <w:top w:w="30" w:type="dxa"/>
              <w:left w:w="100" w:type="dxa"/>
              <w:bottom w:w="30" w:type="dxa"/>
              <w:right w:w="100" w:type="dxa"/>
            </w:tcMar>
            <w:vAlign w:val="center"/>
          </w:tcPr>
          <w:p w14:paraId="729453CD" w14:textId="77777777" w:rsidR="00AD0E4F" w:rsidRDefault="008D426B">
            <w:pPr>
              <w:spacing w:after="0" w:line="240" w:lineRule="auto"/>
              <w:jc w:val="center"/>
            </w:pPr>
            <w:r>
              <w:rPr>
                <w:color w:val="FFFFFF"/>
                <w:sz w:val="17"/>
              </w:rPr>
              <w:t>内容</w:t>
            </w:r>
          </w:p>
        </w:tc>
      </w:tr>
      <w:tr w:rsidR="00AD0E4F" w14:paraId="63914942" w14:textId="77777777">
        <w:trPr>
          <w:jc w:val="center"/>
        </w:trPr>
        <w:tc>
          <w:tcPr>
            <w:tcW w:w="2381" w:type="dxa"/>
            <w:tcMar>
              <w:top w:w="30" w:type="dxa"/>
              <w:left w:w="100" w:type="dxa"/>
              <w:bottom w:w="30" w:type="dxa"/>
              <w:right w:w="100" w:type="dxa"/>
            </w:tcMar>
            <w:vAlign w:val="center"/>
          </w:tcPr>
          <w:p w14:paraId="5B992714" w14:textId="77777777" w:rsidR="00AD0E4F" w:rsidRDefault="008D426B">
            <w:pPr>
              <w:spacing w:after="0" w:line="240" w:lineRule="auto"/>
            </w:pPr>
            <w:r>
              <w:rPr>
                <w:color w:val="000000"/>
                <w:sz w:val="17"/>
              </w:rPr>
              <w:t>1. 相談・申込み</w:t>
            </w:r>
          </w:p>
        </w:tc>
        <w:tc>
          <w:tcPr>
            <w:tcW w:w="7937" w:type="dxa"/>
            <w:tcMar>
              <w:top w:w="30" w:type="dxa"/>
              <w:left w:w="100" w:type="dxa"/>
              <w:bottom w:w="30" w:type="dxa"/>
              <w:right w:w="100" w:type="dxa"/>
            </w:tcMar>
            <w:vAlign w:val="center"/>
          </w:tcPr>
          <w:p w14:paraId="1D7D1B69" w14:textId="77777777" w:rsidR="00AD0E4F" w:rsidRDefault="008D426B">
            <w:pPr>
              <w:spacing w:after="0" w:line="240" w:lineRule="auto"/>
            </w:pPr>
            <w:r>
              <w:rPr>
                <w:color w:val="000000"/>
                <w:sz w:val="17"/>
              </w:rPr>
              <w:t>ご本人・ご家族・主治医・医療機関・ケアマネジャー等からご相談いただきます。</w:t>
            </w:r>
          </w:p>
        </w:tc>
      </w:tr>
      <w:tr w:rsidR="00AD0E4F" w14:paraId="26512980" w14:textId="77777777">
        <w:trPr>
          <w:jc w:val="center"/>
        </w:trPr>
        <w:tc>
          <w:tcPr>
            <w:tcW w:w="2381" w:type="dxa"/>
            <w:tcMar>
              <w:top w:w="30" w:type="dxa"/>
              <w:left w:w="100" w:type="dxa"/>
              <w:bottom w:w="30" w:type="dxa"/>
              <w:right w:w="100" w:type="dxa"/>
            </w:tcMar>
            <w:vAlign w:val="center"/>
          </w:tcPr>
          <w:p w14:paraId="57B45911" w14:textId="77777777" w:rsidR="00AD0E4F" w:rsidRDefault="008D426B">
            <w:pPr>
              <w:spacing w:after="0" w:line="240" w:lineRule="auto"/>
            </w:pPr>
            <w:r>
              <w:rPr>
                <w:color w:val="000000"/>
                <w:sz w:val="17"/>
              </w:rPr>
              <w:t>2. 資格・指示の確認</w:t>
            </w:r>
          </w:p>
        </w:tc>
        <w:tc>
          <w:tcPr>
            <w:tcW w:w="7937" w:type="dxa"/>
            <w:tcMar>
              <w:top w:w="30" w:type="dxa"/>
              <w:left w:w="100" w:type="dxa"/>
              <w:bottom w:w="30" w:type="dxa"/>
              <w:right w:w="100" w:type="dxa"/>
            </w:tcMar>
            <w:vAlign w:val="center"/>
          </w:tcPr>
          <w:p w14:paraId="3CC9D730" w14:textId="77777777" w:rsidR="00AD0E4F" w:rsidRDefault="008D426B">
            <w:pPr>
              <w:spacing w:after="0" w:line="240" w:lineRule="auto"/>
            </w:pPr>
            <w:r>
              <w:rPr>
                <w:color w:val="000000"/>
                <w:sz w:val="17"/>
              </w:rPr>
              <w:t>保険資格、要介護・要支援認定、負担割合、必要な訪問看護指示書を確認します。</w:t>
            </w:r>
          </w:p>
        </w:tc>
      </w:tr>
      <w:tr w:rsidR="00AD0E4F" w14:paraId="6A00EBB4" w14:textId="77777777">
        <w:trPr>
          <w:jc w:val="center"/>
        </w:trPr>
        <w:tc>
          <w:tcPr>
            <w:tcW w:w="2381" w:type="dxa"/>
            <w:tcMar>
              <w:top w:w="30" w:type="dxa"/>
              <w:left w:w="100" w:type="dxa"/>
              <w:bottom w:w="30" w:type="dxa"/>
              <w:right w:w="100" w:type="dxa"/>
            </w:tcMar>
            <w:vAlign w:val="center"/>
          </w:tcPr>
          <w:p w14:paraId="12B1DDE8" w14:textId="77777777" w:rsidR="00AD0E4F" w:rsidRDefault="008D426B">
            <w:pPr>
              <w:spacing w:after="0" w:line="240" w:lineRule="auto"/>
            </w:pPr>
            <w:r>
              <w:rPr>
                <w:color w:val="000000"/>
                <w:sz w:val="17"/>
              </w:rPr>
              <w:t>3. 重要事項の説明</w:t>
            </w:r>
          </w:p>
        </w:tc>
        <w:tc>
          <w:tcPr>
            <w:tcW w:w="7937" w:type="dxa"/>
            <w:tcMar>
              <w:top w:w="30" w:type="dxa"/>
              <w:left w:w="100" w:type="dxa"/>
              <w:bottom w:w="30" w:type="dxa"/>
              <w:right w:w="100" w:type="dxa"/>
            </w:tcMar>
            <w:vAlign w:val="center"/>
          </w:tcPr>
          <w:p w14:paraId="4C9ACEEB" w14:textId="77777777" w:rsidR="00AD0E4F" w:rsidRDefault="008D426B">
            <w:pPr>
              <w:spacing w:after="0" w:line="240" w:lineRule="auto"/>
            </w:pPr>
            <w:r>
              <w:rPr>
                <w:color w:val="000000"/>
                <w:sz w:val="17"/>
              </w:rPr>
              <w:t>サービス、料金、加算、緊急時対応、個人情報の取扱いを説明して同意を得ます。</w:t>
            </w:r>
          </w:p>
        </w:tc>
      </w:tr>
      <w:tr w:rsidR="00AD0E4F" w14:paraId="7C38BBD1" w14:textId="77777777">
        <w:trPr>
          <w:jc w:val="center"/>
        </w:trPr>
        <w:tc>
          <w:tcPr>
            <w:tcW w:w="2381" w:type="dxa"/>
            <w:tcMar>
              <w:top w:w="30" w:type="dxa"/>
              <w:left w:w="100" w:type="dxa"/>
              <w:bottom w:w="30" w:type="dxa"/>
              <w:right w:w="100" w:type="dxa"/>
            </w:tcMar>
            <w:vAlign w:val="center"/>
          </w:tcPr>
          <w:p w14:paraId="405F4C88" w14:textId="77777777" w:rsidR="00AD0E4F" w:rsidRDefault="008D426B">
            <w:pPr>
              <w:spacing w:after="0" w:line="240" w:lineRule="auto"/>
            </w:pPr>
            <w:r>
              <w:rPr>
                <w:color w:val="000000"/>
                <w:sz w:val="17"/>
              </w:rPr>
              <w:t>4. 計画・契約</w:t>
            </w:r>
          </w:p>
        </w:tc>
        <w:tc>
          <w:tcPr>
            <w:tcW w:w="7937" w:type="dxa"/>
            <w:tcMar>
              <w:top w:w="30" w:type="dxa"/>
              <w:left w:w="100" w:type="dxa"/>
              <w:bottom w:w="30" w:type="dxa"/>
              <w:right w:w="100" w:type="dxa"/>
            </w:tcMar>
            <w:vAlign w:val="center"/>
          </w:tcPr>
          <w:p w14:paraId="2307C5B7" w14:textId="77777777" w:rsidR="00AD0E4F" w:rsidRDefault="008D426B">
            <w:pPr>
              <w:spacing w:after="0" w:line="240" w:lineRule="auto"/>
            </w:pPr>
            <w:r>
              <w:rPr>
                <w:color w:val="000000"/>
                <w:sz w:val="17"/>
              </w:rPr>
              <w:t>希望と状態を踏まえて訪問看護計画を作成し、ご説明したうえで契約します。</w:t>
            </w:r>
          </w:p>
        </w:tc>
      </w:tr>
      <w:tr w:rsidR="00AD0E4F" w14:paraId="41B365A8" w14:textId="77777777">
        <w:trPr>
          <w:jc w:val="center"/>
        </w:trPr>
        <w:tc>
          <w:tcPr>
            <w:tcW w:w="2381" w:type="dxa"/>
            <w:tcMar>
              <w:top w:w="30" w:type="dxa"/>
              <w:left w:w="100" w:type="dxa"/>
              <w:bottom w:w="30" w:type="dxa"/>
              <w:right w:w="100" w:type="dxa"/>
            </w:tcMar>
            <w:vAlign w:val="center"/>
          </w:tcPr>
          <w:p w14:paraId="278A45ED" w14:textId="77777777" w:rsidR="00AD0E4F" w:rsidRDefault="008D426B">
            <w:pPr>
              <w:spacing w:after="0" w:line="240" w:lineRule="auto"/>
            </w:pPr>
            <w:r>
              <w:rPr>
                <w:color w:val="000000"/>
                <w:sz w:val="17"/>
              </w:rPr>
              <w:t>5. 訪問開始</w:t>
            </w:r>
          </w:p>
        </w:tc>
        <w:tc>
          <w:tcPr>
            <w:tcW w:w="7937" w:type="dxa"/>
            <w:tcMar>
              <w:top w:w="30" w:type="dxa"/>
              <w:left w:w="100" w:type="dxa"/>
              <w:bottom w:w="30" w:type="dxa"/>
              <w:right w:w="100" w:type="dxa"/>
            </w:tcMar>
            <w:vAlign w:val="center"/>
          </w:tcPr>
          <w:p w14:paraId="7EA95874" w14:textId="77777777" w:rsidR="00AD0E4F" w:rsidRDefault="008D426B">
            <w:pPr>
              <w:spacing w:after="0" w:line="240" w:lineRule="auto"/>
            </w:pPr>
            <w:r>
              <w:rPr>
                <w:color w:val="000000"/>
                <w:sz w:val="17"/>
              </w:rPr>
              <w:t>計画に沿って訪問し、必要に応じて主治医・関係機関と情報共有します。</w:t>
            </w:r>
          </w:p>
        </w:tc>
      </w:tr>
    </w:tbl>
    <w:p w14:paraId="1A4FC044" w14:textId="77777777" w:rsidR="00AD0E4F" w:rsidRDefault="008D426B">
      <w:pPr>
        <w:spacing w:after="0" w:line="240" w:lineRule="auto"/>
      </w:pPr>
      <w:r>
        <w:rPr>
          <w:color w:val="000000"/>
          <w:sz w:val="30"/>
        </w:rPr>
        <w:t>16 緊急時・安全管理・権利擁護・個人情報</w:t>
      </w:r>
    </w:p>
    <w:p w14:paraId="008FA934" w14:textId="77777777" w:rsidR="00AD0E4F" w:rsidRDefault="00AD0E4F">
      <w:pPr>
        <w:pBdr>
          <w:bottom w:val="single" w:sz="8" w:space="1" w:color="777777"/>
        </w:pBdr>
        <w:spacing w:before="20" w:after="0" w:line="240" w:lineRule="auto"/>
      </w:pPr>
    </w:p>
    <w:p w14:paraId="225AE1B8" w14:textId="77777777" w:rsidR="00AD0E4F" w:rsidRDefault="008D426B">
      <w:pPr>
        <w:spacing w:after="0" w:line="240" w:lineRule="auto"/>
      </w:pPr>
      <w:r>
        <w:rPr>
          <w:color w:val="000000"/>
          <w:sz w:val="17"/>
        </w:rPr>
        <w:t>1. 緊急時の対応</w:t>
      </w:r>
    </w:p>
    <w:p w14:paraId="139221AB" w14:textId="77777777" w:rsidR="00AD0E4F" w:rsidRDefault="008D426B">
      <w:pPr>
        <w:spacing w:after="0" w:line="240" w:lineRule="auto"/>
      </w:pPr>
      <w:r>
        <w:rPr>
          <w:color w:val="000000"/>
          <w:sz w:val="17"/>
        </w:rPr>
        <w:t>急な症状変化や事故が発生した場合は、主治医、ご家族、救急機関、ケアマネジャー等に連絡し、必要に応じて緊急訪問、受診調整、救急要請を行います。緊急性が高い場合は119番通報を優先します。</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438"/>
        <w:gridCol w:w="7880"/>
      </w:tblGrid>
      <w:tr w:rsidR="00AD0E4F" w14:paraId="3628BC81" w14:textId="77777777">
        <w:trPr>
          <w:jc w:val="center"/>
        </w:trPr>
        <w:tc>
          <w:tcPr>
            <w:tcW w:w="2438" w:type="dxa"/>
            <w:shd w:val="clear" w:color="auto" w:fill="F2F2F2"/>
            <w:tcMar>
              <w:top w:w="30" w:type="dxa"/>
              <w:left w:w="100" w:type="dxa"/>
              <w:bottom w:w="30" w:type="dxa"/>
              <w:right w:w="100" w:type="dxa"/>
            </w:tcMar>
            <w:vAlign w:val="center"/>
          </w:tcPr>
          <w:p w14:paraId="68226995" w14:textId="77777777" w:rsidR="00AD0E4F" w:rsidRDefault="008D426B">
            <w:pPr>
              <w:spacing w:after="0" w:line="240" w:lineRule="auto"/>
            </w:pPr>
            <w:r>
              <w:rPr>
                <w:color w:val="000000"/>
                <w:sz w:val="17"/>
              </w:rPr>
              <w:t>主治医・医療機関</w:t>
            </w:r>
          </w:p>
        </w:tc>
        <w:tc>
          <w:tcPr>
            <w:tcW w:w="7880" w:type="dxa"/>
            <w:tcMar>
              <w:top w:w="30" w:type="dxa"/>
              <w:left w:w="100" w:type="dxa"/>
              <w:bottom w:w="30" w:type="dxa"/>
              <w:right w:w="100" w:type="dxa"/>
            </w:tcMar>
            <w:vAlign w:val="center"/>
          </w:tcPr>
          <w:p w14:paraId="0B397421" w14:textId="77777777" w:rsidR="00AD0E4F" w:rsidRDefault="008D426B">
            <w:pPr>
              <w:spacing w:after="0" w:line="240" w:lineRule="auto"/>
            </w:pPr>
            <w:r>
              <w:rPr>
                <w:color w:val="000000"/>
                <w:sz w:val="17"/>
              </w:rPr>
              <w:t>医療機関名：　　　　　　　　　主治医名：</w:t>
            </w:r>
          </w:p>
        </w:tc>
      </w:tr>
      <w:tr w:rsidR="00AD0E4F" w14:paraId="28E0EFD9" w14:textId="77777777">
        <w:trPr>
          <w:jc w:val="center"/>
        </w:trPr>
        <w:tc>
          <w:tcPr>
            <w:tcW w:w="2438" w:type="dxa"/>
            <w:shd w:val="clear" w:color="auto" w:fill="F2F2F2"/>
            <w:tcMar>
              <w:top w:w="30" w:type="dxa"/>
              <w:left w:w="100" w:type="dxa"/>
              <w:bottom w:w="30" w:type="dxa"/>
              <w:right w:w="100" w:type="dxa"/>
            </w:tcMar>
            <w:vAlign w:val="center"/>
          </w:tcPr>
          <w:p w14:paraId="53D46246" w14:textId="77777777" w:rsidR="00AD0E4F" w:rsidRDefault="008D426B">
            <w:pPr>
              <w:spacing w:after="0" w:line="240" w:lineRule="auto"/>
            </w:pPr>
            <w:r>
              <w:rPr>
                <w:color w:val="000000"/>
                <w:sz w:val="17"/>
              </w:rPr>
              <w:t>医療機関連絡先</w:t>
            </w:r>
          </w:p>
        </w:tc>
        <w:tc>
          <w:tcPr>
            <w:tcW w:w="7880" w:type="dxa"/>
            <w:tcMar>
              <w:top w:w="30" w:type="dxa"/>
              <w:left w:w="100" w:type="dxa"/>
              <w:bottom w:w="30" w:type="dxa"/>
              <w:right w:w="100" w:type="dxa"/>
            </w:tcMar>
            <w:vAlign w:val="center"/>
          </w:tcPr>
          <w:p w14:paraId="15CB073A" w14:textId="77777777" w:rsidR="00AD0E4F" w:rsidRDefault="008D426B">
            <w:pPr>
              <w:spacing w:after="0" w:line="240" w:lineRule="auto"/>
            </w:pPr>
            <w:r>
              <w:rPr>
                <w:color w:val="000000"/>
                <w:sz w:val="17"/>
              </w:rPr>
              <w:t>電話：</w:t>
            </w:r>
          </w:p>
        </w:tc>
      </w:tr>
      <w:tr w:rsidR="00AD0E4F" w14:paraId="6B4C8A25" w14:textId="77777777">
        <w:trPr>
          <w:jc w:val="center"/>
        </w:trPr>
        <w:tc>
          <w:tcPr>
            <w:tcW w:w="2438" w:type="dxa"/>
            <w:shd w:val="clear" w:color="auto" w:fill="F2F2F2"/>
            <w:tcMar>
              <w:top w:w="30" w:type="dxa"/>
              <w:left w:w="100" w:type="dxa"/>
              <w:bottom w:w="30" w:type="dxa"/>
              <w:right w:w="100" w:type="dxa"/>
            </w:tcMar>
            <w:vAlign w:val="center"/>
          </w:tcPr>
          <w:p w14:paraId="585E1F03" w14:textId="77777777" w:rsidR="00AD0E4F" w:rsidRDefault="008D426B">
            <w:pPr>
              <w:spacing w:after="0" w:line="240" w:lineRule="auto"/>
            </w:pPr>
            <w:r>
              <w:rPr>
                <w:color w:val="000000"/>
                <w:sz w:val="17"/>
              </w:rPr>
              <w:t>緊急連絡先</w:t>
            </w:r>
          </w:p>
        </w:tc>
        <w:tc>
          <w:tcPr>
            <w:tcW w:w="7880" w:type="dxa"/>
            <w:tcMar>
              <w:top w:w="30" w:type="dxa"/>
              <w:left w:w="100" w:type="dxa"/>
              <w:bottom w:w="30" w:type="dxa"/>
              <w:right w:w="100" w:type="dxa"/>
            </w:tcMar>
            <w:vAlign w:val="center"/>
          </w:tcPr>
          <w:p w14:paraId="2DD8A55C" w14:textId="77777777" w:rsidR="00AD0E4F" w:rsidRDefault="008D426B">
            <w:pPr>
              <w:spacing w:after="0" w:line="240" w:lineRule="auto"/>
            </w:pPr>
            <w:r>
              <w:rPr>
                <w:color w:val="000000"/>
                <w:sz w:val="17"/>
              </w:rPr>
              <w:t>氏名：　　　　　　　　　続柄：　　　　電話：</w:t>
            </w:r>
          </w:p>
        </w:tc>
      </w:tr>
    </w:tbl>
    <w:p w14:paraId="725C9178" w14:textId="77777777" w:rsidR="00AD0E4F" w:rsidRDefault="008D426B">
      <w:pPr>
        <w:spacing w:after="0" w:line="240" w:lineRule="auto"/>
      </w:pPr>
      <w:r>
        <w:rPr>
          <w:color w:val="000000"/>
          <w:sz w:val="17"/>
        </w:rPr>
        <w:t>2. 虐待防止・身体拘束の適正化</w:t>
      </w:r>
    </w:p>
    <w:p w14:paraId="64459550" w14:textId="77777777" w:rsidR="00AD0E4F" w:rsidRDefault="008D426B">
      <w:pPr>
        <w:spacing w:after="0" w:line="240" w:lineRule="auto"/>
      </w:pPr>
      <w:r>
        <w:rPr>
          <w:color w:val="000000"/>
          <w:sz w:val="17"/>
        </w:rPr>
        <w:t>虐待防止責任者は管理者の松田まいかとします。虐待防止の指針整備、職員研修、相談体制を確保し、虐待が疑われる場合は速やかに市町村等へ連絡します。身体拘束は原則として行わず、切迫性・非代替性・一時性を満たすやむを得ない場合のみ、説明・記録・見直しを行います。</w:t>
      </w:r>
    </w:p>
    <w:p w14:paraId="5C7E0D7B" w14:textId="77777777" w:rsidR="00AD0E4F" w:rsidRDefault="008D426B">
      <w:pPr>
        <w:spacing w:after="0" w:line="240" w:lineRule="auto"/>
      </w:pPr>
      <w:r>
        <w:rPr>
          <w:color w:val="000000"/>
          <w:sz w:val="17"/>
        </w:rPr>
        <w:t>3. 事故・感染症・災害への対応</w:t>
      </w:r>
    </w:p>
    <w:p w14:paraId="6AD80557" w14:textId="77777777" w:rsidR="00AD0E4F" w:rsidRDefault="008D426B">
      <w:pPr>
        <w:spacing w:after="0" w:line="240" w:lineRule="auto"/>
      </w:pPr>
      <w:r>
        <w:rPr>
          <w:color w:val="000000"/>
          <w:sz w:val="17"/>
        </w:rPr>
        <w:t>事故発生時は必要な医療対応と関係者への連絡を行い、経過を記録して再発防止に取り組みます。事業者の責任による損害は適切に補償します。標準予防策、手指衛生、感染対策、職員の健康管理を徹底し、感染症・災害時は業務継続計画に基づき対応します。</w:t>
      </w:r>
    </w:p>
    <w:p w14:paraId="7C51DCC1" w14:textId="77777777" w:rsidR="00AD0E4F" w:rsidRDefault="008D426B">
      <w:pPr>
        <w:spacing w:after="0" w:line="240" w:lineRule="auto"/>
        <w:rPr>
          <w:lang w:eastAsia="ja-JP"/>
        </w:rPr>
      </w:pPr>
      <w:r>
        <w:rPr>
          <w:color w:val="000000"/>
          <w:sz w:val="17"/>
          <w:lang w:eastAsia="ja-JP"/>
        </w:rPr>
        <w:lastRenderedPageBreak/>
        <w:t>4. 守秘義務・個人情報・記録</w:t>
      </w:r>
    </w:p>
    <w:p w14:paraId="6B8EC595" w14:textId="77777777" w:rsidR="00AD0E4F" w:rsidRDefault="008D426B">
      <w:pPr>
        <w:spacing w:after="0" w:line="240" w:lineRule="auto"/>
        <w:rPr>
          <w:lang w:eastAsia="ja-JP"/>
        </w:rPr>
      </w:pPr>
      <w:r>
        <w:rPr>
          <w:color w:val="000000"/>
          <w:sz w:val="17"/>
          <w:lang w:eastAsia="ja-JP"/>
        </w:rPr>
        <w:t>業務上知り得た利用者・ご家族の秘密を正当な理由なく漏らしません。主治医、ケアマネジャー、医療・福祉関係者との情報共有は、必要な範囲で本人・家族の同意を得て行います。記録は関係法令・条例に従って適切に保存し、閲覧・訂正等のご希望には所定の手続で対応します。</w:t>
      </w:r>
    </w:p>
    <w:p w14:paraId="5F3ECD81" w14:textId="77777777" w:rsidR="00AD0E4F" w:rsidRDefault="008D426B">
      <w:pPr>
        <w:spacing w:after="0" w:line="240" w:lineRule="auto"/>
        <w:rPr>
          <w:lang w:eastAsia="ja-JP"/>
        </w:rPr>
      </w:pPr>
      <w:r>
        <w:rPr>
          <w:color w:val="000000"/>
          <w:sz w:val="17"/>
          <w:lang w:eastAsia="ja-JP"/>
        </w:rPr>
        <w:t>5. 職員が行わないこと</w:t>
      </w:r>
    </w:p>
    <w:p w14:paraId="075EA8C1" w14:textId="77777777" w:rsidR="00AD0E4F" w:rsidRDefault="008D426B">
      <w:pPr>
        <w:spacing w:after="0" w:line="240" w:lineRule="auto"/>
        <w:rPr>
          <w:color w:val="000000"/>
          <w:sz w:val="17"/>
          <w:lang w:eastAsia="ja-JP"/>
        </w:rPr>
      </w:pPr>
      <w:r>
        <w:rPr>
          <w:color w:val="000000"/>
          <w:sz w:val="17"/>
          <w:lang w:eastAsia="ja-JP"/>
        </w:rPr>
        <w:t>利用者等の金銭・預金通帳・印鑑等の預かり、金銭や贈答品の受領、同居家族への無関係なサービス、利用者宅での飲酒・喫煙、宗教・政治・営業目的の勧誘、その他ハラスメントや迷惑行為は行いません。職員は身分証を携行し、求めに応じて提示します。</w:t>
      </w:r>
    </w:p>
    <w:p w14:paraId="557CB440" w14:textId="77777777" w:rsidR="00AD0E4F" w:rsidRDefault="008D426B" w:rsidP="00BA6F69">
      <w:pPr>
        <w:rPr>
          <w:lang w:eastAsia="ja-JP"/>
        </w:rPr>
      </w:pPr>
      <w:r>
        <w:rPr>
          <w:color w:val="000000"/>
          <w:sz w:val="30"/>
          <w:lang w:eastAsia="ja-JP"/>
        </w:rPr>
        <w:t>17 相談・苦情窓口／重要事項の説明確認</w:t>
      </w:r>
    </w:p>
    <w:p w14:paraId="2C1BE7AC" w14:textId="77777777" w:rsidR="00AD0E4F" w:rsidRDefault="00AD0E4F">
      <w:pPr>
        <w:pBdr>
          <w:bottom w:val="single" w:sz="8" w:space="1" w:color="777777"/>
        </w:pBdr>
        <w:spacing w:before="20" w:after="0" w:line="240" w:lineRule="auto"/>
        <w:rPr>
          <w:lang w:eastAsia="ja-JP"/>
        </w:rPr>
      </w:pPr>
    </w:p>
    <w:p w14:paraId="459384F4" w14:textId="77777777" w:rsidR="00AD0E4F" w:rsidRDefault="008D426B">
      <w:pPr>
        <w:spacing w:after="0" w:line="240" w:lineRule="auto"/>
      </w:pPr>
      <w:r>
        <w:rPr>
          <w:color w:val="000000"/>
          <w:sz w:val="17"/>
        </w:rPr>
        <w:t>1. 事業所の相談窓口</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1984"/>
        <w:gridCol w:w="8334"/>
      </w:tblGrid>
      <w:tr w:rsidR="00AD0E4F" w14:paraId="17FA2AFD" w14:textId="77777777">
        <w:trPr>
          <w:jc w:val="center"/>
        </w:trPr>
        <w:tc>
          <w:tcPr>
            <w:tcW w:w="1984" w:type="dxa"/>
            <w:shd w:val="clear" w:color="auto" w:fill="F2F2F2"/>
            <w:tcMar>
              <w:top w:w="30" w:type="dxa"/>
              <w:left w:w="100" w:type="dxa"/>
              <w:bottom w:w="30" w:type="dxa"/>
              <w:right w:w="100" w:type="dxa"/>
            </w:tcMar>
            <w:vAlign w:val="center"/>
          </w:tcPr>
          <w:p w14:paraId="47606BD1" w14:textId="77777777" w:rsidR="00AD0E4F" w:rsidRDefault="008D426B">
            <w:pPr>
              <w:spacing w:after="0" w:line="240" w:lineRule="auto"/>
            </w:pPr>
            <w:r>
              <w:rPr>
                <w:color w:val="000000"/>
                <w:sz w:val="17"/>
              </w:rPr>
              <w:t>担当者</w:t>
            </w:r>
          </w:p>
        </w:tc>
        <w:tc>
          <w:tcPr>
            <w:tcW w:w="8334" w:type="dxa"/>
            <w:tcMar>
              <w:top w:w="30" w:type="dxa"/>
              <w:left w:w="100" w:type="dxa"/>
              <w:bottom w:w="30" w:type="dxa"/>
              <w:right w:w="100" w:type="dxa"/>
            </w:tcMar>
            <w:vAlign w:val="center"/>
          </w:tcPr>
          <w:p w14:paraId="59150F56" w14:textId="77777777" w:rsidR="00AD0E4F" w:rsidRDefault="008D426B">
            <w:pPr>
              <w:spacing w:after="0" w:line="240" w:lineRule="auto"/>
            </w:pPr>
            <w:r>
              <w:rPr>
                <w:color w:val="000000"/>
                <w:sz w:val="17"/>
              </w:rPr>
              <w:t>管理者 松田 まいか</w:t>
            </w:r>
          </w:p>
        </w:tc>
      </w:tr>
      <w:tr w:rsidR="00AD0E4F" w14:paraId="00AA464D" w14:textId="77777777">
        <w:trPr>
          <w:jc w:val="center"/>
        </w:trPr>
        <w:tc>
          <w:tcPr>
            <w:tcW w:w="1984" w:type="dxa"/>
            <w:shd w:val="clear" w:color="auto" w:fill="F2F2F2"/>
            <w:tcMar>
              <w:top w:w="30" w:type="dxa"/>
              <w:left w:w="100" w:type="dxa"/>
              <w:bottom w:w="30" w:type="dxa"/>
              <w:right w:w="100" w:type="dxa"/>
            </w:tcMar>
            <w:vAlign w:val="center"/>
          </w:tcPr>
          <w:p w14:paraId="734FF018" w14:textId="77777777" w:rsidR="00AD0E4F" w:rsidRDefault="008D426B">
            <w:pPr>
              <w:spacing w:after="0" w:line="240" w:lineRule="auto"/>
            </w:pPr>
            <w:r>
              <w:rPr>
                <w:color w:val="000000"/>
                <w:sz w:val="17"/>
              </w:rPr>
              <w:t>電話・FAX</w:t>
            </w:r>
          </w:p>
        </w:tc>
        <w:tc>
          <w:tcPr>
            <w:tcW w:w="8334" w:type="dxa"/>
            <w:tcMar>
              <w:top w:w="30" w:type="dxa"/>
              <w:left w:w="100" w:type="dxa"/>
              <w:bottom w:w="30" w:type="dxa"/>
              <w:right w:w="100" w:type="dxa"/>
            </w:tcMar>
            <w:vAlign w:val="center"/>
          </w:tcPr>
          <w:p w14:paraId="5CBAADCC" w14:textId="77777777" w:rsidR="00AD0E4F" w:rsidRDefault="008D426B">
            <w:pPr>
              <w:spacing w:after="0" w:line="240" w:lineRule="auto"/>
            </w:pPr>
            <w:r>
              <w:rPr>
                <w:color w:val="000000"/>
                <w:sz w:val="17"/>
              </w:rPr>
              <w:t>0834-34-1348（FAX兼用）</w:t>
            </w:r>
          </w:p>
        </w:tc>
      </w:tr>
      <w:tr w:rsidR="00AD0E4F" w14:paraId="53051B7F" w14:textId="77777777">
        <w:trPr>
          <w:jc w:val="center"/>
        </w:trPr>
        <w:tc>
          <w:tcPr>
            <w:tcW w:w="1984" w:type="dxa"/>
            <w:shd w:val="clear" w:color="auto" w:fill="F2F2F2"/>
            <w:tcMar>
              <w:top w:w="30" w:type="dxa"/>
              <w:left w:w="100" w:type="dxa"/>
              <w:bottom w:w="30" w:type="dxa"/>
              <w:right w:w="100" w:type="dxa"/>
            </w:tcMar>
            <w:vAlign w:val="center"/>
          </w:tcPr>
          <w:p w14:paraId="1F57ADA0" w14:textId="77777777" w:rsidR="00AD0E4F" w:rsidRDefault="008D426B">
            <w:pPr>
              <w:spacing w:after="0" w:line="240" w:lineRule="auto"/>
            </w:pPr>
            <w:r>
              <w:rPr>
                <w:color w:val="000000"/>
                <w:sz w:val="17"/>
              </w:rPr>
              <w:t>受付時間</w:t>
            </w:r>
          </w:p>
        </w:tc>
        <w:tc>
          <w:tcPr>
            <w:tcW w:w="8334" w:type="dxa"/>
            <w:tcMar>
              <w:top w:w="30" w:type="dxa"/>
              <w:left w:w="100" w:type="dxa"/>
              <w:bottom w:w="30" w:type="dxa"/>
              <w:right w:w="100" w:type="dxa"/>
            </w:tcMar>
            <w:vAlign w:val="center"/>
          </w:tcPr>
          <w:p w14:paraId="01AC88B4" w14:textId="77777777" w:rsidR="00AD0E4F" w:rsidRDefault="008D426B">
            <w:pPr>
              <w:spacing w:after="0" w:line="240" w:lineRule="auto"/>
              <w:rPr>
                <w:lang w:eastAsia="ja-JP"/>
              </w:rPr>
            </w:pPr>
            <w:r>
              <w:rPr>
                <w:color w:val="000000"/>
                <w:sz w:val="17"/>
                <w:lang w:eastAsia="ja-JP"/>
              </w:rPr>
              <w:t>月曜日-金曜日 8:30-17:30（緊急時は契約内容に応じて対応）</w:t>
            </w:r>
          </w:p>
        </w:tc>
      </w:tr>
    </w:tbl>
    <w:p w14:paraId="05FCBEE2" w14:textId="77777777" w:rsidR="00AD0E4F" w:rsidRDefault="008D426B">
      <w:pPr>
        <w:spacing w:after="0" w:line="240" w:lineRule="auto"/>
        <w:rPr>
          <w:lang w:eastAsia="ja-JP"/>
        </w:rPr>
      </w:pPr>
      <w:r>
        <w:rPr>
          <w:color w:val="000000"/>
          <w:sz w:val="17"/>
          <w:lang w:eastAsia="ja-JP"/>
        </w:rPr>
        <w:t>2. 市町村・公的機関の相談窓口</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2268"/>
        <w:gridCol w:w="5783"/>
        <w:gridCol w:w="2268"/>
      </w:tblGrid>
      <w:tr w:rsidR="00AD0E4F" w14:paraId="3B7F760C" w14:textId="77777777">
        <w:trPr>
          <w:tblHeader/>
          <w:jc w:val="center"/>
        </w:trPr>
        <w:tc>
          <w:tcPr>
            <w:tcW w:w="2268" w:type="dxa"/>
            <w:shd w:val="clear" w:color="auto" w:fill="4A4A4A"/>
            <w:tcMar>
              <w:top w:w="30" w:type="dxa"/>
              <w:left w:w="100" w:type="dxa"/>
              <w:bottom w:w="30" w:type="dxa"/>
              <w:right w:w="100" w:type="dxa"/>
            </w:tcMar>
            <w:vAlign w:val="center"/>
          </w:tcPr>
          <w:p w14:paraId="4C338778" w14:textId="77777777" w:rsidR="00AD0E4F" w:rsidRDefault="008D426B">
            <w:pPr>
              <w:spacing w:after="0" w:line="240" w:lineRule="auto"/>
              <w:jc w:val="center"/>
            </w:pPr>
            <w:r>
              <w:rPr>
                <w:color w:val="FFFFFF"/>
                <w:sz w:val="17"/>
              </w:rPr>
              <w:t>相談先</w:t>
            </w:r>
          </w:p>
        </w:tc>
        <w:tc>
          <w:tcPr>
            <w:tcW w:w="5783" w:type="dxa"/>
            <w:shd w:val="clear" w:color="auto" w:fill="4A4A4A"/>
            <w:tcMar>
              <w:top w:w="30" w:type="dxa"/>
              <w:left w:w="100" w:type="dxa"/>
              <w:bottom w:w="30" w:type="dxa"/>
              <w:right w:w="100" w:type="dxa"/>
            </w:tcMar>
            <w:vAlign w:val="center"/>
          </w:tcPr>
          <w:p w14:paraId="6FE0D63D" w14:textId="77777777" w:rsidR="00AD0E4F" w:rsidRDefault="008D426B">
            <w:pPr>
              <w:spacing w:after="0" w:line="240" w:lineRule="auto"/>
              <w:jc w:val="center"/>
            </w:pPr>
            <w:r>
              <w:rPr>
                <w:color w:val="FFFFFF"/>
                <w:sz w:val="17"/>
              </w:rPr>
              <w:t>担当・所在地</w:t>
            </w:r>
          </w:p>
        </w:tc>
        <w:tc>
          <w:tcPr>
            <w:tcW w:w="2268" w:type="dxa"/>
            <w:shd w:val="clear" w:color="auto" w:fill="4A4A4A"/>
            <w:tcMar>
              <w:top w:w="30" w:type="dxa"/>
              <w:left w:w="100" w:type="dxa"/>
              <w:bottom w:w="30" w:type="dxa"/>
              <w:right w:w="100" w:type="dxa"/>
            </w:tcMar>
            <w:vAlign w:val="center"/>
          </w:tcPr>
          <w:p w14:paraId="1F87E596" w14:textId="77777777" w:rsidR="00AD0E4F" w:rsidRDefault="008D426B">
            <w:pPr>
              <w:spacing w:after="0" w:line="240" w:lineRule="auto"/>
              <w:jc w:val="center"/>
            </w:pPr>
            <w:r>
              <w:rPr>
                <w:color w:val="FFFFFF"/>
                <w:sz w:val="17"/>
              </w:rPr>
              <w:t>電話番号</w:t>
            </w:r>
          </w:p>
        </w:tc>
      </w:tr>
      <w:tr w:rsidR="00AD0E4F" w14:paraId="0709BCD2" w14:textId="77777777">
        <w:trPr>
          <w:jc w:val="center"/>
        </w:trPr>
        <w:tc>
          <w:tcPr>
            <w:tcW w:w="2268" w:type="dxa"/>
            <w:tcMar>
              <w:top w:w="30" w:type="dxa"/>
              <w:left w:w="100" w:type="dxa"/>
              <w:bottom w:w="30" w:type="dxa"/>
              <w:right w:w="100" w:type="dxa"/>
            </w:tcMar>
            <w:vAlign w:val="center"/>
          </w:tcPr>
          <w:p w14:paraId="23E079EF" w14:textId="77777777" w:rsidR="00AD0E4F" w:rsidRDefault="008D426B">
            <w:pPr>
              <w:spacing w:after="0" w:line="240" w:lineRule="auto"/>
            </w:pPr>
            <w:r>
              <w:rPr>
                <w:color w:val="000000"/>
                <w:sz w:val="17"/>
              </w:rPr>
              <w:t>周南市</w:t>
            </w:r>
          </w:p>
        </w:tc>
        <w:tc>
          <w:tcPr>
            <w:tcW w:w="5783" w:type="dxa"/>
            <w:tcMar>
              <w:top w:w="30" w:type="dxa"/>
              <w:left w:w="100" w:type="dxa"/>
              <w:bottom w:w="30" w:type="dxa"/>
              <w:right w:w="100" w:type="dxa"/>
            </w:tcMar>
            <w:vAlign w:val="center"/>
          </w:tcPr>
          <w:p w14:paraId="75B29BEA" w14:textId="77777777" w:rsidR="00AD0E4F" w:rsidRDefault="008D426B">
            <w:pPr>
              <w:spacing w:after="0" w:line="240" w:lineRule="auto"/>
              <w:rPr>
                <w:lang w:eastAsia="ja-JP"/>
              </w:rPr>
            </w:pPr>
            <w:r>
              <w:rPr>
                <w:color w:val="000000"/>
                <w:sz w:val="17"/>
                <w:lang w:eastAsia="ja-JP"/>
              </w:rPr>
              <w:t>高齢者支援課 介護給付・保険料担当</w:t>
            </w:r>
            <w:r>
              <w:rPr>
                <w:color w:val="000000"/>
                <w:sz w:val="17"/>
                <w:lang w:eastAsia="ja-JP"/>
              </w:rPr>
              <w:br/>
              <w:t>周南市岐山通1丁目1番地</w:t>
            </w:r>
          </w:p>
        </w:tc>
        <w:tc>
          <w:tcPr>
            <w:tcW w:w="2268" w:type="dxa"/>
            <w:tcMar>
              <w:top w:w="30" w:type="dxa"/>
              <w:left w:w="100" w:type="dxa"/>
              <w:bottom w:w="30" w:type="dxa"/>
              <w:right w:w="100" w:type="dxa"/>
            </w:tcMar>
            <w:vAlign w:val="center"/>
          </w:tcPr>
          <w:p w14:paraId="601454E5" w14:textId="77777777" w:rsidR="00AD0E4F" w:rsidRDefault="008D426B">
            <w:pPr>
              <w:spacing w:after="0" w:line="240" w:lineRule="auto"/>
            </w:pPr>
            <w:r>
              <w:rPr>
                <w:color w:val="000000"/>
                <w:sz w:val="17"/>
              </w:rPr>
              <w:t>0834-22-8467</w:t>
            </w:r>
          </w:p>
        </w:tc>
      </w:tr>
      <w:tr w:rsidR="00AD0E4F" w14:paraId="2D433820" w14:textId="77777777">
        <w:trPr>
          <w:jc w:val="center"/>
        </w:trPr>
        <w:tc>
          <w:tcPr>
            <w:tcW w:w="2268" w:type="dxa"/>
            <w:tcMar>
              <w:top w:w="30" w:type="dxa"/>
              <w:left w:w="100" w:type="dxa"/>
              <w:bottom w:w="30" w:type="dxa"/>
              <w:right w:w="100" w:type="dxa"/>
            </w:tcMar>
            <w:vAlign w:val="center"/>
          </w:tcPr>
          <w:p w14:paraId="1B9D7FC9" w14:textId="77777777" w:rsidR="00AD0E4F" w:rsidRDefault="008D426B">
            <w:pPr>
              <w:spacing w:after="0" w:line="240" w:lineRule="auto"/>
            </w:pPr>
            <w:r>
              <w:rPr>
                <w:color w:val="000000"/>
                <w:sz w:val="17"/>
              </w:rPr>
              <w:t>防府市</w:t>
            </w:r>
          </w:p>
        </w:tc>
        <w:tc>
          <w:tcPr>
            <w:tcW w:w="5783" w:type="dxa"/>
            <w:tcMar>
              <w:top w:w="30" w:type="dxa"/>
              <w:left w:w="100" w:type="dxa"/>
              <w:bottom w:w="30" w:type="dxa"/>
              <w:right w:w="100" w:type="dxa"/>
            </w:tcMar>
            <w:vAlign w:val="center"/>
          </w:tcPr>
          <w:p w14:paraId="043BFE0B" w14:textId="77777777" w:rsidR="00AD0E4F" w:rsidRDefault="008D426B">
            <w:pPr>
              <w:spacing w:after="0" w:line="240" w:lineRule="auto"/>
            </w:pPr>
            <w:r>
              <w:rPr>
                <w:color w:val="000000"/>
                <w:sz w:val="17"/>
              </w:rPr>
              <w:t>高齢福祉課 給付係</w:t>
            </w:r>
            <w:r>
              <w:rPr>
                <w:color w:val="000000"/>
                <w:sz w:val="17"/>
              </w:rPr>
              <w:br/>
              <w:t>防府市寿町7番1号</w:t>
            </w:r>
          </w:p>
        </w:tc>
        <w:tc>
          <w:tcPr>
            <w:tcW w:w="2268" w:type="dxa"/>
            <w:tcMar>
              <w:top w:w="30" w:type="dxa"/>
              <w:left w:w="100" w:type="dxa"/>
              <w:bottom w:w="30" w:type="dxa"/>
              <w:right w:w="100" w:type="dxa"/>
            </w:tcMar>
            <w:vAlign w:val="center"/>
          </w:tcPr>
          <w:p w14:paraId="0C8D8C12" w14:textId="77777777" w:rsidR="00AD0E4F" w:rsidRDefault="008D426B">
            <w:pPr>
              <w:spacing w:after="0" w:line="240" w:lineRule="auto"/>
            </w:pPr>
            <w:r>
              <w:rPr>
                <w:color w:val="000000"/>
                <w:sz w:val="17"/>
              </w:rPr>
              <w:t>0835-25-2128</w:t>
            </w:r>
          </w:p>
        </w:tc>
      </w:tr>
      <w:tr w:rsidR="00AD0E4F" w14:paraId="5B5DC342" w14:textId="77777777">
        <w:trPr>
          <w:jc w:val="center"/>
        </w:trPr>
        <w:tc>
          <w:tcPr>
            <w:tcW w:w="2268" w:type="dxa"/>
            <w:tcMar>
              <w:top w:w="30" w:type="dxa"/>
              <w:left w:w="100" w:type="dxa"/>
              <w:bottom w:w="30" w:type="dxa"/>
              <w:right w:w="100" w:type="dxa"/>
            </w:tcMar>
            <w:vAlign w:val="center"/>
          </w:tcPr>
          <w:p w14:paraId="06CCF633" w14:textId="77777777" w:rsidR="00AD0E4F" w:rsidRDefault="008D426B">
            <w:pPr>
              <w:spacing w:after="0" w:line="240" w:lineRule="auto"/>
            </w:pPr>
            <w:r>
              <w:rPr>
                <w:color w:val="000000"/>
                <w:sz w:val="17"/>
              </w:rPr>
              <w:t>下松市</w:t>
            </w:r>
          </w:p>
        </w:tc>
        <w:tc>
          <w:tcPr>
            <w:tcW w:w="5783" w:type="dxa"/>
            <w:tcMar>
              <w:top w:w="30" w:type="dxa"/>
              <w:left w:w="100" w:type="dxa"/>
              <w:bottom w:w="30" w:type="dxa"/>
              <w:right w:w="100" w:type="dxa"/>
            </w:tcMar>
            <w:vAlign w:val="center"/>
          </w:tcPr>
          <w:p w14:paraId="000DBC73" w14:textId="77777777" w:rsidR="00AD0E4F" w:rsidRDefault="008D426B">
            <w:pPr>
              <w:spacing w:after="0" w:line="240" w:lineRule="auto"/>
            </w:pPr>
            <w:r>
              <w:rPr>
                <w:color w:val="000000"/>
                <w:sz w:val="17"/>
              </w:rPr>
              <w:t>高齢福祉課 介護保険係</w:t>
            </w:r>
            <w:r>
              <w:rPr>
                <w:color w:val="000000"/>
                <w:sz w:val="17"/>
              </w:rPr>
              <w:br/>
              <w:t>下松市大手町3丁目3番3号</w:t>
            </w:r>
          </w:p>
        </w:tc>
        <w:tc>
          <w:tcPr>
            <w:tcW w:w="2268" w:type="dxa"/>
            <w:tcMar>
              <w:top w:w="30" w:type="dxa"/>
              <w:left w:w="100" w:type="dxa"/>
              <w:bottom w:w="30" w:type="dxa"/>
              <w:right w:w="100" w:type="dxa"/>
            </w:tcMar>
            <w:vAlign w:val="center"/>
          </w:tcPr>
          <w:p w14:paraId="2A034AEA" w14:textId="77777777" w:rsidR="00AD0E4F" w:rsidRDefault="008D426B">
            <w:pPr>
              <w:spacing w:after="0" w:line="240" w:lineRule="auto"/>
            </w:pPr>
            <w:r>
              <w:rPr>
                <w:color w:val="000000"/>
                <w:sz w:val="17"/>
              </w:rPr>
              <w:t>0833-45-1831</w:t>
            </w:r>
          </w:p>
        </w:tc>
      </w:tr>
      <w:tr w:rsidR="00AD0E4F" w14:paraId="5CC93087" w14:textId="77777777">
        <w:trPr>
          <w:jc w:val="center"/>
        </w:trPr>
        <w:tc>
          <w:tcPr>
            <w:tcW w:w="2268" w:type="dxa"/>
            <w:tcMar>
              <w:top w:w="30" w:type="dxa"/>
              <w:left w:w="100" w:type="dxa"/>
              <w:bottom w:w="30" w:type="dxa"/>
              <w:right w:w="100" w:type="dxa"/>
            </w:tcMar>
            <w:vAlign w:val="center"/>
          </w:tcPr>
          <w:p w14:paraId="371890B2" w14:textId="77777777" w:rsidR="00AD0E4F" w:rsidRDefault="008D426B">
            <w:pPr>
              <w:spacing w:after="0" w:line="240" w:lineRule="auto"/>
            </w:pPr>
            <w:r>
              <w:rPr>
                <w:color w:val="000000"/>
                <w:sz w:val="17"/>
              </w:rPr>
              <w:t>光市</w:t>
            </w:r>
          </w:p>
        </w:tc>
        <w:tc>
          <w:tcPr>
            <w:tcW w:w="5783" w:type="dxa"/>
            <w:tcMar>
              <w:top w:w="30" w:type="dxa"/>
              <w:left w:w="100" w:type="dxa"/>
              <w:bottom w:w="30" w:type="dxa"/>
              <w:right w:w="100" w:type="dxa"/>
            </w:tcMar>
            <w:vAlign w:val="center"/>
          </w:tcPr>
          <w:p w14:paraId="4473CEB6" w14:textId="77777777" w:rsidR="00AD0E4F" w:rsidRDefault="008D426B">
            <w:pPr>
              <w:spacing w:after="0" w:line="240" w:lineRule="auto"/>
            </w:pPr>
            <w:r>
              <w:rPr>
                <w:color w:val="000000"/>
                <w:sz w:val="17"/>
              </w:rPr>
              <w:t>高齢者支援課 介護保険係</w:t>
            </w:r>
            <w:r>
              <w:rPr>
                <w:color w:val="000000"/>
                <w:sz w:val="17"/>
              </w:rPr>
              <w:br/>
              <w:t>光市光井2丁目2番1号</w:t>
            </w:r>
          </w:p>
        </w:tc>
        <w:tc>
          <w:tcPr>
            <w:tcW w:w="2268" w:type="dxa"/>
            <w:tcMar>
              <w:top w:w="30" w:type="dxa"/>
              <w:left w:w="100" w:type="dxa"/>
              <w:bottom w:w="30" w:type="dxa"/>
              <w:right w:w="100" w:type="dxa"/>
            </w:tcMar>
            <w:vAlign w:val="center"/>
          </w:tcPr>
          <w:p w14:paraId="29CDF1FD" w14:textId="77777777" w:rsidR="00AD0E4F" w:rsidRDefault="008D426B">
            <w:pPr>
              <w:spacing w:after="0" w:line="240" w:lineRule="auto"/>
            </w:pPr>
            <w:r>
              <w:rPr>
                <w:color w:val="000000"/>
                <w:sz w:val="17"/>
              </w:rPr>
              <w:t>0833-74-3003</w:t>
            </w:r>
          </w:p>
        </w:tc>
      </w:tr>
      <w:tr w:rsidR="00AD0E4F" w14:paraId="3602BAC8" w14:textId="77777777">
        <w:trPr>
          <w:jc w:val="center"/>
        </w:trPr>
        <w:tc>
          <w:tcPr>
            <w:tcW w:w="2268" w:type="dxa"/>
            <w:tcMar>
              <w:top w:w="30" w:type="dxa"/>
              <w:left w:w="100" w:type="dxa"/>
              <w:bottom w:w="30" w:type="dxa"/>
              <w:right w:w="100" w:type="dxa"/>
            </w:tcMar>
            <w:vAlign w:val="center"/>
          </w:tcPr>
          <w:p w14:paraId="2D579F09" w14:textId="77777777" w:rsidR="00AD0E4F" w:rsidRDefault="008D426B">
            <w:pPr>
              <w:spacing w:after="0" w:line="240" w:lineRule="auto"/>
            </w:pPr>
            <w:r>
              <w:rPr>
                <w:color w:val="000000"/>
                <w:sz w:val="17"/>
              </w:rPr>
              <w:t>山口県国保連合会</w:t>
            </w:r>
          </w:p>
        </w:tc>
        <w:tc>
          <w:tcPr>
            <w:tcW w:w="5783" w:type="dxa"/>
            <w:tcMar>
              <w:top w:w="30" w:type="dxa"/>
              <w:left w:w="100" w:type="dxa"/>
              <w:bottom w:w="30" w:type="dxa"/>
              <w:right w:w="100" w:type="dxa"/>
            </w:tcMar>
            <w:vAlign w:val="center"/>
          </w:tcPr>
          <w:p w14:paraId="157CD6A4" w14:textId="77777777" w:rsidR="00AD0E4F" w:rsidRDefault="008D426B">
            <w:pPr>
              <w:spacing w:after="0" w:line="240" w:lineRule="auto"/>
              <w:rPr>
                <w:lang w:eastAsia="ja-JP"/>
              </w:rPr>
            </w:pPr>
            <w:r>
              <w:rPr>
                <w:color w:val="000000"/>
                <w:sz w:val="17"/>
                <w:lang w:eastAsia="ja-JP"/>
              </w:rPr>
              <w:t>介護サービス苦情相談専用</w:t>
            </w:r>
            <w:r>
              <w:rPr>
                <w:color w:val="000000"/>
                <w:sz w:val="17"/>
                <w:lang w:eastAsia="ja-JP"/>
              </w:rPr>
              <w:br/>
              <w:t>山口市朝田1980番地の7</w:t>
            </w:r>
          </w:p>
        </w:tc>
        <w:tc>
          <w:tcPr>
            <w:tcW w:w="2268" w:type="dxa"/>
            <w:tcMar>
              <w:top w:w="30" w:type="dxa"/>
              <w:left w:w="100" w:type="dxa"/>
              <w:bottom w:w="30" w:type="dxa"/>
              <w:right w:w="100" w:type="dxa"/>
            </w:tcMar>
            <w:vAlign w:val="center"/>
          </w:tcPr>
          <w:p w14:paraId="71431828" w14:textId="77777777" w:rsidR="00AD0E4F" w:rsidRDefault="008D426B">
            <w:pPr>
              <w:spacing w:after="0" w:line="240" w:lineRule="auto"/>
            </w:pPr>
            <w:r>
              <w:rPr>
                <w:color w:val="000000"/>
                <w:sz w:val="17"/>
              </w:rPr>
              <w:t>083-995-1010</w:t>
            </w:r>
          </w:p>
        </w:tc>
      </w:tr>
      <w:tr w:rsidR="00AD0E4F" w14:paraId="0ECAE050" w14:textId="77777777">
        <w:trPr>
          <w:jc w:val="center"/>
        </w:trPr>
        <w:tc>
          <w:tcPr>
            <w:tcW w:w="2268" w:type="dxa"/>
            <w:tcMar>
              <w:top w:w="30" w:type="dxa"/>
              <w:left w:w="100" w:type="dxa"/>
              <w:bottom w:w="30" w:type="dxa"/>
              <w:right w:w="100" w:type="dxa"/>
            </w:tcMar>
            <w:vAlign w:val="center"/>
          </w:tcPr>
          <w:p w14:paraId="21C45510" w14:textId="77777777" w:rsidR="00AD0E4F" w:rsidRDefault="008D426B">
            <w:pPr>
              <w:spacing w:after="0" w:line="240" w:lineRule="auto"/>
              <w:rPr>
                <w:lang w:eastAsia="ja-JP"/>
              </w:rPr>
            </w:pPr>
            <w:r>
              <w:rPr>
                <w:color w:val="000000"/>
                <w:sz w:val="17"/>
                <w:lang w:eastAsia="ja-JP"/>
              </w:rPr>
              <w:t>医療安全支援センター</w:t>
            </w:r>
          </w:p>
        </w:tc>
        <w:tc>
          <w:tcPr>
            <w:tcW w:w="5783" w:type="dxa"/>
            <w:tcMar>
              <w:top w:w="30" w:type="dxa"/>
              <w:left w:w="100" w:type="dxa"/>
              <w:bottom w:w="30" w:type="dxa"/>
              <w:right w:w="100" w:type="dxa"/>
            </w:tcMar>
            <w:vAlign w:val="center"/>
          </w:tcPr>
          <w:p w14:paraId="04000874" w14:textId="77777777" w:rsidR="00AD0E4F" w:rsidRDefault="008D426B">
            <w:pPr>
              <w:spacing w:after="0" w:line="240" w:lineRule="auto"/>
              <w:rPr>
                <w:lang w:eastAsia="ja-JP"/>
              </w:rPr>
            </w:pPr>
            <w:r>
              <w:rPr>
                <w:color w:val="000000"/>
                <w:sz w:val="17"/>
                <w:lang w:eastAsia="ja-JP"/>
              </w:rPr>
              <w:t>周南健康福祉センター</w:t>
            </w:r>
            <w:r>
              <w:rPr>
                <w:color w:val="000000"/>
                <w:sz w:val="17"/>
                <w:lang w:eastAsia="ja-JP"/>
              </w:rPr>
              <w:br/>
              <w:t>平日9:00-12:00・13:00-16:00</w:t>
            </w:r>
          </w:p>
        </w:tc>
        <w:tc>
          <w:tcPr>
            <w:tcW w:w="2268" w:type="dxa"/>
            <w:tcMar>
              <w:top w:w="30" w:type="dxa"/>
              <w:left w:w="100" w:type="dxa"/>
              <w:bottom w:w="30" w:type="dxa"/>
              <w:right w:w="100" w:type="dxa"/>
            </w:tcMar>
            <w:vAlign w:val="center"/>
          </w:tcPr>
          <w:p w14:paraId="1051021E" w14:textId="77777777" w:rsidR="00AD0E4F" w:rsidRDefault="008D426B">
            <w:pPr>
              <w:spacing w:after="0" w:line="240" w:lineRule="auto"/>
            </w:pPr>
            <w:r>
              <w:rPr>
                <w:color w:val="000000"/>
                <w:sz w:val="17"/>
              </w:rPr>
              <w:t>0834-33-6422</w:t>
            </w:r>
          </w:p>
        </w:tc>
      </w:tr>
    </w:tbl>
    <w:p w14:paraId="180C255F" w14:textId="77777777" w:rsidR="00AD0E4F" w:rsidRDefault="008D426B">
      <w:pPr>
        <w:spacing w:after="0" w:line="240" w:lineRule="auto"/>
      </w:pPr>
      <w:r>
        <w:rPr>
          <w:color w:val="000000"/>
          <w:sz w:val="17"/>
        </w:rPr>
        <w:t>3. 重要事項の説明と確認</w:t>
      </w:r>
    </w:p>
    <w:p w14:paraId="25026BDB" w14:textId="77777777" w:rsidR="00AD0E4F" w:rsidRDefault="008D426B">
      <w:pPr>
        <w:spacing w:after="0" w:line="240" w:lineRule="auto"/>
        <w:rPr>
          <w:lang w:eastAsia="ja-JP"/>
        </w:rPr>
      </w:pPr>
      <w:r>
        <w:rPr>
          <w:color w:val="000000"/>
          <w:sz w:val="17"/>
          <w:lang w:eastAsia="ja-JP"/>
        </w:rPr>
        <w:t>私は、訪問看護サービスの利用にあたり、本書に記載された事業所の概要、サービス内容、利用料金、加算、緊急時対応、個人情報の取扱い、相談・苦情窓口等について説明を受け、内容を確認しました。</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ayout w:type="fixed"/>
        <w:tblLook w:val="04A0" w:firstRow="1" w:lastRow="0" w:firstColumn="1" w:lastColumn="0" w:noHBand="0" w:noVBand="1"/>
      </w:tblPr>
      <w:tblGrid>
        <w:gridCol w:w="1871"/>
        <w:gridCol w:w="8447"/>
      </w:tblGrid>
      <w:tr w:rsidR="00AD0E4F" w14:paraId="15BF35F2" w14:textId="77777777">
        <w:trPr>
          <w:jc w:val="center"/>
        </w:trPr>
        <w:tc>
          <w:tcPr>
            <w:tcW w:w="1871" w:type="dxa"/>
            <w:shd w:val="clear" w:color="auto" w:fill="F2F2F2"/>
            <w:tcMar>
              <w:top w:w="30" w:type="dxa"/>
              <w:left w:w="100" w:type="dxa"/>
              <w:bottom w:w="30" w:type="dxa"/>
              <w:right w:w="100" w:type="dxa"/>
            </w:tcMar>
            <w:vAlign w:val="center"/>
          </w:tcPr>
          <w:p w14:paraId="68F068D4" w14:textId="77777777" w:rsidR="00AD0E4F" w:rsidRDefault="008D426B">
            <w:pPr>
              <w:spacing w:after="0" w:line="240" w:lineRule="auto"/>
            </w:pPr>
            <w:r>
              <w:rPr>
                <w:color w:val="000000"/>
                <w:sz w:val="17"/>
              </w:rPr>
              <w:t>説明日</w:t>
            </w:r>
          </w:p>
        </w:tc>
        <w:tc>
          <w:tcPr>
            <w:tcW w:w="8447" w:type="dxa"/>
            <w:tcMar>
              <w:top w:w="30" w:type="dxa"/>
              <w:left w:w="100" w:type="dxa"/>
              <w:bottom w:w="30" w:type="dxa"/>
              <w:right w:w="100" w:type="dxa"/>
            </w:tcMar>
            <w:vAlign w:val="center"/>
          </w:tcPr>
          <w:p w14:paraId="69F276AA" w14:textId="77777777" w:rsidR="00AD0E4F" w:rsidRDefault="008D426B">
            <w:pPr>
              <w:spacing w:after="0" w:line="240" w:lineRule="auto"/>
            </w:pPr>
            <w:r>
              <w:rPr>
                <w:color w:val="000000"/>
                <w:sz w:val="17"/>
              </w:rPr>
              <w:t>令和　　　　年　　　　月　　　　日</w:t>
            </w:r>
          </w:p>
        </w:tc>
      </w:tr>
      <w:tr w:rsidR="00AD0E4F" w14:paraId="6E0DE759" w14:textId="77777777">
        <w:trPr>
          <w:jc w:val="center"/>
        </w:trPr>
        <w:tc>
          <w:tcPr>
            <w:tcW w:w="1871" w:type="dxa"/>
            <w:shd w:val="clear" w:color="auto" w:fill="F2F2F2"/>
            <w:tcMar>
              <w:top w:w="30" w:type="dxa"/>
              <w:left w:w="100" w:type="dxa"/>
              <w:bottom w:w="30" w:type="dxa"/>
              <w:right w:w="100" w:type="dxa"/>
            </w:tcMar>
            <w:vAlign w:val="center"/>
          </w:tcPr>
          <w:p w14:paraId="638544C0" w14:textId="77777777" w:rsidR="00AD0E4F" w:rsidRDefault="008D426B">
            <w:pPr>
              <w:spacing w:after="0" w:line="240" w:lineRule="auto"/>
            </w:pPr>
            <w:r>
              <w:rPr>
                <w:color w:val="000000"/>
                <w:sz w:val="17"/>
              </w:rPr>
              <w:t>説明者</w:t>
            </w:r>
          </w:p>
        </w:tc>
        <w:tc>
          <w:tcPr>
            <w:tcW w:w="8447" w:type="dxa"/>
            <w:tcMar>
              <w:top w:w="30" w:type="dxa"/>
              <w:left w:w="100" w:type="dxa"/>
              <w:bottom w:w="30" w:type="dxa"/>
              <w:right w:w="100" w:type="dxa"/>
            </w:tcMar>
            <w:vAlign w:val="center"/>
          </w:tcPr>
          <w:p w14:paraId="0AAB70AA" w14:textId="77777777" w:rsidR="00AD0E4F" w:rsidRDefault="008D426B">
            <w:pPr>
              <w:spacing w:after="0" w:line="240" w:lineRule="auto"/>
              <w:rPr>
                <w:lang w:eastAsia="ja-JP"/>
              </w:rPr>
            </w:pPr>
            <w:r>
              <w:rPr>
                <w:color w:val="000000"/>
                <w:sz w:val="17"/>
                <w:lang w:eastAsia="ja-JP"/>
              </w:rPr>
              <w:t xml:space="preserve">訪問看護リハビリステーションあかり　氏名：　　　　　　　　　　　　　　</w:t>
            </w:r>
          </w:p>
        </w:tc>
      </w:tr>
      <w:tr w:rsidR="00AD0E4F" w14:paraId="36FE9904" w14:textId="77777777">
        <w:trPr>
          <w:jc w:val="center"/>
        </w:trPr>
        <w:tc>
          <w:tcPr>
            <w:tcW w:w="1871" w:type="dxa"/>
            <w:shd w:val="clear" w:color="auto" w:fill="F2F2F2"/>
            <w:tcMar>
              <w:top w:w="30" w:type="dxa"/>
              <w:left w:w="100" w:type="dxa"/>
              <w:bottom w:w="30" w:type="dxa"/>
              <w:right w:w="100" w:type="dxa"/>
            </w:tcMar>
            <w:vAlign w:val="center"/>
          </w:tcPr>
          <w:p w14:paraId="26712703" w14:textId="77777777" w:rsidR="00AD0E4F" w:rsidRDefault="008D426B">
            <w:pPr>
              <w:spacing w:after="0" w:line="240" w:lineRule="auto"/>
            </w:pPr>
            <w:r>
              <w:rPr>
                <w:color w:val="000000"/>
                <w:sz w:val="17"/>
              </w:rPr>
              <w:t>利用者</w:t>
            </w:r>
          </w:p>
        </w:tc>
        <w:tc>
          <w:tcPr>
            <w:tcW w:w="8447" w:type="dxa"/>
            <w:tcMar>
              <w:top w:w="30" w:type="dxa"/>
              <w:left w:w="100" w:type="dxa"/>
              <w:bottom w:w="30" w:type="dxa"/>
              <w:right w:w="100" w:type="dxa"/>
            </w:tcMar>
            <w:vAlign w:val="center"/>
          </w:tcPr>
          <w:p w14:paraId="5DF2644C" w14:textId="77777777" w:rsidR="00AD0E4F" w:rsidRDefault="008D426B">
            <w:pPr>
              <w:spacing w:after="0" w:line="240" w:lineRule="auto"/>
            </w:pPr>
            <w:r>
              <w:rPr>
                <w:color w:val="000000"/>
                <w:sz w:val="17"/>
              </w:rPr>
              <w:t xml:space="preserve">住所：　　　　　　　　　　　　　　　　　　　　　　　　　　　　　　</w:t>
            </w:r>
            <w:r>
              <w:rPr>
                <w:color w:val="000000"/>
                <w:sz w:val="17"/>
              </w:rPr>
              <w:br/>
            </w:r>
            <w:r>
              <w:rPr>
                <w:color w:val="000000"/>
                <w:sz w:val="17"/>
              </w:rPr>
              <w:br/>
              <w:t xml:space="preserve">氏名：　　　　　　　　　　　　　　　　　　　　　　　　　　　　　　</w:t>
            </w:r>
          </w:p>
        </w:tc>
      </w:tr>
      <w:tr w:rsidR="00AD0E4F" w14:paraId="5DAC8F53" w14:textId="77777777">
        <w:trPr>
          <w:jc w:val="center"/>
        </w:trPr>
        <w:tc>
          <w:tcPr>
            <w:tcW w:w="1871" w:type="dxa"/>
            <w:shd w:val="clear" w:color="auto" w:fill="F2F2F2"/>
            <w:tcMar>
              <w:top w:w="30" w:type="dxa"/>
              <w:left w:w="100" w:type="dxa"/>
              <w:bottom w:w="30" w:type="dxa"/>
              <w:right w:w="100" w:type="dxa"/>
            </w:tcMar>
            <w:vAlign w:val="center"/>
          </w:tcPr>
          <w:p w14:paraId="60410D63" w14:textId="77777777" w:rsidR="00AD0E4F" w:rsidRDefault="008D426B">
            <w:pPr>
              <w:spacing w:after="0" w:line="240" w:lineRule="auto"/>
            </w:pPr>
            <w:r>
              <w:rPr>
                <w:color w:val="000000"/>
                <w:sz w:val="17"/>
              </w:rPr>
              <w:t>代理人・家族</w:t>
            </w:r>
          </w:p>
        </w:tc>
        <w:tc>
          <w:tcPr>
            <w:tcW w:w="8447" w:type="dxa"/>
            <w:tcMar>
              <w:top w:w="30" w:type="dxa"/>
              <w:left w:w="100" w:type="dxa"/>
              <w:bottom w:w="30" w:type="dxa"/>
              <w:right w:w="100" w:type="dxa"/>
            </w:tcMar>
            <w:vAlign w:val="center"/>
          </w:tcPr>
          <w:p w14:paraId="3AAB6E20" w14:textId="77777777" w:rsidR="00AD0E4F" w:rsidRDefault="008D426B">
            <w:pPr>
              <w:spacing w:after="0" w:line="240" w:lineRule="auto"/>
            </w:pPr>
            <w:r>
              <w:rPr>
                <w:color w:val="000000"/>
                <w:sz w:val="17"/>
              </w:rPr>
              <w:t xml:space="preserve">住所：　　　　　　　　　　　　　　　　　　　　　　　　　　　　　　</w:t>
            </w:r>
            <w:r>
              <w:rPr>
                <w:color w:val="000000"/>
                <w:sz w:val="17"/>
              </w:rPr>
              <w:br/>
            </w:r>
            <w:r>
              <w:rPr>
                <w:color w:val="000000"/>
                <w:sz w:val="17"/>
              </w:rPr>
              <w:br/>
              <w:t xml:space="preserve">氏名：　　　　　　　　　　　　　　　　　　　　続柄：　　　　　　　　</w:t>
            </w:r>
          </w:p>
        </w:tc>
      </w:tr>
    </w:tbl>
    <w:p w14:paraId="40034ADA" w14:textId="77777777" w:rsidR="00AD0E4F" w:rsidRDefault="008D426B">
      <w:pPr>
        <w:spacing w:after="0" w:line="240" w:lineRule="auto"/>
        <w:rPr>
          <w:lang w:eastAsia="ja-JP"/>
        </w:rPr>
      </w:pPr>
      <w:r>
        <w:rPr>
          <w:color w:val="000000"/>
          <w:sz w:val="17"/>
          <w:lang w:eastAsia="ja-JP"/>
        </w:rPr>
        <w:t>参照：厚生労働省「令和8年度介護報酬改定について」「指定居宅サービス・指定介護予防サービスの費用算定基準」「訪問看護療養費に係る指定訪問看護の費用の額の算定方法」、山口県および各市・山口県国保連合会公表情報。</w:t>
      </w:r>
    </w:p>
    <w:sectPr w:rsidR="00AD0E4F" w:rsidSect="00034616">
      <w:headerReference w:type="default" r:id="rId8"/>
      <w:footerReference w:type="default" r:id="rId9"/>
      <w:pgSz w:w="11906" w:h="16838"/>
      <w:pgMar w:top="652" w:right="794" w:bottom="737" w:left="7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2AC33" w14:textId="77777777" w:rsidR="006E43F6" w:rsidRDefault="006E43F6">
      <w:pPr>
        <w:spacing w:after="0" w:line="240" w:lineRule="auto"/>
      </w:pPr>
      <w:r>
        <w:separator/>
      </w:r>
    </w:p>
  </w:endnote>
  <w:endnote w:type="continuationSeparator" w:id="0">
    <w:p w14:paraId="66F61517" w14:textId="77777777" w:rsidR="006E43F6" w:rsidRDefault="006E4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3B43A" w14:textId="77777777" w:rsidR="00AD0E4F" w:rsidRDefault="00AD0E4F">
    <w:pPr>
      <w:pStyle w:val="a7"/>
    </w:pPr>
  </w:p>
  <w:p w14:paraId="3CB5D582" w14:textId="77777777" w:rsidR="00AD0E4F" w:rsidRDefault="00AD0E4F">
    <w:pPr>
      <w:pBdr>
        <w:bottom w:val="single" w:sz="4" w:space="1" w:color="777777"/>
      </w:pBdr>
      <w:spacing w:before="20" w:after="100"/>
    </w:pPr>
  </w:p>
  <w:tbl>
    <w:tblPr>
      <w:tblW w:w="0" w:type="auto"/>
      <w:tblLayout w:type="fixed"/>
      <w:tblLook w:val="04A0" w:firstRow="1" w:lastRow="0" w:firstColumn="1" w:lastColumn="0" w:noHBand="0" w:noVBand="1"/>
    </w:tblPr>
    <w:tblGrid>
      <w:gridCol w:w="5159"/>
      <w:gridCol w:w="5159"/>
    </w:tblGrid>
    <w:tr w:rsidR="00AD0E4F" w14:paraId="205DB96A" w14:textId="77777777">
      <w:tc>
        <w:tcPr>
          <w:tcW w:w="5159" w:type="dxa"/>
        </w:tcPr>
        <w:p w14:paraId="26CCBE29" w14:textId="77777777" w:rsidR="00AD0E4F" w:rsidRDefault="008D426B">
          <w:r>
            <w:rPr>
              <w:color w:val="777777"/>
              <w:sz w:val="13"/>
            </w:rPr>
            <w:t>訪問看護ステーション あかり  /  重要事項説明書  /  2026年8月</w:t>
          </w:r>
        </w:p>
      </w:tc>
      <w:tc>
        <w:tcPr>
          <w:tcW w:w="5159" w:type="dxa"/>
        </w:tcPr>
        <w:p w14:paraId="17A7EDE2" w14:textId="77777777" w:rsidR="00AD0E4F" w:rsidRDefault="008D426B">
          <w:pPr>
            <w:jc w:val="right"/>
          </w:pPr>
          <w:r>
            <w:rPr>
              <w:color w:val="777777"/>
              <w:sz w:val="13"/>
            </w:rPr>
            <w:fldChar w:fldCharType="begin"/>
          </w:r>
          <w:r>
            <w:rPr>
              <w:color w:val="777777"/>
              <w:sz w:val="13"/>
            </w:rPr>
            <w:instrText xml:space="preserve"> PAGE </w:instrText>
          </w:r>
          <w:r>
            <w:rPr>
              <w:color w:val="777777"/>
              <w:sz w:val="13"/>
            </w:rPr>
            <w:fldChar w:fldCharType="separate"/>
          </w:r>
          <w:r>
            <w:rPr>
              <w:color w:val="777777"/>
              <w:sz w:val="13"/>
            </w:rPr>
            <w:t>1</w:t>
          </w:r>
          <w:r>
            <w:rPr>
              <w:color w:val="777777"/>
              <w:sz w:val="13"/>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2EF60" w14:textId="77777777" w:rsidR="006E43F6" w:rsidRDefault="006E43F6">
      <w:pPr>
        <w:spacing w:after="0" w:line="240" w:lineRule="auto"/>
      </w:pPr>
      <w:r>
        <w:separator/>
      </w:r>
    </w:p>
  </w:footnote>
  <w:footnote w:type="continuationSeparator" w:id="0">
    <w:p w14:paraId="1842E7FD" w14:textId="77777777" w:rsidR="006E43F6" w:rsidRDefault="006E4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7BB3A" w14:textId="77777777" w:rsidR="00AD0E4F" w:rsidRDefault="00AD0E4F">
    <w:pPr>
      <w:pStyle w:val="a5"/>
    </w:pPr>
  </w:p>
  <w:tbl>
    <w:tblPr>
      <w:tblW w:w="0" w:type="auto"/>
      <w:tblLayout w:type="fixed"/>
      <w:tblLook w:val="04A0" w:firstRow="1" w:lastRow="0" w:firstColumn="1" w:lastColumn="0" w:noHBand="0" w:noVBand="1"/>
    </w:tblPr>
    <w:tblGrid>
      <w:gridCol w:w="5159"/>
      <w:gridCol w:w="5159"/>
    </w:tblGrid>
    <w:tr w:rsidR="00AD0E4F" w14:paraId="4076E48E" w14:textId="77777777">
      <w:tc>
        <w:tcPr>
          <w:tcW w:w="5159" w:type="dxa"/>
        </w:tcPr>
        <w:p w14:paraId="026681A2" w14:textId="77777777" w:rsidR="00AD0E4F" w:rsidRDefault="008D426B">
          <w:r>
            <w:rPr>
              <w:color w:val="777777"/>
              <w:sz w:val="14"/>
            </w:rPr>
            <w:t>訪問看護ステーション あかり</w:t>
          </w:r>
        </w:p>
      </w:tc>
      <w:tc>
        <w:tcPr>
          <w:tcW w:w="5159" w:type="dxa"/>
        </w:tcPr>
        <w:p w14:paraId="3187C3FF" w14:textId="77777777" w:rsidR="00AD0E4F" w:rsidRDefault="008D426B">
          <w:pPr>
            <w:jc w:val="right"/>
          </w:pPr>
          <w:r>
            <w:rPr>
              <w:color w:val="777777"/>
              <w:sz w:val="14"/>
            </w:rPr>
            <w:t>周南市・防府市・下松市・光市</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14057011">
    <w:abstractNumId w:val="8"/>
  </w:num>
  <w:num w:numId="2" w16cid:durableId="364871300">
    <w:abstractNumId w:val="6"/>
  </w:num>
  <w:num w:numId="3" w16cid:durableId="1094015229">
    <w:abstractNumId w:val="5"/>
  </w:num>
  <w:num w:numId="4" w16cid:durableId="120537509">
    <w:abstractNumId w:val="4"/>
  </w:num>
  <w:num w:numId="5" w16cid:durableId="1948736332">
    <w:abstractNumId w:val="7"/>
  </w:num>
  <w:num w:numId="6" w16cid:durableId="1856269184">
    <w:abstractNumId w:val="3"/>
  </w:num>
  <w:num w:numId="7" w16cid:durableId="192427824">
    <w:abstractNumId w:val="2"/>
  </w:num>
  <w:num w:numId="8" w16cid:durableId="7758173">
    <w:abstractNumId w:val="1"/>
  </w:num>
  <w:num w:numId="9" w16cid:durableId="75251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3DAD"/>
    <w:rsid w:val="000E153C"/>
    <w:rsid w:val="00101B9E"/>
    <w:rsid w:val="0015074B"/>
    <w:rsid w:val="00156012"/>
    <w:rsid w:val="00203301"/>
    <w:rsid w:val="00240A99"/>
    <w:rsid w:val="0029639D"/>
    <w:rsid w:val="00303B60"/>
    <w:rsid w:val="00326F90"/>
    <w:rsid w:val="00352484"/>
    <w:rsid w:val="00385FC6"/>
    <w:rsid w:val="003D253A"/>
    <w:rsid w:val="003D6E1C"/>
    <w:rsid w:val="003E4E14"/>
    <w:rsid w:val="0045796F"/>
    <w:rsid w:val="00506AD3"/>
    <w:rsid w:val="00521CF8"/>
    <w:rsid w:val="0053248D"/>
    <w:rsid w:val="00574FAF"/>
    <w:rsid w:val="00617582"/>
    <w:rsid w:val="006757D8"/>
    <w:rsid w:val="006B0FD9"/>
    <w:rsid w:val="006B22D1"/>
    <w:rsid w:val="006B3E54"/>
    <w:rsid w:val="006E43F6"/>
    <w:rsid w:val="007C3E04"/>
    <w:rsid w:val="007F0DE3"/>
    <w:rsid w:val="008119F8"/>
    <w:rsid w:val="00821E70"/>
    <w:rsid w:val="00857868"/>
    <w:rsid w:val="008D426B"/>
    <w:rsid w:val="008F176B"/>
    <w:rsid w:val="00912568"/>
    <w:rsid w:val="009158C9"/>
    <w:rsid w:val="009E2284"/>
    <w:rsid w:val="00A143FB"/>
    <w:rsid w:val="00A32F34"/>
    <w:rsid w:val="00A5242F"/>
    <w:rsid w:val="00AA1D8D"/>
    <w:rsid w:val="00AA710F"/>
    <w:rsid w:val="00AD0E4F"/>
    <w:rsid w:val="00AD0FB1"/>
    <w:rsid w:val="00AF4C1D"/>
    <w:rsid w:val="00B47730"/>
    <w:rsid w:val="00B83F6E"/>
    <w:rsid w:val="00BA6F69"/>
    <w:rsid w:val="00CB0664"/>
    <w:rsid w:val="00CB2E55"/>
    <w:rsid w:val="00D22596"/>
    <w:rsid w:val="00D5231A"/>
    <w:rsid w:val="00D67319"/>
    <w:rsid w:val="00DF7D9B"/>
    <w:rsid w:val="00E16FC9"/>
    <w:rsid w:val="00EB4A6C"/>
    <w:rsid w:val="00EF17B1"/>
    <w:rsid w:val="00F560E1"/>
    <w:rsid w:val="00FC693F"/>
    <w:rsid w:val="00FC6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954B096"/>
  <w14:defaultImageDpi w14:val="300"/>
  <w15:docId w15:val="{CC81119C-76B0-874B-99D8-BDDD8887B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明朝" w:eastAsia="游明朝" w:hAnsi="游明朝"/>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2740</Words>
  <Characters>15619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美寿 株式会社</cp:lastModifiedBy>
  <cp:revision>2</cp:revision>
  <dcterms:created xsi:type="dcterms:W3CDTF">2026-09-23T04:37:00Z</dcterms:created>
  <dcterms:modified xsi:type="dcterms:W3CDTF">2026-09-23T04:37:00Z</dcterms:modified>
  <cp:category/>
</cp:coreProperties>
</file>